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8615" w14:textId="7D877161" w:rsidR="009C0395" w:rsidRDefault="00CF198A" w:rsidP="00DD6EB9">
      <w:pPr>
        <w:pStyle w:val="Heading1"/>
      </w:pPr>
      <w:r w:rsidRPr="00DD6EB9">
        <w:t xml:space="preserve">Accessing CELA using a Victor Stratus DAISY player </w:t>
      </w:r>
      <w:proofErr w:type="gramStart"/>
      <w:r w:rsidRPr="00DD6EB9">
        <w:t>webinar</w:t>
      </w:r>
      <w:proofErr w:type="gramEnd"/>
      <w:r w:rsidRPr="00DD6EB9">
        <w:t xml:space="preserve"> transcript</w:t>
      </w:r>
    </w:p>
    <w:p w14:paraId="18B44D17" w14:textId="103B2CE5" w:rsidR="00DD6EB9" w:rsidRPr="00DD6EB9" w:rsidRDefault="00DC1FDC" w:rsidP="00DC1FDC">
      <w:proofErr w:type="gramStart"/>
      <w:r>
        <w:t>Webinar</w:t>
      </w:r>
      <w:proofErr w:type="gramEnd"/>
      <w:r>
        <w:t xml:space="preserve"> date: May 12, 2026</w:t>
      </w:r>
    </w:p>
    <w:p w14:paraId="3ADC61EA" w14:textId="5439584A" w:rsidR="00DD6EB9" w:rsidRDefault="00DC1FDC" w:rsidP="00DC1FDC">
      <w:pPr>
        <w:pStyle w:val="Heading2"/>
      </w:pPr>
      <w:r w:rsidRPr="00DC1FDC">
        <w:t>Introduction</w:t>
      </w:r>
    </w:p>
    <w:p w14:paraId="713C60D5" w14:textId="79AE9805" w:rsidR="00DC1FDC" w:rsidRPr="00DC1FDC" w:rsidRDefault="00DC1FDC" w:rsidP="00DC1FDC">
      <w:r>
        <w:t>00:</w:t>
      </w:r>
      <w:r w:rsidR="00090B14">
        <w:t>00</w:t>
      </w:r>
      <w:r>
        <w:t>:1</w:t>
      </w:r>
      <w:r w:rsidR="00090B14">
        <w:t>1</w:t>
      </w:r>
    </w:p>
    <w:p w14:paraId="47DC0F1F" w14:textId="77777777" w:rsidR="00F7292F" w:rsidRDefault="0051642E" w:rsidP="00DC1FDC">
      <w:r>
        <w:rPr>
          <w:b/>
        </w:rPr>
        <w:t>Faline</w:t>
      </w:r>
      <w:r w:rsidR="00DC1FDC">
        <w:rPr>
          <w:b/>
        </w:rPr>
        <w:t xml:space="preserve"> Bobier</w:t>
      </w:r>
      <w:r>
        <w:rPr>
          <w:b/>
        </w:rPr>
        <w:t xml:space="preserve">: </w:t>
      </w:r>
      <w:r>
        <w:t xml:space="preserve">Hello, everyone. My name is Faline. I work with CELA Member Services, and </w:t>
      </w:r>
      <w:proofErr w:type="gramStart"/>
      <w:r>
        <w:t>I'll</w:t>
      </w:r>
      <w:proofErr w:type="gramEnd"/>
      <w:r>
        <w:t xml:space="preserve"> be </w:t>
      </w:r>
      <w:proofErr w:type="gramStart"/>
      <w:r>
        <w:t>sort of hosting</w:t>
      </w:r>
      <w:proofErr w:type="gramEnd"/>
      <w:r>
        <w:t xml:space="preserve"> the </w:t>
      </w:r>
      <w:proofErr w:type="gramStart"/>
      <w:r>
        <w:t>webinar</w:t>
      </w:r>
      <w:proofErr w:type="gramEnd"/>
      <w:r>
        <w:t xml:space="preserve"> today, but Ioana, my coworker Ioana, will be </w:t>
      </w:r>
      <w:proofErr w:type="gramStart"/>
      <w:r>
        <w:t>actually doing</w:t>
      </w:r>
      <w:proofErr w:type="gramEnd"/>
      <w:r>
        <w:t xml:space="preserve"> </w:t>
      </w:r>
      <w:proofErr w:type="gramStart"/>
      <w:r>
        <w:t>most of</w:t>
      </w:r>
      <w:proofErr w:type="gramEnd"/>
      <w:r>
        <w:t xml:space="preserve"> the work in the </w:t>
      </w:r>
      <w:proofErr w:type="gramStart"/>
      <w:r>
        <w:t>webinar</w:t>
      </w:r>
      <w:proofErr w:type="gramEnd"/>
      <w:r>
        <w:t xml:space="preserve">. </w:t>
      </w:r>
    </w:p>
    <w:p w14:paraId="5A2F4202" w14:textId="0F74E63D" w:rsidR="00F7292F" w:rsidRDefault="0051642E" w:rsidP="00DC1FDC">
      <w:proofErr w:type="gramStart"/>
      <w:r>
        <w:t>I'd</w:t>
      </w:r>
      <w:proofErr w:type="gramEnd"/>
      <w:r>
        <w:t xml:space="preserve"> like to start with a brief land acknowledgment. So, I currently live and work in Toronto, which is the traditional territory of </w:t>
      </w:r>
      <w:proofErr w:type="gramStart"/>
      <w:r>
        <w:t>many</w:t>
      </w:r>
      <w:proofErr w:type="gramEnd"/>
      <w:r>
        <w:t xml:space="preserve"> nations, including the Mississaugas of the Credit, the </w:t>
      </w:r>
      <w:r w:rsidR="00492617">
        <w:t>Anishinaabeg</w:t>
      </w:r>
      <w:r>
        <w:t xml:space="preserve">, the Chippewa, the Haudenosaunee, and the Wendat peoples. This territory is now home to </w:t>
      </w:r>
      <w:proofErr w:type="gramStart"/>
      <w:r>
        <w:t>many</w:t>
      </w:r>
      <w:proofErr w:type="gramEnd"/>
      <w:r>
        <w:t xml:space="preserve"> diverse First Nations, Inuit, and Métis peoples. And wherever we find ourselves today across Turtle Island, I think we can be grateful to the First Nations for their careful stewardship of the land. </w:t>
      </w:r>
    </w:p>
    <w:p w14:paraId="2D1C9D0F" w14:textId="50E772E3" w:rsidR="009C0395" w:rsidRDefault="0051642E" w:rsidP="00DC1FDC">
      <w:proofErr w:type="gramStart"/>
      <w:r>
        <w:t>So</w:t>
      </w:r>
      <w:proofErr w:type="gramEnd"/>
      <w:r>
        <w:t xml:space="preserve"> </w:t>
      </w:r>
      <w:proofErr w:type="gramStart"/>
      <w:r>
        <w:t>I'm</w:t>
      </w:r>
      <w:proofErr w:type="gramEnd"/>
      <w:r>
        <w:t xml:space="preserve"> going to start out with just a brief introduction about what is CELA. </w:t>
      </w:r>
      <w:proofErr w:type="gramStart"/>
      <w:r>
        <w:t>I'm</w:t>
      </w:r>
      <w:proofErr w:type="gramEnd"/>
      <w:r>
        <w:t xml:space="preserve"> assuming probably </w:t>
      </w:r>
      <w:proofErr w:type="gramStart"/>
      <w:r>
        <w:t>a lot of</w:t>
      </w:r>
      <w:proofErr w:type="gramEnd"/>
      <w:r>
        <w:t xml:space="preserve"> you are already familiar with CELA. </w:t>
      </w:r>
      <w:proofErr w:type="gramStart"/>
      <w:r>
        <w:t>It's</w:t>
      </w:r>
      <w:proofErr w:type="gramEnd"/>
      <w:r>
        <w:t xml:space="preserve"> a free library service </w:t>
      </w:r>
      <w:proofErr w:type="gramStart"/>
      <w:r>
        <w:t>that's</w:t>
      </w:r>
      <w:proofErr w:type="gramEnd"/>
      <w:r>
        <w:t xml:space="preserve"> offered via Canadian public libraries. It provides currently over 1.5 million books, </w:t>
      </w:r>
      <w:proofErr w:type="gramStart"/>
      <w:r>
        <w:t>magazines</w:t>
      </w:r>
      <w:proofErr w:type="gramEnd"/>
      <w:r>
        <w:t xml:space="preserve"> and newspapers to people with print disabilities living in Canada. CELA is a national not-for-profit organization, and our services ensure that people with print disabilities across the country are more able to fully participate in learning</w:t>
      </w:r>
      <w:r>
        <w:t xml:space="preserve">, work, and community life. And when I refer to print disabilities, what I'm talking about are individuals who might be blind or visually impaired, people with comprehension disabilities such as dyslexia, and people with physical disabilities that make it difficult or impossible for them to hold or turn the pages of a print book. So, </w:t>
      </w:r>
      <w:proofErr w:type="gramStart"/>
      <w:r>
        <w:t>all that being said, I'm</w:t>
      </w:r>
      <w:proofErr w:type="gramEnd"/>
      <w:r>
        <w:t xml:space="preserve"> now going to pass it over to Ioana, </w:t>
      </w:r>
      <w:proofErr w:type="gramStart"/>
      <w:r>
        <w:t>who's</w:t>
      </w:r>
      <w:proofErr w:type="gramEnd"/>
      <w:r>
        <w:t xml:space="preserve"> really going to get into</w:t>
      </w:r>
      <w:r w:rsidR="00F7292F">
        <w:t xml:space="preserve"> </w:t>
      </w:r>
      <w:r>
        <w:t xml:space="preserve">the sort of meat, the main content of the </w:t>
      </w:r>
      <w:proofErr w:type="gramStart"/>
      <w:r>
        <w:t>webinar</w:t>
      </w:r>
      <w:proofErr w:type="gramEnd"/>
      <w:r>
        <w:t xml:space="preserve"> today. </w:t>
      </w:r>
    </w:p>
    <w:p w14:paraId="2E4D279C" w14:textId="77777777" w:rsidR="00FE40F8" w:rsidRDefault="0051642E" w:rsidP="00DC1FDC">
      <w:r>
        <w:rPr>
          <w:b/>
        </w:rPr>
        <w:lastRenderedPageBreak/>
        <w:t>Ioana</w:t>
      </w:r>
      <w:r w:rsidR="0043285E">
        <w:rPr>
          <w:b/>
        </w:rPr>
        <w:t xml:space="preserve"> Gandrabur</w:t>
      </w:r>
      <w:r>
        <w:rPr>
          <w:b/>
        </w:rPr>
        <w:t xml:space="preserve">: </w:t>
      </w:r>
      <w:r>
        <w:t xml:space="preserve">Thanks very much, Faline. </w:t>
      </w:r>
      <w:proofErr w:type="gramStart"/>
      <w:r>
        <w:t>It's</w:t>
      </w:r>
      <w:proofErr w:type="gramEnd"/>
      <w:r>
        <w:t xml:space="preserve"> a pleasure to be here. So, </w:t>
      </w:r>
      <w:proofErr w:type="gramStart"/>
      <w:r>
        <w:t>let's</w:t>
      </w:r>
      <w:proofErr w:type="gramEnd"/>
      <w:r>
        <w:t xml:space="preserve"> discuss a little bit-- I will give you an outline of all the items that I will cover today. </w:t>
      </w:r>
      <w:proofErr w:type="gramStart"/>
      <w:r>
        <w:t>First of all</w:t>
      </w:r>
      <w:proofErr w:type="gramEnd"/>
      <w:r>
        <w:t xml:space="preserve">, </w:t>
      </w:r>
      <w:proofErr w:type="gramStart"/>
      <w:r>
        <w:t>we'll</w:t>
      </w:r>
      <w:proofErr w:type="gramEnd"/>
      <w:r>
        <w:t xml:space="preserve"> discuss what </w:t>
      </w:r>
      <w:proofErr w:type="gramStart"/>
      <w:r>
        <w:t>is the Victor Stratus</w:t>
      </w:r>
      <w:proofErr w:type="gramEnd"/>
      <w:r>
        <w:t xml:space="preserve">. We will go over a physical description of the </w:t>
      </w:r>
      <w:r w:rsidR="0043285E">
        <w:t>Stratus4 M</w:t>
      </w:r>
      <w:r>
        <w:t xml:space="preserve"> and the newer option, Stratus 2. We will discuss how to access CELA content using the internet or the wireless connection with your Stratus players. Then, we will also in this... And as part of this, we will look at two ways to do this. We can do it with a set-up file that you will receive from us. Or you can do it using the menus and we will cover both of those. Then, we will also discuss how </w:t>
      </w:r>
      <w:proofErr w:type="gramStart"/>
      <w:r>
        <w:t>can you</w:t>
      </w:r>
      <w:proofErr w:type="gramEnd"/>
      <w:r>
        <w:t xml:space="preserve"> read CELA content on the Stratus player if you </w:t>
      </w:r>
      <w:proofErr w:type="gramStart"/>
      <w:r>
        <w:t>don't</w:t>
      </w:r>
      <w:proofErr w:type="gramEnd"/>
      <w:r>
        <w:t xml:space="preserve"> have internet access by using external storage option</w:t>
      </w:r>
      <w:r>
        <w:t xml:space="preserve">s. Then </w:t>
      </w:r>
      <w:proofErr w:type="gramStart"/>
      <w:r>
        <w:t>we'll</w:t>
      </w:r>
      <w:proofErr w:type="gramEnd"/>
      <w:r>
        <w:t xml:space="preserve"> look at how to choose a book from among all the books that are available to you, what options do you have during playback, And... </w:t>
      </w:r>
      <w:proofErr w:type="gramStart"/>
      <w:r>
        <w:t>And also</w:t>
      </w:r>
      <w:proofErr w:type="gramEnd"/>
      <w:r>
        <w:t xml:space="preserve">, finally, of course, where to get help with the player and in general about the CELA services using the Stratus player. </w:t>
      </w:r>
      <w:proofErr w:type="gramStart"/>
      <w:r>
        <w:t>So</w:t>
      </w:r>
      <w:proofErr w:type="gramEnd"/>
      <w:r>
        <w:t xml:space="preserve"> </w:t>
      </w:r>
      <w:proofErr w:type="gramStart"/>
      <w:r>
        <w:t>let's</w:t>
      </w:r>
      <w:proofErr w:type="gramEnd"/>
      <w:r>
        <w:t xml:space="preserve"> dive in. </w:t>
      </w:r>
    </w:p>
    <w:p w14:paraId="7CCB62DE" w14:textId="07926E15" w:rsidR="005C12D7" w:rsidRDefault="005C12D7" w:rsidP="005C12D7">
      <w:pPr>
        <w:pStyle w:val="Heading2"/>
      </w:pPr>
      <w:r>
        <w:t>What is the Victor Reader Stratus?</w:t>
      </w:r>
    </w:p>
    <w:p w14:paraId="61E6B469" w14:textId="3B84468D" w:rsidR="005C12D7" w:rsidRPr="005C12D7" w:rsidRDefault="005C12D7" w:rsidP="005C12D7">
      <w:r>
        <w:t>00:</w:t>
      </w:r>
      <w:r w:rsidR="002E47FC">
        <w:t>04:02</w:t>
      </w:r>
    </w:p>
    <w:p w14:paraId="1CF90A95" w14:textId="77777777" w:rsidR="002E47FC" w:rsidRDefault="0051642E" w:rsidP="00DC1FDC">
      <w:r>
        <w:t xml:space="preserve">What is </w:t>
      </w:r>
      <w:proofErr w:type="gramStart"/>
      <w:r>
        <w:t>the Stratus</w:t>
      </w:r>
      <w:proofErr w:type="gramEnd"/>
      <w:r>
        <w:t xml:space="preserve">? </w:t>
      </w:r>
      <w:proofErr w:type="gramStart"/>
      <w:r>
        <w:t>The Victor</w:t>
      </w:r>
      <w:proofErr w:type="gramEnd"/>
      <w:r>
        <w:t xml:space="preserve"> Stratus is one of the </w:t>
      </w:r>
      <w:proofErr w:type="gramStart"/>
      <w:r>
        <w:t>many</w:t>
      </w:r>
      <w:proofErr w:type="gramEnd"/>
      <w:r>
        <w:t xml:space="preserve"> players offered in the Victor series, and these </w:t>
      </w:r>
      <w:proofErr w:type="gramStart"/>
      <w:r>
        <w:t>are offered</w:t>
      </w:r>
      <w:proofErr w:type="gramEnd"/>
      <w:r>
        <w:t xml:space="preserve"> by Humanware. And the Stratus</w:t>
      </w:r>
      <w:proofErr w:type="gramStart"/>
      <w:r>
        <w:t>, basically, what</w:t>
      </w:r>
      <w:proofErr w:type="gramEnd"/>
      <w:r>
        <w:t xml:space="preserve"> it means is that this is a tabletop player, so </w:t>
      </w:r>
      <w:proofErr w:type="gramStart"/>
      <w:r>
        <w:t>it's</w:t>
      </w:r>
      <w:proofErr w:type="gramEnd"/>
      <w:r>
        <w:t xml:space="preserve"> not necessarily a portable player. </w:t>
      </w:r>
      <w:proofErr w:type="gramStart"/>
      <w:r>
        <w:t>It's</w:t>
      </w:r>
      <w:proofErr w:type="gramEnd"/>
      <w:r>
        <w:t xml:space="preserve"> a bigger player that you can put on a table or on a night table. It has the advantage of having larger buttons and a louder speaker. </w:t>
      </w:r>
    </w:p>
    <w:p w14:paraId="3FD4A2D0" w14:textId="77777777" w:rsidR="002E47FC" w:rsidRDefault="0051642E" w:rsidP="00DC1FDC">
      <w:r>
        <w:t xml:space="preserve">And there are </w:t>
      </w:r>
      <w:proofErr w:type="gramStart"/>
      <w:r>
        <w:t>a few</w:t>
      </w:r>
      <w:proofErr w:type="gramEnd"/>
      <w:r>
        <w:t xml:space="preserve">-- So these specialized Stratus DAISY players can play both </w:t>
      </w:r>
      <w:proofErr w:type="gramStart"/>
      <w:r>
        <w:t>audio</w:t>
      </w:r>
      <w:proofErr w:type="gramEnd"/>
      <w:r>
        <w:t xml:space="preserve">, but also files in electronic text format. </w:t>
      </w:r>
      <w:proofErr w:type="gramStart"/>
      <w:r>
        <w:t>So</w:t>
      </w:r>
      <w:proofErr w:type="gramEnd"/>
      <w:r>
        <w:t xml:space="preserve"> you can--</w:t>
      </w:r>
      <w:r w:rsidR="00F7292F">
        <w:t xml:space="preserve"> </w:t>
      </w:r>
      <w:r>
        <w:t xml:space="preserve">It will use synthesized speech to read text files, so it </w:t>
      </w:r>
      <w:proofErr w:type="gramStart"/>
      <w:r>
        <w:t>doesn't</w:t>
      </w:r>
      <w:proofErr w:type="gramEnd"/>
      <w:r>
        <w:t xml:space="preserve"> only work with audio. And all the Stratus models that </w:t>
      </w:r>
      <w:proofErr w:type="gramStart"/>
      <w:r>
        <w:t>there are</w:t>
      </w:r>
      <w:proofErr w:type="gramEnd"/>
      <w:r>
        <w:t xml:space="preserve"> cost $655 CAD. And as I said, </w:t>
      </w:r>
      <w:proofErr w:type="gramStart"/>
      <w:r>
        <w:t>they're</w:t>
      </w:r>
      <w:proofErr w:type="gramEnd"/>
      <w:r>
        <w:t xml:space="preserve"> available from Humanware. </w:t>
      </w:r>
    </w:p>
    <w:p w14:paraId="78517C03" w14:textId="77777777" w:rsidR="002E47FC" w:rsidRDefault="0051642E" w:rsidP="00DC1FDC">
      <w:proofErr w:type="gramStart"/>
      <w:r>
        <w:t>So</w:t>
      </w:r>
      <w:proofErr w:type="gramEnd"/>
      <w:r>
        <w:t xml:space="preserve"> </w:t>
      </w:r>
      <w:proofErr w:type="gramStart"/>
      <w:r>
        <w:t>let's</w:t>
      </w:r>
      <w:proofErr w:type="gramEnd"/>
      <w:r>
        <w:t xml:space="preserve"> go over your Stratus options. The </w:t>
      </w:r>
      <w:r w:rsidR="0043285E">
        <w:t>Stratus4 M</w:t>
      </w:r>
      <w:r>
        <w:t xml:space="preserve"> that </w:t>
      </w:r>
      <w:proofErr w:type="gramStart"/>
      <w:r>
        <w:t>many</w:t>
      </w:r>
      <w:proofErr w:type="gramEnd"/>
      <w:r>
        <w:t xml:space="preserve"> of you have, </w:t>
      </w:r>
      <w:proofErr w:type="gramStart"/>
      <w:r>
        <w:t>and also</w:t>
      </w:r>
      <w:proofErr w:type="gramEnd"/>
      <w:r>
        <w:t xml:space="preserve"> </w:t>
      </w:r>
      <w:proofErr w:type="gramStart"/>
      <w:r>
        <w:t>many</w:t>
      </w:r>
      <w:proofErr w:type="gramEnd"/>
      <w:r>
        <w:t xml:space="preserve"> libraries are loaning that one out,</w:t>
      </w:r>
      <w:r w:rsidR="00F7292F">
        <w:t xml:space="preserve"> </w:t>
      </w:r>
      <w:r>
        <w:t xml:space="preserve">is </w:t>
      </w:r>
      <w:proofErr w:type="gramStart"/>
      <w:r>
        <w:t>a simple</w:t>
      </w:r>
      <w:proofErr w:type="gramEnd"/>
      <w:r>
        <w:t xml:space="preserve">... It offers basic navigation. </w:t>
      </w:r>
      <w:proofErr w:type="gramStart"/>
      <w:r>
        <w:t>So</w:t>
      </w:r>
      <w:proofErr w:type="gramEnd"/>
      <w:r>
        <w:t xml:space="preserve"> </w:t>
      </w:r>
      <w:proofErr w:type="gramStart"/>
      <w:r>
        <w:t>it's</w:t>
      </w:r>
      <w:proofErr w:type="gramEnd"/>
      <w:r>
        <w:t xml:space="preserve"> really focused on ease of use. You </w:t>
      </w:r>
      <w:proofErr w:type="gramStart"/>
      <w:r>
        <w:t>don't</w:t>
      </w:r>
      <w:proofErr w:type="gramEnd"/>
      <w:r>
        <w:t xml:space="preserve"> have too many extra bells and whistles. You just can navigate the </w:t>
      </w:r>
      <w:proofErr w:type="gramStart"/>
      <w:r>
        <w:t>book, and</w:t>
      </w:r>
      <w:proofErr w:type="gramEnd"/>
      <w:r>
        <w:t xml:space="preserve"> play, pause, and add bookmarks. </w:t>
      </w:r>
    </w:p>
    <w:p w14:paraId="7A359454" w14:textId="77777777" w:rsidR="0019475C" w:rsidRDefault="0051642E" w:rsidP="00DC1FDC">
      <w:proofErr w:type="gramStart"/>
      <w:r>
        <w:lastRenderedPageBreak/>
        <w:t>So</w:t>
      </w:r>
      <w:proofErr w:type="gramEnd"/>
      <w:r>
        <w:t xml:space="preserve"> then there is </w:t>
      </w:r>
      <w:proofErr w:type="gramStart"/>
      <w:r>
        <w:t>the 12</w:t>
      </w:r>
      <w:proofErr w:type="gramEnd"/>
      <w:r>
        <w:t xml:space="preserve">M, which has more advanced options. You can add notes, you can do text searches and files, so this may be better for somebody, for example, </w:t>
      </w:r>
      <w:proofErr w:type="gramStart"/>
      <w:r>
        <w:t>that</w:t>
      </w:r>
      <w:proofErr w:type="gramEnd"/>
      <w:r>
        <w:t xml:space="preserve"> is a student that wants to be more involved in reading the books. </w:t>
      </w:r>
      <w:proofErr w:type="gramStart"/>
      <w:r>
        <w:t>They're</w:t>
      </w:r>
      <w:proofErr w:type="gramEnd"/>
      <w:r>
        <w:t xml:space="preserve"> interested in more</w:t>
      </w:r>
      <w:r w:rsidR="00F7292F">
        <w:t xml:space="preserve"> </w:t>
      </w:r>
      <w:r>
        <w:t xml:space="preserve">detailed </w:t>
      </w:r>
      <w:proofErr w:type="gramStart"/>
      <w:r>
        <w:t>interaction</w:t>
      </w:r>
      <w:proofErr w:type="gramEnd"/>
      <w:r>
        <w:t xml:space="preserve"> with the content that </w:t>
      </w:r>
      <w:proofErr w:type="gramStart"/>
      <w:r>
        <w:t>they're</w:t>
      </w:r>
      <w:proofErr w:type="gramEnd"/>
      <w:r>
        <w:t xml:space="preserve"> reading. </w:t>
      </w:r>
    </w:p>
    <w:p w14:paraId="2D8613AC" w14:textId="77777777" w:rsidR="0019475C" w:rsidRDefault="0051642E" w:rsidP="00DC1FDC">
      <w:r>
        <w:t xml:space="preserve">The newest option that just </w:t>
      </w:r>
      <w:proofErr w:type="gramStart"/>
      <w:r>
        <w:t>was released, maybe, I</w:t>
      </w:r>
      <w:proofErr w:type="gramEnd"/>
      <w:r>
        <w:t xml:space="preserve"> think, a week ago officially, and is </w:t>
      </w:r>
      <w:proofErr w:type="gramStart"/>
      <w:r>
        <w:t>very similar</w:t>
      </w:r>
      <w:proofErr w:type="gramEnd"/>
      <w:r>
        <w:t xml:space="preserve"> to the 4M and </w:t>
      </w:r>
      <w:proofErr w:type="gramStart"/>
      <w:r>
        <w:t>it's</w:t>
      </w:r>
      <w:proofErr w:type="gramEnd"/>
      <w:r>
        <w:t xml:space="preserve"> called </w:t>
      </w:r>
      <w:proofErr w:type="gramStart"/>
      <w:r>
        <w:t>the Stratus</w:t>
      </w:r>
      <w:proofErr w:type="gramEnd"/>
      <w:r>
        <w:t xml:space="preserve"> 2. And it looks almost identical. </w:t>
      </w:r>
      <w:proofErr w:type="gramStart"/>
      <w:r>
        <w:t>That's</w:t>
      </w:r>
      <w:proofErr w:type="gramEnd"/>
      <w:r>
        <w:t xml:space="preserve"> why we will focus today both on </w:t>
      </w:r>
      <w:proofErr w:type="gramStart"/>
      <w:r>
        <w:t>the 4</w:t>
      </w:r>
      <w:proofErr w:type="gramEnd"/>
      <w:r>
        <w:t xml:space="preserve">M and the </w:t>
      </w:r>
      <w:proofErr w:type="gramStart"/>
      <w:r>
        <w:t>2</w:t>
      </w:r>
      <w:proofErr w:type="gramEnd"/>
      <w:r>
        <w:t xml:space="preserve">. It looks </w:t>
      </w:r>
      <w:proofErr w:type="gramStart"/>
      <w:r>
        <w:t>similar to</w:t>
      </w:r>
      <w:proofErr w:type="gramEnd"/>
      <w:r>
        <w:t xml:space="preserve"> the 4M. The main difference is it </w:t>
      </w:r>
      <w:proofErr w:type="gramStart"/>
      <w:r>
        <w:t>doesn't</w:t>
      </w:r>
      <w:proofErr w:type="gramEnd"/>
      <w:r>
        <w:t xml:space="preserve"> offer a CD drive. But otherwise, the functionality is </w:t>
      </w:r>
      <w:proofErr w:type="gramStart"/>
      <w:r>
        <w:t>very, very similar</w:t>
      </w:r>
      <w:proofErr w:type="gramEnd"/>
      <w:r>
        <w:t xml:space="preserve">. It has a more modern interface, it has Bluetooth connectivity, which </w:t>
      </w:r>
      <w:proofErr w:type="gramStart"/>
      <w:r>
        <w:t xml:space="preserve">the </w:t>
      </w:r>
      <w:r w:rsidR="0043285E">
        <w:t>Stratus4</w:t>
      </w:r>
      <w:proofErr w:type="gramEnd"/>
      <w:r w:rsidR="0043285E">
        <w:t xml:space="preserve"> M</w:t>
      </w:r>
      <w:r>
        <w:t xml:space="preserve"> </w:t>
      </w:r>
      <w:proofErr w:type="gramStart"/>
      <w:r>
        <w:t>doesn't</w:t>
      </w:r>
      <w:proofErr w:type="gramEnd"/>
      <w:r>
        <w:t xml:space="preserve">, but otherwise they are </w:t>
      </w:r>
      <w:proofErr w:type="gramStart"/>
      <w:r>
        <w:t>very similar</w:t>
      </w:r>
      <w:proofErr w:type="gramEnd"/>
      <w:r>
        <w:t xml:space="preserve">. </w:t>
      </w:r>
    </w:p>
    <w:p w14:paraId="1B164DDD" w14:textId="77777777" w:rsidR="0019475C" w:rsidRDefault="0051642E" w:rsidP="00DC1FDC">
      <w:r>
        <w:t xml:space="preserve">I should note that Humanware </w:t>
      </w:r>
      <w:proofErr w:type="gramStart"/>
      <w:r>
        <w:t>makes also</w:t>
      </w:r>
      <w:proofErr w:type="gramEnd"/>
      <w:r>
        <w:t xml:space="preserve"> other devices. </w:t>
      </w:r>
      <w:proofErr w:type="gramStart"/>
      <w:r>
        <w:t>They're</w:t>
      </w:r>
      <w:proofErr w:type="gramEnd"/>
      <w:r>
        <w:t xml:space="preserve"> </w:t>
      </w:r>
      <w:proofErr w:type="gramStart"/>
      <w:r>
        <w:t>basically more</w:t>
      </w:r>
      <w:proofErr w:type="gramEnd"/>
      <w:r>
        <w:t xml:space="preserve"> portable, </w:t>
      </w:r>
      <w:proofErr w:type="gramStart"/>
      <w:r>
        <w:t>kind of like</w:t>
      </w:r>
      <w:proofErr w:type="gramEnd"/>
      <w:r>
        <w:t xml:space="preserve"> a handheld device. And </w:t>
      </w:r>
      <w:proofErr w:type="gramStart"/>
      <w:r>
        <w:t>some of</w:t>
      </w:r>
      <w:proofErr w:type="gramEnd"/>
      <w:r>
        <w:t xml:space="preserve"> them even have GPS. So </w:t>
      </w:r>
      <w:proofErr w:type="gramStart"/>
      <w:r>
        <w:t>that's</w:t>
      </w:r>
      <w:proofErr w:type="gramEnd"/>
      <w:r>
        <w:t xml:space="preserve"> just to give you a context about </w:t>
      </w:r>
      <w:proofErr w:type="gramStart"/>
      <w:r>
        <w:t>what's</w:t>
      </w:r>
      <w:proofErr w:type="gramEnd"/>
      <w:r>
        <w:t xml:space="preserve"> available from Humanware. But we will focus today, as I said, on the 4M and the newest option, </w:t>
      </w:r>
      <w:proofErr w:type="gramStart"/>
      <w:r>
        <w:t>the Stratus</w:t>
      </w:r>
      <w:proofErr w:type="gramEnd"/>
      <w:r>
        <w:t xml:space="preserve"> 2. </w:t>
      </w:r>
    </w:p>
    <w:p w14:paraId="184AE089" w14:textId="65B5B426" w:rsidR="00452F7F" w:rsidRDefault="00452F7F" w:rsidP="00452F7F">
      <w:pPr>
        <w:pStyle w:val="Heading2"/>
      </w:pPr>
      <w:r>
        <w:t xml:space="preserve">Overview of Stratus 2 and 4M </w:t>
      </w:r>
    </w:p>
    <w:p w14:paraId="77A854EC" w14:textId="3C74D01A" w:rsidR="00452F7F" w:rsidRPr="00452F7F" w:rsidRDefault="00452F7F" w:rsidP="00452F7F">
      <w:r>
        <w:t>00:07:05</w:t>
      </w:r>
    </w:p>
    <w:p w14:paraId="523030CB" w14:textId="77777777" w:rsidR="00452F7F" w:rsidRDefault="0051642E" w:rsidP="00DC1FDC">
      <w:r>
        <w:t xml:space="preserve">So, </w:t>
      </w:r>
      <w:proofErr w:type="gramStart"/>
      <w:r>
        <w:t>let's</w:t>
      </w:r>
      <w:proofErr w:type="gramEnd"/>
      <w:r>
        <w:t xml:space="preserve"> look at the overview of the Stratus with cover. </w:t>
      </w:r>
      <w:proofErr w:type="gramStart"/>
      <w:r>
        <w:t>Hopefully</w:t>
      </w:r>
      <w:proofErr w:type="gramEnd"/>
      <w:r>
        <w:t xml:space="preserve"> everybody can see the video that I will show as I am explaining the layout of the </w:t>
      </w:r>
      <w:r w:rsidR="0043285E">
        <w:t>Stratus4 M</w:t>
      </w:r>
      <w:r>
        <w:t xml:space="preserve"> and the Stratus 2, because </w:t>
      </w:r>
      <w:proofErr w:type="gramStart"/>
      <w:r>
        <w:t>they're</w:t>
      </w:r>
      <w:proofErr w:type="gramEnd"/>
      <w:r>
        <w:t xml:space="preserve"> </w:t>
      </w:r>
      <w:proofErr w:type="gramStart"/>
      <w:r>
        <w:t>very similar</w:t>
      </w:r>
      <w:proofErr w:type="gramEnd"/>
      <w:r>
        <w:t xml:space="preserve">. </w:t>
      </w:r>
    </w:p>
    <w:p w14:paraId="708A665D" w14:textId="77777777" w:rsidR="00504E14" w:rsidRDefault="0051642E" w:rsidP="00DC1FDC">
      <w:proofErr w:type="gramStart"/>
      <w:r>
        <w:t>So</w:t>
      </w:r>
      <w:proofErr w:type="gramEnd"/>
      <w:r>
        <w:t xml:space="preserve"> the front face, on the top left corner, we have a round speaker that is right above a carrying handle, because the player has a handle that you can hold and carry it from room to room. So right above it is a round speaker. Then, next to that, on the top edge, the top side of the front face, we have a series of buttons, of up and down buttons. In the middle, you have buttons that have a tactile marking of rounded </w:t>
      </w:r>
      <w:proofErr w:type="gramStart"/>
      <w:r>
        <w:t>kind of semi-</w:t>
      </w:r>
      <w:proofErr w:type="gramEnd"/>
      <w:r>
        <w:t>circles that point up and down, and this is for the volume. So, in the middle is t</w:t>
      </w:r>
      <w:r>
        <w:t xml:space="preserve">he volume up and volume down. To the left of it, we have the speed control: speed up, speed down. And to the right of the volume, we have tone control. So, you can adjust-- accentuate the high frequencies or the lower frequencies. To the right, on the right towards the right edge of the front face, we have in the middle of it a </w:t>
      </w:r>
      <w:r>
        <w:lastRenderedPageBreak/>
        <w:t xml:space="preserve">round, </w:t>
      </w:r>
      <w:proofErr w:type="gramStart"/>
      <w:r>
        <w:t>slightly-recessed</w:t>
      </w:r>
      <w:proofErr w:type="gramEnd"/>
      <w:r>
        <w:t xml:space="preserve"> Power button. And </w:t>
      </w:r>
      <w:proofErr w:type="gramStart"/>
      <w:r>
        <w:t>it's</w:t>
      </w:r>
      <w:proofErr w:type="gramEnd"/>
      <w:r>
        <w:t xml:space="preserve"> good that </w:t>
      </w:r>
      <w:proofErr w:type="gramStart"/>
      <w:r>
        <w:t>it's</w:t>
      </w:r>
      <w:proofErr w:type="gramEnd"/>
      <w:r>
        <w:t xml:space="preserve"> recessed because this way you </w:t>
      </w:r>
      <w:proofErr w:type="gramStart"/>
      <w:r>
        <w:t>don't</w:t>
      </w:r>
      <w:proofErr w:type="gramEnd"/>
      <w:r>
        <w:t xml:space="preserve"> accidentally start or stop the player. As we will see, this Power button </w:t>
      </w:r>
      <w:proofErr w:type="gramStart"/>
      <w:r>
        <w:t>has also</w:t>
      </w:r>
      <w:proofErr w:type="gramEnd"/>
      <w:r>
        <w:t xml:space="preserve"> another </w:t>
      </w:r>
      <w:proofErr w:type="gramStart"/>
      <w:r>
        <w:t>very useful</w:t>
      </w:r>
      <w:proofErr w:type="gramEnd"/>
      <w:r>
        <w:t xml:space="preserve"> feature that we will discuss a bit later. </w:t>
      </w:r>
    </w:p>
    <w:p w14:paraId="16DDEB20" w14:textId="77777777" w:rsidR="00504E14" w:rsidRDefault="0051642E" w:rsidP="00DC1FDC">
      <w:r>
        <w:t>Towards the bottom of this front face, we have the playback controls, and from left to right we have the Rewind... And it has, again,</w:t>
      </w:r>
      <w:r w:rsidR="00F7292F">
        <w:t xml:space="preserve"> </w:t>
      </w:r>
      <w:r>
        <w:t xml:space="preserve">one of those semi-circles pointing towards the left, </w:t>
      </w:r>
      <w:proofErr w:type="gramStart"/>
      <w:r>
        <w:t>kind of like</w:t>
      </w:r>
      <w:proofErr w:type="gramEnd"/>
      <w:r>
        <w:t xml:space="preserve"> a rounded arrow. Then, we have a square button that is orange and </w:t>
      </w:r>
      <w:proofErr w:type="gramStart"/>
      <w:r>
        <w:t>kind of recessed</w:t>
      </w:r>
      <w:proofErr w:type="gramEnd"/>
      <w:r>
        <w:t xml:space="preserve">. </w:t>
      </w:r>
      <w:proofErr w:type="gramStart"/>
      <w:r>
        <w:t>That's</w:t>
      </w:r>
      <w:proofErr w:type="gramEnd"/>
      <w:r>
        <w:t xml:space="preserve"> the Play button in the middle, and to the right of it, </w:t>
      </w:r>
      <w:proofErr w:type="gramStart"/>
      <w:r>
        <w:t>we've</w:t>
      </w:r>
      <w:proofErr w:type="gramEnd"/>
      <w:r>
        <w:t xml:space="preserve"> got the Fast-forward button. And so... Right above the Play button,</w:t>
      </w:r>
      <w:r w:rsidR="00F7292F">
        <w:t xml:space="preserve"> </w:t>
      </w:r>
      <w:proofErr w:type="gramStart"/>
      <w:r>
        <w:t>we’ve</w:t>
      </w:r>
      <w:proofErr w:type="gramEnd"/>
      <w:r>
        <w:t xml:space="preserve"> got a button that has </w:t>
      </w:r>
      <w:proofErr w:type="gramStart"/>
      <w:r>
        <w:t>kind of a</w:t>
      </w:r>
      <w:proofErr w:type="gramEnd"/>
      <w:r>
        <w:t xml:space="preserve"> moon shape on it. And this is </w:t>
      </w:r>
      <w:proofErr w:type="gramStart"/>
      <w:r>
        <w:t>basically the</w:t>
      </w:r>
      <w:proofErr w:type="gramEnd"/>
      <w:r>
        <w:t xml:space="preserve"> Sleep button, that you can configure to have the player </w:t>
      </w:r>
      <w:proofErr w:type="gramStart"/>
      <w:r>
        <w:t>turn</w:t>
      </w:r>
      <w:proofErr w:type="gramEnd"/>
      <w:r>
        <w:t xml:space="preserve"> off after a certain amount of time. You can also, incidentally, use this button to find out the time, the current time, assuming </w:t>
      </w:r>
      <w:proofErr w:type="gramStart"/>
      <w:r>
        <w:t>that</w:t>
      </w:r>
      <w:proofErr w:type="gramEnd"/>
      <w:r>
        <w:t xml:space="preserve"> is set up properly. </w:t>
      </w:r>
    </w:p>
    <w:p w14:paraId="4679FFA8" w14:textId="77777777" w:rsidR="0073315A" w:rsidRDefault="0051642E" w:rsidP="00DC1FDC">
      <w:r>
        <w:t xml:space="preserve">Okay, so, </w:t>
      </w:r>
      <w:proofErr w:type="gramStart"/>
      <w:r>
        <w:t>in order to</w:t>
      </w:r>
      <w:proofErr w:type="gramEnd"/>
      <w:r>
        <w:t xml:space="preserve"> access content from CELA... The player, actually </w:t>
      </w:r>
      <w:proofErr w:type="gramStart"/>
      <w:r>
        <w:t>many</w:t>
      </w:r>
      <w:proofErr w:type="gramEnd"/>
      <w:r>
        <w:t xml:space="preserve"> players,</w:t>
      </w:r>
      <w:r w:rsidR="00F7292F">
        <w:t xml:space="preserve"> </w:t>
      </w:r>
      <w:r>
        <w:t xml:space="preserve">might come with this protective cover, and this cover is useful if you </w:t>
      </w:r>
      <w:proofErr w:type="gramStart"/>
      <w:r>
        <w:t>don't</w:t>
      </w:r>
      <w:proofErr w:type="gramEnd"/>
      <w:r>
        <w:t xml:space="preserve"> want access to advanced functions. But </w:t>
      </w:r>
      <w:proofErr w:type="gramStart"/>
      <w:r>
        <w:t>in order to</w:t>
      </w:r>
      <w:proofErr w:type="gramEnd"/>
      <w:r>
        <w:t xml:space="preserve"> access CELA books, and because you need to have access to the internet, you need to remove the cover, which is what I will do now.</w:t>
      </w:r>
      <w:r w:rsidR="00F7292F">
        <w:t xml:space="preserve"> </w:t>
      </w:r>
      <w:r>
        <w:t>And... I just removed the buttons</w:t>
      </w:r>
      <w:r w:rsidR="0073315A">
        <w:t>.</w:t>
      </w:r>
      <w:r>
        <w:t xml:space="preserve"> You pull at the corners, and then it snaps off. </w:t>
      </w:r>
    </w:p>
    <w:p w14:paraId="013D25A8" w14:textId="77777777" w:rsidR="00102FF7" w:rsidRDefault="0051642E" w:rsidP="00DC1FDC">
      <w:r>
        <w:t xml:space="preserve">And now we have a set of additional buttons that we have here. </w:t>
      </w:r>
      <w:proofErr w:type="gramStart"/>
      <w:r>
        <w:t>So</w:t>
      </w:r>
      <w:proofErr w:type="gramEnd"/>
      <w:r>
        <w:t xml:space="preserve"> </w:t>
      </w:r>
      <w:proofErr w:type="gramStart"/>
      <w:r>
        <w:t>we've</w:t>
      </w:r>
      <w:proofErr w:type="gramEnd"/>
      <w:r>
        <w:t xml:space="preserve"> got, kind of,</w:t>
      </w:r>
      <w:r w:rsidR="00F7292F">
        <w:t xml:space="preserve"> </w:t>
      </w:r>
      <w:r>
        <w:t xml:space="preserve">navigation keys here. </w:t>
      </w:r>
      <w:proofErr w:type="gramStart"/>
      <w:r>
        <w:t>They're</w:t>
      </w:r>
      <w:proofErr w:type="gramEnd"/>
      <w:r>
        <w:t xml:space="preserve"> in the shape of a </w:t>
      </w:r>
      <w:proofErr w:type="gramStart"/>
      <w:r>
        <w:t>cross, if</w:t>
      </w:r>
      <w:proofErr w:type="gramEnd"/>
      <w:r>
        <w:t xml:space="preserve"> you will. So, up, down, </w:t>
      </w:r>
      <w:proofErr w:type="gramStart"/>
      <w:r>
        <w:t>left</w:t>
      </w:r>
      <w:proofErr w:type="gramEnd"/>
      <w:r>
        <w:t xml:space="preserve"> and right, and in the middle of them is a button with an “i” marked. And </w:t>
      </w:r>
      <w:proofErr w:type="gramStart"/>
      <w:r>
        <w:t>it's</w:t>
      </w:r>
      <w:proofErr w:type="gramEnd"/>
      <w:r>
        <w:t xml:space="preserve"> also tactile, you can feel this “i” shape. And “i” stands for Information. </w:t>
      </w:r>
      <w:proofErr w:type="gramStart"/>
      <w:r>
        <w:t>So</w:t>
      </w:r>
      <w:proofErr w:type="gramEnd"/>
      <w:r>
        <w:t xml:space="preserve"> this is a button that we will use for navigating menus</w:t>
      </w:r>
      <w:r w:rsidR="00F7292F">
        <w:t xml:space="preserve"> </w:t>
      </w:r>
      <w:r>
        <w:t xml:space="preserve">and finding out information about a certain book, and more. So </w:t>
      </w:r>
      <w:proofErr w:type="gramStart"/>
      <w:r>
        <w:t>that's</w:t>
      </w:r>
      <w:proofErr w:type="gramEnd"/>
      <w:r>
        <w:t xml:space="preserve"> a good button to know about. Then, to the left of this navigation keypad, </w:t>
      </w:r>
      <w:proofErr w:type="gramStart"/>
      <w:r>
        <w:t>we've</w:t>
      </w:r>
      <w:proofErr w:type="gramEnd"/>
      <w:r>
        <w:t xml:space="preserve"> got a row of three buttons. At the top, </w:t>
      </w:r>
      <w:proofErr w:type="gramStart"/>
      <w:r>
        <w:t>we've</w:t>
      </w:r>
      <w:proofErr w:type="gramEnd"/>
      <w:r>
        <w:t xml:space="preserve"> got a square button called the Bookshelf, and this is the button</w:t>
      </w:r>
      <w:r w:rsidR="00F7292F">
        <w:t xml:space="preserve"> </w:t>
      </w:r>
      <w:r>
        <w:t>that we will use to access the content from CELA. Then, underneath it, we have a button that has a bookmark ability, and it has also a few other functions,</w:t>
      </w:r>
      <w:r w:rsidR="00F7292F">
        <w:t xml:space="preserve"> </w:t>
      </w:r>
      <w:r>
        <w:t xml:space="preserve">but mainly you can use it to mark a special passage, and then you can easily return to it, and we will look at that. And a very important one underneath it is, what you would </w:t>
      </w:r>
      <w:r>
        <w:lastRenderedPageBreak/>
        <w:t xml:space="preserve">have on the </w:t>
      </w:r>
      <w:r w:rsidR="0043285E">
        <w:t>Stratus4 M</w:t>
      </w:r>
      <w:r>
        <w:t xml:space="preserve">, would be the Eject button that you would use to eject a CD, but it's also used to manage content on the player, so you could delete or return books. And </w:t>
      </w:r>
      <w:proofErr w:type="gramStart"/>
      <w:r>
        <w:t>that's</w:t>
      </w:r>
      <w:proofErr w:type="gramEnd"/>
      <w:r>
        <w:t xml:space="preserve"> also </w:t>
      </w:r>
      <w:proofErr w:type="gramStart"/>
      <w:r>
        <w:t>very important</w:t>
      </w:r>
      <w:proofErr w:type="gramEnd"/>
      <w:r>
        <w:t xml:space="preserve"> because we want to encourage you when you </w:t>
      </w:r>
      <w:proofErr w:type="gramStart"/>
      <w:r>
        <w:t>are done</w:t>
      </w:r>
      <w:proofErr w:type="gramEnd"/>
      <w:r>
        <w:t xml:space="preserve"> with a book,</w:t>
      </w:r>
      <w:r w:rsidR="00F7292F">
        <w:t xml:space="preserve"> </w:t>
      </w:r>
      <w:r>
        <w:t xml:space="preserve">to return it to CELA. And this is the button that you would use. </w:t>
      </w:r>
    </w:p>
    <w:p w14:paraId="5449C8F6" w14:textId="77777777" w:rsidR="00DF2288" w:rsidRDefault="0051642E" w:rsidP="00DC1FDC">
      <w:r>
        <w:t xml:space="preserve">Now, </w:t>
      </w:r>
      <w:proofErr w:type="gramStart"/>
      <w:r>
        <w:t>let's</w:t>
      </w:r>
      <w:proofErr w:type="gramEnd"/>
      <w:r>
        <w:t xml:space="preserve"> move on. I will not physically show you the player edges because I want to keep the player nicely centred. But on the </w:t>
      </w:r>
      <w:proofErr w:type="gramStart"/>
      <w:r>
        <w:t>2</w:t>
      </w:r>
      <w:proofErr w:type="gramEnd"/>
      <w:r>
        <w:t xml:space="preserve">, here, the right edge of the player-- So the actual edges are different from the 4M to the Stratus 2. </w:t>
      </w:r>
    </w:p>
    <w:p w14:paraId="3EB2E598" w14:textId="77777777" w:rsidR="00DF2288" w:rsidRDefault="0051642E" w:rsidP="00DC1FDC">
      <w:r>
        <w:t xml:space="preserve">On the Stratus 2, on the right edge towards the corner, we have what is called a USB-C connector for connecting it to power, and this is a nice change from the 4M, because many other devices, mobile phones and others, use the USB-C connection. </w:t>
      </w:r>
      <w:proofErr w:type="gramStart"/>
      <w:r>
        <w:t>So</w:t>
      </w:r>
      <w:proofErr w:type="gramEnd"/>
      <w:r>
        <w:t xml:space="preserve"> you might already have multiple cables that are compatible </w:t>
      </w:r>
      <w:proofErr w:type="gramStart"/>
      <w:r>
        <w:t>to charge</w:t>
      </w:r>
      <w:proofErr w:type="gramEnd"/>
      <w:r>
        <w:t xml:space="preserve"> it. The 4M has a charging port on the back of it, and </w:t>
      </w:r>
      <w:proofErr w:type="gramStart"/>
      <w:r>
        <w:t>it’s</w:t>
      </w:r>
      <w:proofErr w:type="gramEnd"/>
      <w:r>
        <w:t xml:space="preserve"> a dedicated proprietary cable, so if you lose that one,</w:t>
      </w:r>
      <w:r w:rsidR="00F7292F">
        <w:t xml:space="preserve"> </w:t>
      </w:r>
      <w:proofErr w:type="gramStart"/>
      <w:r>
        <w:t>you're</w:t>
      </w:r>
      <w:proofErr w:type="gramEnd"/>
      <w:r>
        <w:t xml:space="preserve"> out of luck. But USB-C is much more forgiving. </w:t>
      </w:r>
    </w:p>
    <w:p w14:paraId="6A30D253" w14:textId="77777777" w:rsidR="00DF2288" w:rsidRDefault="0051642E" w:rsidP="00DC1FDC">
      <w:r>
        <w:t xml:space="preserve">Next to the USB-C port on </w:t>
      </w:r>
      <w:proofErr w:type="gramStart"/>
      <w:r>
        <w:t>the Stratus</w:t>
      </w:r>
      <w:proofErr w:type="gramEnd"/>
      <w:r>
        <w:t xml:space="preserve"> 2, we have the USB port that you can use to insert a USB drive. And this is where you can load books if you </w:t>
      </w:r>
      <w:proofErr w:type="gramStart"/>
      <w:r>
        <w:t>don't</w:t>
      </w:r>
      <w:proofErr w:type="gramEnd"/>
      <w:r>
        <w:t xml:space="preserve"> have internet access, or if you choose to just load books on a USB key, and you could insert </w:t>
      </w:r>
      <w:proofErr w:type="gramStart"/>
      <w:r>
        <w:t>it</w:t>
      </w:r>
      <w:proofErr w:type="gramEnd"/>
      <w:r>
        <w:t xml:space="preserve"> here, and then the player can access the books. </w:t>
      </w:r>
    </w:p>
    <w:p w14:paraId="7DB2890F" w14:textId="77777777" w:rsidR="00C14A01" w:rsidRDefault="0051642E" w:rsidP="00DC1FDC">
      <w:r>
        <w:t>And, finally, on the bottom we have a headphone jack. I think the headphone jack will be in the middle of the edge for the 4M, but basically, for all intents and purposes,</w:t>
      </w:r>
      <w:r w:rsidR="00F7292F">
        <w:t xml:space="preserve"> </w:t>
      </w:r>
      <w:r>
        <w:t xml:space="preserve">this is a good overview. At the bottom, the </w:t>
      </w:r>
      <w:r w:rsidR="0043285E">
        <w:t>Stratus4 M</w:t>
      </w:r>
      <w:r>
        <w:t xml:space="preserve"> on the bottom edge will have the CD-R</w:t>
      </w:r>
      <w:r w:rsidR="00744005">
        <w:t>OM</w:t>
      </w:r>
      <w:r>
        <w:t xml:space="preserve"> drive. </w:t>
      </w:r>
      <w:proofErr w:type="gramStart"/>
      <w:r>
        <w:t>The Stratus</w:t>
      </w:r>
      <w:proofErr w:type="gramEnd"/>
      <w:r>
        <w:t xml:space="preserve"> 2 </w:t>
      </w:r>
      <w:proofErr w:type="gramStart"/>
      <w:r>
        <w:t>doesn't</w:t>
      </w:r>
      <w:proofErr w:type="gramEnd"/>
      <w:r>
        <w:t xml:space="preserve"> have that. It has a new interface with what they call a cartridge that one can load content on. </w:t>
      </w:r>
    </w:p>
    <w:p w14:paraId="1DCD177C" w14:textId="0B7A08EA" w:rsidR="00446C1A" w:rsidRDefault="00446C1A" w:rsidP="00446C1A">
      <w:pPr>
        <w:pStyle w:val="Heading2"/>
      </w:pPr>
      <w:r>
        <w:t>Overview of steps to access books</w:t>
      </w:r>
    </w:p>
    <w:p w14:paraId="4EE08CC0" w14:textId="751E9AC2" w:rsidR="00446C1A" w:rsidRPr="00446C1A" w:rsidRDefault="00446C1A" w:rsidP="00446C1A">
      <w:r>
        <w:t>00:14:11</w:t>
      </w:r>
    </w:p>
    <w:p w14:paraId="2A83DC95" w14:textId="77777777" w:rsidR="00446C1A" w:rsidRDefault="0051642E" w:rsidP="00DC1FDC">
      <w:r>
        <w:t xml:space="preserve">So... Now </w:t>
      </w:r>
      <w:proofErr w:type="gramStart"/>
      <w:r>
        <w:t>let's</w:t>
      </w:r>
      <w:proofErr w:type="gramEnd"/>
      <w:r>
        <w:t xml:space="preserve"> move on, now that </w:t>
      </w:r>
      <w:proofErr w:type="gramStart"/>
      <w:r>
        <w:t>we've</w:t>
      </w:r>
      <w:proofErr w:type="gramEnd"/>
      <w:r>
        <w:t xml:space="preserve"> done a </w:t>
      </w:r>
      <w:proofErr w:type="gramStart"/>
      <w:r>
        <w:t>bit the tour</w:t>
      </w:r>
      <w:proofErr w:type="gramEnd"/>
      <w:r>
        <w:t xml:space="preserve"> of the player, </w:t>
      </w:r>
      <w:proofErr w:type="gramStart"/>
      <w:r>
        <w:t>let's</w:t>
      </w:r>
      <w:proofErr w:type="gramEnd"/>
      <w:r>
        <w:t xml:space="preserve"> move on to how to use the Stratus to access content from CELA. </w:t>
      </w:r>
      <w:proofErr w:type="gramStart"/>
      <w:r>
        <w:t>So</w:t>
      </w:r>
      <w:proofErr w:type="gramEnd"/>
      <w:r>
        <w:t xml:space="preserve"> </w:t>
      </w:r>
      <w:proofErr w:type="gramStart"/>
      <w:r>
        <w:t>let's</w:t>
      </w:r>
      <w:proofErr w:type="gramEnd"/>
      <w:r>
        <w:t xml:space="preserve"> go over the scenario. </w:t>
      </w:r>
      <w:proofErr w:type="gramStart"/>
      <w:r>
        <w:t>Let's</w:t>
      </w:r>
      <w:proofErr w:type="gramEnd"/>
      <w:r>
        <w:t xml:space="preserve"> say you do have a Wi-Fi internet connection at home. And how will you use your player, at home or in the library, for example, and how can you use the player in </w:t>
      </w:r>
      <w:r>
        <w:lastRenderedPageBreak/>
        <w:t xml:space="preserve">this instance? So, there are basically </w:t>
      </w:r>
      <w:proofErr w:type="gramStart"/>
      <w:r>
        <w:t>a few</w:t>
      </w:r>
      <w:proofErr w:type="gramEnd"/>
      <w:r>
        <w:t xml:space="preserve"> steps,</w:t>
      </w:r>
      <w:r w:rsidR="00F7292F">
        <w:t xml:space="preserve"> </w:t>
      </w:r>
      <w:r>
        <w:t xml:space="preserve">steps that you need to do. </w:t>
      </w:r>
    </w:p>
    <w:p w14:paraId="09E0E737" w14:textId="77777777" w:rsidR="00446C1A" w:rsidRDefault="0051642E" w:rsidP="00DC1FDC">
      <w:r>
        <w:t xml:space="preserve">You need to, </w:t>
      </w:r>
      <w:proofErr w:type="gramStart"/>
      <w:r>
        <w:t>first of all</w:t>
      </w:r>
      <w:proofErr w:type="gramEnd"/>
      <w:r>
        <w:t>, of course,</w:t>
      </w:r>
      <w:r w:rsidR="00F7292F">
        <w:t xml:space="preserve"> </w:t>
      </w:r>
      <w:r>
        <w:t xml:space="preserve">choose </w:t>
      </w:r>
      <w:proofErr w:type="gramStart"/>
      <w:r>
        <w:t>some</w:t>
      </w:r>
      <w:proofErr w:type="gramEnd"/>
      <w:r>
        <w:t xml:space="preserve"> books that you would like to read. And you can do that yourself or call our support line. Or </w:t>
      </w:r>
      <w:proofErr w:type="gramStart"/>
      <w:r>
        <w:t>maybe you</w:t>
      </w:r>
      <w:proofErr w:type="gramEnd"/>
      <w:r>
        <w:t xml:space="preserve"> have what </w:t>
      </w:r>
      <w:proofErr w:type="gramStart"/>
      <w:r>
        <w:t>is called</w:t>
      </w:r>
      <w:proofErr w:type="gramEnd"/>
      <w:r>
        <w:t xml:space="preserve"> an automatic selection profile. That means that you have already told us the type of books you like and books </w:t>
      </w:r>
      <w:proofErr w:type="gramStart"/>
      <w:r>
        <w:t>are automatically chosen</w:t>
      </w:r>
      <w:proofErr w:type="gramEnd"/>
      <w:r>
        <w:t xml:space="preserve"> by our system and placed on your bookshelf. </w:t>
      </w:r>
      <w:proofErr w:type="gramStart"/>
      <w:r>
        <w:t>That's</w:t>
      </w:r>
      <w:proofErr w:type="gramEnd"/>
      <w:r>
        <w:t xml:space="preserve"> the first step. </w:t>
      </w:r>
    </w:p>
    <w:p w14:paraId="0A64EC32" w14:textId="7DABA642" w:rsidR="00D41555" w:rsidRDefault="0051642E" w:rsidP="00DC1FDC">
      <w:r>
        <w:t>Once you have books on your bookshelf, the player that is set up and connected to the internet through the wireless connection will access this bookshelf from CELA and, automatically, in most cases,</w:t>
      </w:r>
      <w:r w:rsidR="00F7292F">
        <w:t xml:space="preserve"> </w:t>
      </w:r>
      <w:r>
        <w:t xml:space="preserve">the books will </w:t>
      </w:r>
      <w:proofErr w:type="gramStart"/>
      <w:r>
        <w:t>be downloaded</w:t>
      </w:r>
      <w:proofErr w:type="gramEnd"/>
      <w:r>
        <w:t xml:space="preserve"> on your player. And all you have to do is to choose the book from a menu, and then you press play and you start your book. So that's-- These are </w:t>
      </w:r>
      <w:proofErr w:type="gramStart"/>
      <w:r>
        <w:t>basically the</w:t>
      </w:r>
      <w:proofErr w:type="gramEnd"/>
      <w:r>
        <w:t xml:space="preserve"> steps that you will-- that happen when you access books through the internet.</w:t>
      </w:r>
    </w:p>
    <w:p w14:paraId="1400A988" w14:textId="3DBC56BA" w:rsidR="00FC1507" w:rsidRDefault="00FC1507" w:rsidP="00FC1507">
      <w:pPr>
        <w:pStyle w:val="Heading2"/>
      </w:pPr>
      <w:r>
        <w:t>Overview of setup of Stratus 2 and 4M for Direct to Player service</w:t>
      </w:r>
    </w:p>
    <w:p w14:paraId="712A9830" w14:textId="74D37564" w:rsidR="00FC1507" w:rsidRPr="00FC1507" w:rsidRDefault="00FC1507" w:rsidP="00FC1507">
      <w:r>
        <w:t>00:</w:t>
      </w:r>
      <w:r w:rsidR="003D23F3">
        <w:t>15:46</w:t>
      </w:r>
    </w:p>
    <w:p w14:paraId="2E7CF24C" w14:textId="77777777" w:rsidR="00D41555" w:rsidRDefault="0051642E" w:rsidP="00DC1FDC">
      <w:r>
        <w:t xml:space="preserve">So, </w:t>
      </w:r>
      <w:proofErr w:type="gramStart"/>
      <w:r>
        <w:t>in order for</w:t>
      </w:r>
      <w:proofErr w:type="gramEnd"/>
      <w:r>
        <w:t xml:space="preserve"> these steps to work, you need to do a one-time setup of your player. </w:t>
      </w:r>
      <w:proofErr w:type="gramStart"/>
      <w:r>
        <w:t>So</w:t>
      </w:r>
      <w:proofErr w:type="gramEnd"/>
      <w:r>
        <w:t xml:space="preserve"> let's say you have a player and maybe you used your 4M with CDs, and now you need to be able to connect it to the internet, there are a few steps that you need to do, but only once, and then everything works very smoothly. </w:t>
      </w:r>
    </w:p>
    <w:p w14:paraId="710F2B97" w14:textId="1181C699" w:rsidR="00C45768" w:rsidRDefault="0051642E" w:rsidP="00DC1FDC">
      <w:r>
        <w:t xml:space="preserve">There are </w:t>
      </w:r>
      <w:proofErr w:type="gramStart"/>
      <w:r>
        <w:t>basically two</w:t>
      </w:r>
      <w:proofErr w:type="gramEnd"/>
      <w:r>
        <w:t xml:space="preserve"> ways to set up, but the steps are </w:t>
      </w:r>
      <w:proofErr w:type="gramStart"/>
      <w:r>
        <w:t>very similar</w:t>
      </w:r>
      <w:proofErr w:type="gramEnd"/>
      <w:r>
        <w:t xml:space="preserve">. So </w:t>
      </w:r>
      <w:proofErr w:type="gramStart"/>
      <w:r>
        <w:t>first of all</w:t>
      </w:r>
      <w:proofErr w:type="gramEnd"/>
      <w:r>
        <w:t xml:space="preserve">, you need to connect your player to Wi-Fi. </w:t>
      </w:r>
      <w:proofErr w:type="gramStart"/>
      <w:r>
        <w:t>So</w:t>
      </w:r>
      <w:proofErr w:type="gramEnd"/>
      <w:r>
        <w:t xml:space="preserve"> you need to-- so that it can access the internet. Then, you will need to also give it the information so that it connects to your specific CELA account. Because just connecting to the internet, it </w:t>
      </w:r>
      <w:proofErr w:type="gramStart"/>
      <w:r>
        <w:t>wouldn't</w:t>
      </w:r>
      <w:proofErr w:type="gramEnd"/>
      <w:r>
        <w:t xml:space="preserve"> know where to go, on which bookshelf. </w:t>
      </w:r>
      <w:proofErr w:type="gramStart"/>
      <w:r>
        <w:t>So</w:t>
      </w:r>
      <w:proofErr w:type="gramEnd"/>
      <w:r>
        <w:t xml:space="preserve"> then you </w:t>
      </w:r>
      <w:proofErr w:type="gramStart"/>
      <w:r>
        <w:t>have to</w:t>
      </w:r>
      <w:proofErr w:type="gramEnd"/>
      <w:r>
        <w:t xml:space="preserve"> tell the player</w:t>
      </w:r>
      <w:r w:rsidR="00F7292F">
        <w:t xml:space="preserve"> </w:t>
      </w:r>
      <w:r>
        <w:t xml:space="preserve">your CELA information, and then the book will start downloading automatically, and you can choose them and start reading. </w:t>
      </w:r>
    </w:p>
    <w:p w14:paraId="0843EC46" w14:textId="77777777" w:rsidR="00A1347D" w:rsidRDefault="0051642E" w:rsidP="00DC1FDC">
      <w:r>
        <w:t xml:space="preserve">There are </w:t>
      </w:r>
      <w:proofErr w:type="gramStart"/>
      <w:r>
        <w:t>a few</w:t>
      </w:r>
      <w:proofErr w:type="gramEnd"/>
      <w:r>
        <w:t xml:space="preserve"> ways to connect your Stratus to CELA’s</w:t>
      </w:r>
      <w:r w:rsidR="00F7292F">
        <w:t xml:space="preserve"> </w:t>
      </w:r>
      <w:r>
        <w:t xml:space="preserve">Direct to Player service. </w:t>
      </w:r>
    </w:p>
    <w:p w14:paraId="18E5021F" w14:textId="70B81D2F" w:rsidR="00A1347D" w:rsidRDefault="00A1347D" w:rsidP="00A1347D">
      <w:pPr>
        <w:pStyle w:val="Heading3"/>
      </w:pPr>
      <w:r>
        <w:lastRenderedPageBreak/>
        <w:t>Using automatic configuration file</w:t>
      </w:r>
    </w:p>
    <w:p w14:paraId="281B1B2A" w14:textId="6A8AA670" w:rsidR="00A1347D" w:rsidRPr="00A1347D" w:rsidRDefault="00A1347D" w:rsidP="00A1347D">
      <w:r>
        <w:t>00:</w:t>
      </w:r>
      <w:r w:rsidR="003B2499">
        <w:t>17:01</w:t>
      </w:r>
    </w:p>
    <w:p w14:paraId="0B150F88" w14:textId="77777777" w:rsidR="005A4C3A" w:rsidRDefault="0051642E" w:rsidP="00DC1FDC">
      <w:r>
        <w:t xml:space="preserve">The first one we will cover is the automatic configuration file. If you have a </w:t>
      </w:r>
      <w:r w:rsidR="0043285E">
        <w:t>Stratus4 M</w:t>
      </w:r>
      <w:r>
        <w:t xml:space="preserve">, this may be your main option to configure the player, and in this case, we ask you to contact CELA Technical Support and they will need the following information from you. </w:t>
      </w:r>
    </w:p>
    <w:p w14:paraId="4E1A6E0B" w14:textId="77777777" w:rsidR="005A4C3A" w:rsidRDefault="0051642E" w:rsidP="00DC1FDC">
      <w:r>
        <w:t xml:space="preserve">First, the exact spelling for your wireless network, and your wireless network password. And you need to be very precise. Uppercase, lowercase, everything matters here. The other item they will need is your CELA six-digit account number. Once they receive this information, they can send you an SD card or a CD containing the file that you will need to configure your </w:t>
      </w:r>
      <w:r w:rsidR="0043285E">
        <w:t>Stratus4 M</w:t>
      </w:r>
      <w:r>
        <w:t xml:space="preserve">. There is an option to create this file yourself, and we have a tutorial included on this slide that you can apply, and it works for any Victor Reader model. </w:t>
      </w:r>
    </w:p>
    <w:p w14:paraId="1287DDE9" w14:textId="77777777" w:rsidR="00A41BA6" w:rsidRDefault="0051642E" w:rsidP="00DC1FDC">
      <w:proofErr w:type="gramStart"/>
      <w:r>
        <w:t>So</w:t>
      </w:r>
      <w:proofErr w:type="gramEnd"/>
      <w:r>
        <w:t xml:space="preserve"> if you want to use this path, you can create it yourself if you have a Stratus 2. However, in the case of </w:t>
      </w:r>
      <w:proofErr w:type="gramStart"/>
      <w:r>
        <w:t>the Stratus</w:t>
      </w:r>
      <w:proofErr w:type="gramEnd"/>
      <w:r>
        <w:t xml:space="preserve"> 2, there is a more streamlined method that we recommend. And tech support can also help you with that method,</w:t>
      </w:r>
      <w:r w:rsidR="00F7292F">
        <w:t xml:space="preserve"> </w:t>
      </w:r>
      <w:r>
        <w:t xml:space="preserve">but it is a method that does not require you to wait for any materials to </w:t>
      </w:r>
      <w:proofErr w:type="gramStart"/>
      <w:r>
        <w:t>be sent</w:t>
      </w:r>
      <w:proofErr w:type="gramEnd"/>
      <w:r>
        <w:t xml:space="preserve"> to you. You can do it all via the player menus. </w:t>
      </w:r>
      <w:proofErr w:type="gramStart"/>
      <w:r>
        <w:t>A few</w:t>
      </w:r>
      <w:proofErr w:type="gramEnd"/>
      <w:r>
        <w:t xml:space="preserve"> words about the menus, both </w:t>
      </w:r>
      <w:proofErr w:type="gramStart"/>
      <w:r>
        <w:t xml:space="preserve">a </w:t>
      </w:r>
      <w:r w:rsidR="0043285E">
        <w:t>Stratus4</w:t>
      </w:r>
      <w:proofErr w:type="gramEnd"/>
      <w:r w:rsidR="0043285E">
        <w:t xml:space="preserve"> M</w:t>
      </w:r>
      <w:r>
        <w:t xml:space="preserve"> and </w:t>
      </w:r>
      <w:proofErr w:type="gramStart"/>
      <w:r>
        <w:t>2</w:t>
      </w:r>
      <w:proofErr w:type="gramEnd"/>
      <w:r>
        <w:t xml:space="preserve"> have similar menus, but they </w:t>
      </w:r>
      <w:proofErr w:type="gramStart"/>
      <w:r>
        <w:t>are navigated</w:t>
      </w:r>
      <w:proofErr w:type="gramEnd"/>
      <w:r>
        <w:t xml:space="preserve"> slightly differently. </w:t>
      </w:r>
    </w:p>
    <w:p w14:paraId="5BB5C209" w14:textId="4B67A4E0" w:rsidR="009C0395" w:rsidRDefault="0051642E" w:rsidP="00DC1FDC">
      <w:r>
        <w:t xml:space="preserve">So, I have turned on the player, as you could hear, because it was babbling while we were trying to talk. </w:t>
      </w:r>
      <w:proofErr w:type="gramStart"/>
      <w:r>
        <w:t>So</w:t>
      </w:r>
      <w:proofErr w:type="gramEnd"/>
      <w:r>
        <w:t xml:space="preserve"> I pressed the round Power key on the right side of the front face of the player, and it turned on the player. So, in both cases, whether you have the 4M or the new Stratus 2, to enter the menus of the player, which is something you will need to do when you first set up the player, you hold down the Information key which is in the middle of these</w:t>
      </w:r>
      <w:r w:rsidR="00F7292F">
        <w:t xml:space="preserve"> </w:t>
      </w:r>
      <w:r>
        <w:t xml:space="preserve">navigation up, down, left, right keys. </w:t>
      </w:r>
      <w:proofErr w:type="gramStart"/>
      <w:r>
        <w:t>So</w:t>
      </w:r>
      <w:proofErr w:type="gramEnd"/>
      <w:r>
        <w:t xml:space="preserve"> I will do that now. </w:t>
      </w:r>
    </w:p>
    <w:p w14:paraId="66E1C289" w14:textId="3B6DBBA0" w:rsidR="009C0395" w:rsidRDefault="0051642E" w:rsidP="00DC1FDC">
      <w:r>
        <w:t xml:space="preserve">(device beeps) </w:t>
      </w:r>
    </w:p>
    <w:p w14:paraId="7DF0F7DA" w14:textId="1B5FB772" w:rsidR="009C0395" w:rsidRDefault="008A2D93" w:rsidP="00DC1FDC">
      <w:r>
        <w:rPr>
          <w:b/>
        </w:rPr>
        <w:t xml:space="preserve">device voice: </w:t>
      </w:r>
      <w:r>
        <w:t xml:space="preserve">Menu. General settings. </w:t>
      </w:r>
    </w:p>
    <w:p w14:paraId="20617097" w14:textId="77777777" w:rsidR="009C0395" w:rsidRDefault="0051642E" w:rsidP="00DC1FDC">
      <w:r>
        <w:rPr>
          <w:b/>
        </w:rPr>
        <w:t xml:space="preserve">Ioana: </w:t>
      </w:r>
      <w:r>
        <w:t xml:space="preserve">Okay, so that part is </w:t>
      </w:r>
      <w:proofErr w:type="gramStart"/>
      <w:r>
        <w:t>exactly the same</w:t>
      </w:r>
      <w:proofErr w:type="gramEnd"/>
      <w:r>
        <w:t xml:space="preserve"> whether you have a 4M or a 2M. Now for the 4M, if you wanted to go to a different menu other than the general, for example, you would keep pressing the </w:t>
      </w:r>
      <w:r>
        <w:lastRenderedPageBreak/>
        <w:t xml:space="preserve">Information key and you would hear “Wireless” or “Online services.” </w:t>
      </w:r>
      <w:proofErr w:type="gramStart"/>
      <w:r>
        <w:t>So</w:t>
      </w:r>
      <w:proofErr w:type="gramEnd"/>
      <w:r>
        <w:t xml:space="preserve"> you keep pressing the... ...the Information key until you hear the menu you want. Then, to look at the options </w:t>
      </w:r>
      <w:proofErr w:type="gramStart"/>
      <w:r>
        <w:t>of</w:t>
      </w:r>
      <w:proofErr w:type="gramEnd"/>
      <w:r>
        <w:t xml:space="preserve"> that menu, you would press up or down to find those options. Now they have changed that for the </w:t>
      </w:r>
      <w:proofErr w:type="gramStart"/>
      <w:r>
        <w:t>2</w:t>
      </w:r>
      <w:proofErr w:type="gramEnd"/>
      <w:r>
        <w:t xml:space="preserve">, but now that </w:t>
      </w:r>
      <w:proofErr w:type="gramStart"/>
      <w:r>
        <w:t>I'm</w:t>
      </w:r>
      <w:proofErr w:type="gramEnd"/>
      <w:r>
        <w:t xml:space="preserve"> in the menu system, I can go left and right with the keys, with the navigation keys, and go through the menus. </w:t>
      </w:r>
    </w:p>
    <w:p w14:paraId="55291736" w14:textId="15AF8870" w:rsidR="009C0395" w:rsidRDefault="0051642E" w:rsidP="00DC1FDC">
      <w:r>
        <w:t xml:space="preserve">(device beeps) </w:t>
      </w:r>
    </w:p>
    <w:p w14:paraId="246C61F6" w14:textId="77777777" w:rsidR="009C0395" w:rsidRDefault="0051642E" w:rsidP="00DC1FDC">
      <w:r>
        <w:rPr>
          <w:b/>
        </w:rPr>
        <w:t xml:space="preserve">device voice: </w:t>
      </w:r>
      <w:r>
        <w:t xml:space="preserve">Navigation and playback. </w:t>
      </w:r>
    </w:p>
    <w:p w14:paraId="6CF6F10F" w14:textId="6CAA0292" w:rsidR="009C0395" w:rsidRDefault="0051642E" w:rsidP="00DC1FDC">
      <w:r>
        <w:t xml:space="preserve">(device beeps) </w:t>
      </w:r>
    </w:p>
    <w:p w14:paraId="588AAC5B" w14:textId="4029F592" w:rsidR="009C0395" w:rsidRDefault="0051642E" w:rsidP="00DC1FDC">
      <w:r>
        <w:t xml:space="preserve">Wireless. </w:t>
      </w:r>
    </w:p>
    <w:p w14:paraId="71BC0924" w14:textId="77777777" w:rsidR="006B697B" w:rsidRDefault="0051642E" w:rsidP="00DC1FDC">
      <w:r>
        <w:rPr>
          <w:b/>
        </w:rPr>
        <w:t xml:space="preserve">Ioana: </w:t>
      </w:r>
      <w:r>
        <w:t xml:space="preserve">Exactly. </w:t>
      </w:r>
      <w:proofErr w:type="gramStart"/>
      <w:r>
        <w:t>So</w:t>
      </w:r>
      <w:proofErr w:type="gramEnd"/>
      <w:r>
        <w:t xml:space="preserve"> this is-- And then when I find the menu I want, you can press the Play button and then you have another set of options. And you can return to the previous menu with the Up key. </w:t>
      </w:r>
      <w:proofErr w:type="gramStart"/>
      <w:r>
        <w:t>So</w:t>
      </w:r>
      <w:proofErr w:type="gramEnd"/>
      <w:r>
        <w:t xml:space="preserve"> </w:t>
      </w:r>
      <w:proofErr w:type="gramStart"/>
      <w:r>
        <w:t>it's</w:t>
      </w:r>
      <w:proofErr w:type="gramEnd"/>
      <w:r>
        <w:t xml:space="preserve"> slightly different, but the menus are the same. Just the layout is different. </w:t>
      </w:r>
    </w:p>
    <w:p w14:paraId="1EF3401F" w14:textId="55B78DCF" w:rsidR="009C0395" w:rsidRDefault="0051642E" w:rsidP="00DC1FDC">
      <w:proofErr w:type="gramStart"/>
      <w:r>
        <w:t>So</w:t>
      </w:r>
      <w:proofErr w:type="gramEnd"/>
      <w:r>
        <w:t xml:space="preserve"> we will now have a demo, but that demo </w:t>
      </w:r>
      <w:proofErr w:type="gramStart"/>
      <w:r>
        <w:t>is made</w:t>
      </w:r>
      <w:proofErr w:type="gramEnd"/>
      <w:r>
        <w:t xml:space="preserve"> on the 4M. </w:t>
      </w:r>
      <w:proofErr w:type="gramStart"/>
      <w:r>
        <w:t>So</w:t>
      </w:r>
      <w:proofErr w:type="gramEnd"/>
      <w:r>
        <w:t xml:space="preserve"> it will use the different navigation keys. And this demo will show you this video, so I will ask you</w:t>
      </w:r>
      <w:r w:rsidR="00F7292F">
        <w:t xml:space="preserve"> </w:t>
      </w:r>
      <w:r>
        <w:t xml:space="preserve">to share your screen again, Faline. </w:t>
      </w:r>
    </w:p>
    <w:p w14:paraId="74EFAB77" w14:textId="15071F40" w:rsidR="009C0395" w:rsidRDefault="00223D4A" w:rsidP="00DC1FDC">
      <w:r>
        <w:rPr>
          <w:b/>
        </w:rPr>
        <w:t xml:space="preserve">Faline: </w:t>
      </w:r>
      <w:r>
        <w:t xml:space="preserve">Okay. </w:t>
      </w:r>
    </w:p>
    <w:p w14:paraId="2991FC01" w14:textId="26124701" w:rsidR="009C0395" w:rsidRDefault="0051642E" w:rsidP="00DC1FDC">
      <w:r>
        <w:rPr>
          <w:b/>
        </w:rPr>
        <w:t xml:space="preserve">Ioana: </w:t>
      </w:r>
      <w:proofErr w:type="gramStart"/>
      <w:r>
        <w:t>It’ll</w:t>
      </w:r>
      <w:proofErr w:type="gramEnd"/>
      <w:r>
        <w:t xml:space="preserve"> show you how to... </w:t>
      </w:r>
      <w:proofErr w:type="gramStart"/>
      <w:r>
        <w:t>Let's</w:t>
      </w:r>
      <w:proofErr w:type="gramEnd"/>
      <w:r>
        <w:t xml:space="preserve"> say it assumes that you have set up, you have received your setup configuration file,</w:t>
      </w:r>
      <w:r w:rsidR="00F7292F">
        <w:t xml:space="preserve"> </w:t>
      </w:r>
      <w:r>
        <w:t xml:space="preserve">and you will set up your player for Wi-Fi and configure your account. </w:t>
      </w:r>
      <w:proofErr w:type="gramStart"/>
      <w:r>
        <w:t>Let's</w:t>
      </w:r>
      <w:proofErr w:type="gramEnd"/>
      <w:r>
        <w:t xml:space="preserve"> see. </w:t>
      </w:r>
    </w:p>
    <w:p w14:paraId="607D6AEF" w14:textId="34F1E556" w:rsidR="009C0395" w:rsidRDefault="0051642E" w:rsidP="00DC1FDC">
      <w:r>
        <w:rPr>
          <w:b/>
        </w:rPr>
        <w:t xml:space="preserve">Faline: </w:t>
      </w:r>
      <w:r>
        <w:t>All right.</w:t>
      </w:r>
      <w:r w:rsidR="00F7292F">
        <w:t xml:space="preserve"> </w:t>
      </w:r>
      <w:proofErr w:type="gramStart"/>
      <w:r>
        <w:t>So</w:t>
      </w:r>
      <w:proofErr w:type="gramEnd"/>
      <w:r>
        <w:t xml:space="preserve"> </w:t>
      </w:r>
      <w:proofErr w:type="gramStart"/>
      <w:r>
        <w:t>I'm</w:t>
      </w:r>
      <w:proofErr w:type="gramEnd"/>
      <w:r>
        <w:t xml:space="preserve"> going to start the video. And please let me know... </w:t>
      </w:r>
    </w:p>
    <w:p w14:paraId="6C4FC8F9" w14:textId="2DD1EFAC" w:rsidR="00D14EE7" w:rsidRDefault="00D14EE7" w:rsidP="00DC1FDC">
      <w:r>
        <w:t>[Start of v</w:t>
      </w:r>
      <w:r w:rsidR="00D92CA4">
        <w:t>ideo demo]</w:t>
      </w:r>
    </w:p>
    <w:p w14:paraId="467C31FC" w14:textId="6E6B8903" w:rsidR="009C0395" w:rsidRDefault="0051642E" w:rsidP="00DC1FDC">
      <w:r>
        <w:rPr>
          <w:b/>
        </w:rPr>
        <w:t xml:space="preserve">Ioana, on video: </w:t>
      </w:r>
      <w:r>
        <w:t>This tutorial will explain how to configure</w:t>
      </w:r>
      <w:r w:rsidR="00F7292F">
        <w:t xml:space="preserve"> </w:t>
      </w:r>
      <w:r>
        <w:t xml:space="preserve">your Victor </w:t>
      </w:r>
      <w:r w:rsidR="0043285E">
        <w:t>Stratus4 M</w:t>
      </w:r>
      <w:r>
        <w:t xml:space="preserve"> player to connect to your Wi-Fi network and to your CELA account so that you can download books. This assumes that you have already received an SD card from CELA’s contact centre</w:t>
      </w:r>
      <w:r w:rsidR="00F7292F">
        <w:t xml:space="preserve"> </w:t>
      </w:r>
      <w:r>
        <w:t xml:space="preserve">with the necessary configuration information. I have inserted this SD </w:t>
      </w:r>
      <w:proofErr w:type="gramStart"/>
      <w:r>
        <w:t>card</w:t>
      </w:r>
      <w:proofErr w:type="gramEnd"/>
      <w:r>
        <w:t xml:space="preserve"> and I will power on the player by holding down the Power button. It is a round button situated on the right-hand side of the player. </w:t>
      </w:r>
    </w:p>
    <w:p w14:paraId="25965E40" w14:textId="77777777" w:rsidR="009C0395" w:rsidRDefault="0051642E" w:rsidP="00DC1FDC">
      <w:r>
        <w:lastRenderedPageBreak/>
        <w:t xml:space="preserve">(device beeps) </w:t>
      </w:r>
    </w:p>
    <w:p w14:paraId="14AA7E97" w14:textId="77777777" w:rsidR="009C0395" w:rsidRDefault="0051642E" w:rsidP="00DC1FDC">
      <w:r>
        <w:rPr>
          <w:b/>
        </w:rPr>
        <w:t xml:space="preserve">Ioana, on video: </w:t>
      </w:r>
      <w:r>
        <w:t xml:space="preserve">Wait until the player </w:t>
      </w:r>
      <w:proofErr w:type="gramStart"/>
      <w:r>
        <w:t>is started</w:t>
      </w:r>
      <w:proofErr w:type="gramEnd"/>
      <w:r>
        <w:t xml:space="preserve">. </w:t>
      </w:r>
    </w:p>
    <w:p w14:paraId="6BC72951" w14:textId="77777777" w:rsidR="009C0395" w:rsidRDefault="0051642E" w:rsidP="00DC1FDC">
      <w:r>
        <w:rPr>
          <w:b/>
        </w:rPr>
        <w:t xml:space="preserve">Victor Reader: </w:t>
      </w:r>
      <w:r>
        <w:t xml:space="preserve">Welcome to Victor Reader. No book on media. </w:t>
      </w:r>
    </w:p>
    <w:p w14:paraId="5288E6AF" w14:textId="5AB0C1F9" w:rsidR="009C0395" w:rsidRDefault="0051642E" w:rsidP="00DC1FDC">
      <w:r>
        <w:rPr>
          <w:b/>
        </w:rPr>
        <w:t xml:space="preserve">Ioana, on video: </w:t>
      </w:r>
      <w:r>
        <w:t xml:space="preserve">We </w:t>
      </w:r>
      <w:proofErr w:type="gramStart"/>
      <w:r>
        <w:t>were told</w:t>
      </w:r>
      <w:proofErr w:type="gramEnd"/>
      <w:r>
        <w:t xml:space="preserve"> that there are no books</w:t>
      </w:r>
      <w:r w:rsidR="00F7292F">
        <w:t xml:space="preserve"> </w:t>
      </w:r>
      <w:r>
        <w:t xml:space="preserve">on the SD card, which is true. The first step is to configure the Wi-Fi network. Press and hold the Info button situated in the middle of the arrow keys until we hear “Menu.” </w:t>
      </w:r>
    </w:p>
    <w:p w14:paraId="6906B4E4" w14:textId="2178B8C8" w:rsidR="009C0395" w:rsidRDefault="0051642E" w:rsidP="00DC1FDC">
      <w:r>
        <w:t>(device beeps)</w:t>
      </w:r>
      <w:r w:rsidR="00F7292F">
        <w:t xml:space="preserve"> </w:t>
      </w:r>
    </w:p>
    <w:p w14:paraId="41568F8E" w14:textId="11C2EEF1" w:rsidR="009C0395" w:rsidRDefault="0051642E" w:rsidP="00DC1FDC">
      <w:r>
        <w:rPr>
          <w:b/>
        </w:rPr>
        <w:t>Victor Reader:</w:t>
      </w:r>
      <w:r w:rsidR="00F7292F">
        <w:rPr>
          <w:b/>
        </w:rPr>
        <w:t xml:space="preserve"> </w:t>
      </w:r>
      <w:r>
        <w:t>Menu.</w:t>
      </w:r>
      <w:r w:rsidR="00F7292F">
        <w:t xml:space="preserve"> </w:t>
      </w:r>
      <w:r>
        <w:t xml:space="preserve">Navigation and playback. Loop on. </w:t>
      </w:r>
    </w:p>
    <w:p w14:paraId="30CE16AD" w14:textId="77777777" w:rsidR="009C0395" w:rsidRDefault="0051642E" w:rsidP="00DC1FDC">
      <w:r>
        <w:rPr>
          <w:b/>
        </w:rPr>
        <w:t xml:space="preserve">Ioana, on video: </w:t>
      </w:r>
      <w:r>
        <w:t xml:space="preserve">Press the info button again until we hear the Wi-Fi menu. </w:t>
      </w:r>
    </w:p>
    <w:p w14:paraId="6D48A763" w14:textId="51B53CD9" w:rsidR="009C0395" w:rsidRDefault="0002042A" w:rsidP="00DC1FDC">
      <w:r w:rsidRPr="0002042A">
        <w:rPr>
          <w:bCs/>
        </w:rPr>
        <w:t>(</w:t>
      </w:r>
      <w:r>
        <w:t xml:space="preserve">device beeps) </w:t>
      </w:r>
    </w:p>
    <w:p w14:paraId="174A782E" w14:textId="2C1BC481" w:rsidR="009C0395" w:rsidRDefault="0051642E" w:rsidP="00DC1FDC">
      <w:r>
        <w:rPr>
          <w:b/>
        </w:rPr>
        <w:t xml:space="preserve">Victor Reader: </w:t>
      </w:r>
      <w:r>
        <w:t>Skip all.</w:t>
      </w:r>
      <w:r w:rsidR="00F7292F">
        <w:t xml:space="preserve"> </w:t>
      </w:r>
    </w:p>
    <w:p w14:paraId="1EF12FE4" w14:textId="6FE8B1BF" w:rsidR="009C0395" w:rsidRDefault="0051642E" w:rsidP="00DC1FDC">
      <w:r>
        <w:t xml:space="preserve">(device beeping) </w:t>
      </w:r>
    </w:p>
    <w:p w14:paraId="25C6F3A1" w14:textId="77777777" w:rsidR="009C0395" w:rsidRDefault="0051642E" w:rsidP="00DC1FDC">
      <w:r>
        <w:rPr>
          <w:b/>
        </w:rPr>
        <w:t xml:space="preserve">Victor Reader: </w:t>
      </w:r>
      <w:r>
        <w:t xml:space="preserve">Play, language, x2 speed, wireless, airplane mode, off. </w:t>
      </w:r>
    </w:p>
    <w:p w14:paraId="48E76BBA" w14:textId="13846183" w:rsidR="009C0395" w:rsidRDefault="0051642E" w:rsidP="00DC1FDC">
      <w:r>
        <w:rPr>
          <w:b/>
        </w:rPr>
        <w:t xml:space="preserve">Ioana, on video: </w:t>
      </w:r>
      <w:r>
        <w:t>Press the Down arrow</w:t>
      </w:r>
      <w:r w:rsidR="00F01B8C">
        <w:t xml:space="preserve"> </w:t>
      </w:r>
      <w:r>
        <w:t xml:space="preserve">to choose “import Wi-Fi configuration.” </w:t>
      </w:r>
    </w:p>
    <w:p w14:paraId="711C9868" w14:textId="30B43F71" w:rsidR="009C0395" w:rsidRDefault="0051642E" w:rsidP="00DC1FDC">
      <w:r>
        <w:t xml:space="preserve">(device beeps) </w:t>
      </w:r>
    </w:p>
    <w:p w14:paraId="710FC5D0" w14:textId="77777777" w:rsidR="009C0395" w:rsidRDefault="0051642E" w:rsidP="00DC1FDC">
      <w:r>
        <w:rPr>
          <w:b/>
        </w:rPr>
        <w:t xml:space="preserve">Victor Reader: </w:t>
      </w:r>
      <w:r>
        <w:t xml:space="preserve">Import network configuration from file. </w:t>
      </w:r>
    </w:p>
    <w:p w14:paraId="0524BC78" w14:textId="77777777" w:rsidR="009C0395" w:rsidRDefault="0051642E" w:rsidP="00DC1FDC">
      <w:r>
        <w:rPr>
          <w:b/>
        </w:rPr>
        <w:t xml:space="preserve">Ioana, on video: </w:t>
      </w:r>
      <w:r>
        <w:t xml:space="preserve">To confirm this choice, press the Play/Stop button. It is a square button with a round indentation situated on the bottom edge of the player. </w:t>
      </w:r>
    </w:p>
    <w:p w14:paraId="6D5EFD77" w14:textId="77777777" w:rsidR="009C0395" w:rsidRDefault="0051642E" w:rsidP="00DC1FDC">
      <w:r>
        <w:t xml:space="preserve">(device beeps) </w:t>
      </w:r>
    </w:p>
    <w:p w14:paraId="6DCE25DA" w14:textId="64038172" w:rsidR="009C0395" w:rsidRDefault="0051642E" w:rsidP="00DC1FDC">
      <w:r>
        <w:rPr>
          <w:b/>
        </w:rPr>
        <w:t xml:space="preserve">Victor Reader: </w:t>
      </w:r>
      <w:r>
        <w:t>Connecting to wireless network. Please wait.</w:t>
      </w:r>
      <w:r w:rsidR="00F01B8C">
        <w:t xml:space="preserve"> </w:t>
      </w:r>
      <w:r>
        <w:t>Connected to... Vachenko 1199. Wireless.</w:t>
      </w:r>
      <w:r w:rsidR="00F7292F">
        <w:t xml:space="preserve"> </w:t>
      </w:r>
      <w:r>
        <w:t xml:space="preserve">Import </w:t>
      </w:r>
      <w:proofErr w:type="gramStart"/>
      <w:r>
        <w:t>a network</w:t>
      </w:r>
      <w:proofErr w:type="gramEnd"/>
      <w:r>
        <w:t xml:space="preserve"> configuration from file. </w:t>
      </w:r>
    </w:p>
    <w:p w14:paraId="419830F6" w14:textId="0DB26D85" w:rsidR="009C0395" w:rsidRDefault="0051642E" w:rsidP="00DC1FDC">
      <w:r>
        <w:rPr>
          <w:b/>
        </w:rPr>
        <w:lastRenderedPageBreak/>
        <w:t xml:space="preserve">Ioana, on video: </w:t>
      </w:r>
      <w:r>
        <w:t xml:space="preserve">Now we want to make sure that this connection is indeed active. I will press the Down arrow key until we hear “launch connection.” </w:t>
      </w:r>
    </w:p>
    <w:p w14:paraId="069B2E7A" w14:textId="10B997BA" w:rsidR="009C0395" w:rsidRDefault="0051642E" w:rsidP="00DC1FDC">
      <w:r>
        <w:t xml:space="preserve">(device beeps) </w:t>
      </w:r>
    </w:p>
    <w:p w14:paraId="0A52C162" w14:textId="0F7BA8AD" w:rsidR="009C0395" w:rsidRDefault="0051642E" w:rsidP="00DC1FDC">
      <w:r>
        <w:rPr>
          <w:b/>
        </w:rPr>
        <w:t xml:space="preserve">Victor Reader: </w:t>
      </w:r>
      <w:r>
        <w:t>Scan for</w:t>
      </w:r>
      <w:r w:rsidR="00F7292F">
        <w:t xml:space="preserve"> </w:t>
      </w:r>
      <w:r>
        <w:t xml:space="preserve">available connect-- </w:t>
      </w:r>
    </w:p>
    <w:p w14:paraId="23D195E2" w14:textId="50F56FD2" w:rsidR="009C0395" w:rsidRDefault="0051642E" w:rsidP="00DC1FDC">
      <w:r>
        <w:t xml:space="preserve">(device beeps) </w:t>
      </w:r>
    </w:p>
    <w:p w14:paraId="3A6FCB4E" w14:textId="72CFA1AE" w:rsidR="009C0395" w:rsidRDefault="0051642E" w:rsidP="00DC1FDC">
      <w:r>
        <w:t xml:space="preserve">Launch a connection. </w:t>
      </w:r>
    </w:p>
    <w:p w14:paraId="6DD73EC2" w14:textId="00D7B49E" w:rsidR="009C0395" w:rsidRDefault="0051642E" w:rsidP="00DC1FDC">
      <w:r>
        <w:rPr>
          <w:b/>
        </w:rPr>
        <w:t xml:space="preserve">Ioana, on video: </w:t>
      </w:r>
      <w:r>
        <w:t>Confirm this</w:t>
      </w:r>
      <w:r w:rsidR="00F7292F">
        <w:t xml:space="preserve"> </w:t>
      </w:r>
      <w:r>
        <w:t xml:space="preserve">with the Play/Stop button. </w:t>
      </w:r>
    </w:p>
    <w:p w14:paraId="758F86FE" w14:textId="4FBE89D0" w:rsidR="009C0395" w:rsidRDefault="0051642E" w:rsidP="00DC1FDC">
      <w:r>
        <w:t xml:space="preserve">(device beeps) </w:t>
      </w:r>
    </w:p>
    <w:p w14:paraId="1E3ABB7B" w14:textId="77777777" w:rsidR="009C0395" w:rsidRDefault="0051642E" w:rsidP="00DC1FDC">
      <w:r>
        <w:rPr>
          <w:b/>
        </w:rPr>
        <w:t xml:space="preserve">device voice: </w:t>
      </w:r>
      <w:r>
        <w:t xml:space="preserve">File 1112.4. Uppercase V-A-- Vachenko 1199. </w:t>
      </w:r>
    </w:p>
    <w:p w14:paraId="4E37253D" w14:textId="77777777" w:rsidR="009C0395" w:rsidRDefault="0051642E" w:rsidP="00DC1FDC">
      <w:r>
        <w:rPr>
          <w:b/>
        </w:rPr>
        <w:t xml:space="preserve">Ioana, on video: </w:t>
      </w:r>
      <w:r>
        <w:t xml:space="preserve">I selected the network I am currently at. </w:t>
      </w:r>
    </w:p>
    <w:p w14:paraId="349C80E8" w14:textId="77777777" w:rsidR="009C0395" w:rsidRDefault="0051642E" w:rsidP="00DC1FDC">
      <w:r>
        <w:t xml:space="preserve">(device beeps) </w:t>
      </w:r>
    </w:p>
    <w:p w14:paraId="730A25C3" w14:textId="77777777" w:rsidR="009C0395" w:rsidRDefault="0051642E" w:rsidP="00DC1FDC">
      <w:r>
        <w:t xml:space="preserve">This is </w:t>
      </w:r>
      <w:proofErr w:type="gramStart"/>
      <w:r>
        <w:t>optional, by the way</w:t>
      </w:r>
      <w:proofErr w:type="gramEnd"/>
      <w:r>
        <w:t xml:space="preserve">. </w:t>
      </w:r>
    </w:p>
    <w:p w14:paraId="7D2B2EA4" w14:textId="4A09BFEC" w:rsidR="009C0395" w:rsidRDefault="0051642E" w:rsidP="00DC1FDC">
      <w:r>
        <w:rPr>
          <w:b/>
        </w:rPr>
        <w:t xml:space="preserve">Victor Reader: </w:t>
      </w:r>
      <w:r>
        <w:t xml:space="preserve">Please wait. Connected to... Vachenko 1199. Wireless. Launch a connection. </w:t>
      </w:r>
    </w:p>
    <w:p w14:paraId="7CA94428" w14:textId="77777777" w:rsidR="009C0395" w:rsidRDefault="0051642E" w:rsidP="00DC1FDC">
      <w:r>
        <w:rPr>
          <w:b/>
        </w:rPr>
        <w:t xml:space="preserve">Ioana, on video: </w:t>
      </w:r>
      <w:r>
        <w:t xml:space="preserve">This completes the first step. The second step is to activate the CELA account so that you can connect to your Direct to Player bookshelf. Press the Information button again until we hear “DAISY online services.” </w:t>
      </w:r>
    </w:p>
    <w:p w14:paraId="04A8B908" w14:textId="571CBC8A" w:rsidR="009C0395" w:rsidRDefault="0051642E" w:rsidP="00DC1FDC">
      <w:r>
        <w:t xml:space="preserve">(device beeps) </w:t>
      </w:r>
    </w:p>
    <w:p w14:paraId="57CF1D2E" w14:textId="1507BE7B" w:rsidR="009C0395" w:rsidRDefault="0051642E" w:rsidP="00DC1FDC">
      <w:r>
        <w:rPr>
          <w:b/>
        </w:rPr>
        <w:t xml:space="preserve">Victor Reader: </w:t>
      </w:r>
      <w:r>
        <w:t>General. Cancel all-- DAISY online.</w:t>
      </w:r>
      <w:r w:rsidR="00F7292F">
        <w:t xml:space="preserve"> </w:t>
      </w:r>
      <w:r>
        <w:t xml:space="preserve">Add a DAISY online service. </w:t>
      </w:r>
    </w:p>
    <w:p w14:paraId="5D605432" w14:textId="5F2A14E2" w:rsidR="009C0395" w:rsidRDefault="0051642E" w:rsidP="00DC1FDC">
      <w:r>
        <w:rPr>
          <w:b/>
        </w:rPr>
        <w:t xml:space="preserve">Ioana, on video: </w:t>
      </w:r>
      <w:r>
        <w:t xml:space="preserve">Press the Down arrow key to select “import configuration.” </w:t>
      </w:r>
    </w:p>
    <w:p w14:paraId="538AD961" w14:textId="1F889992" w:rsidR="009C0395" w:rsidRDefault="0051642E" w:rsidP="00DC1FDC">
      <w:r>
        <w:t xml:space="preserve">(device beeps) </w:t>
      </w:r>
    </w:p>
    <w:p w14:paraId="10C24891" w14:textId="10164696" w:rsidR="009C0395" w:rsidRDefault="0051642E" w:rsidP="00DC1FDC">
      <w:r>
        <w:rPr>
          <w:b/>
        </w:rPr>
        <w:t xml:space="preserve">Victor Reader: </w:t>
      </w:r>
      <w:r>
        <w:t>Import a DAISY</w:t>
      </w:r>
      <w:r w:rsidR="00F7292F">
        <w:t xml:space="preserve"> </w:t>
      </w:r>
      <w:r>
        <w:t xml:space="preserve">online configuration from file. </w:t>
      </w:r>
    </w:p>
    <w:p w14:paraId="08668C7D" w14:textId="77777777" w:rsidR="009C0395" w:rsidRDefault="0051642E" w:rsidP="00DC1FDC">
      <w:r>
        <w:rPr>
          <w:b/>
        </w:rPr>
        <w:t xml:space="preserve">Ioana, on video: </w:t>
      </w:r>
      <w:r>
        <w:t xml:space="preserve">Press the Play/Stop button. </w:t>
      </w:r>
    </w:p>
    <w:p w14:paraId="61285885" w14:textId="5B957659" w:rsidR="009C0395" w:rsidRDefault="0051642E" w:rsidP="00DC1FDC">
      <w:r>
        <w:lastRenderedPageBreak/>
        <w:t xml:space="preserve">(device beeps) </w:t>
      </w:r>
    </w:p>
    <w:p w14:paraId="63D8E099" w14:textId="77777777" w:rsidR="009C0395" w:rsidRDefault="0051642E" w:rsidP="00DC1FDC">
      <w:r>
        <w:rPr>
          <w:b/>
        </w:rPr>
        <w:t xml:space="preserve">Victor Reader: </w:t>
      </w:r>
      <w:r>
        <w:t xml:space="preserve">Please wait. </w:t>
      </w:r>
    </w:p>
    <w:p w14:paraId="122D3835" w14:textId="77777777" w:rsidR="009C0395" w:rsidRDefault="0051642E" w:rsidP="00DC1FDC">
      <w:r>
        <w:rPr>
          <w:b/>
        </w:rPr>
        <w:t xml:space="preserve">device voice: </w:t>
      </w:r>
      <w:r>
        <w:t xml:space="preserve">CELA Direct to Player. </w:t>
      </w:r>
    </w:p>
    <w:p w14:paraId="6BD20EEF" w14:textId="77777777" w:rsidR="009C0395" w:rsidRDefault="0051642E" w:rsidP="00DC1FDC">
      <w:r>
        <w:rPr>
          <w:b/>
        </w:rPr>
        <w:t xml:space="preserve">Victor Reader: </w:t>
      </w:r>
      <w:r>
        <w:t xml:space="preserve">On. DAISY online. Import a DAISY online configuration from file. </w:t>
      </w:r>
    </w:p>
    <w:p w14:paraId="7493E42D" w14:textId="36C97EA9" w:rsidR="009C0395" w:rsidRDefault="0051642E" w:rsidP="00DC1FDC">
      <w:r>
        <w:rPr>
          <w:b/>
        </w:rPr>
        <w:t xml:space="preserve">Ioana, on video: </w:t>
      </w:r>
      <w:r>
        <w:t>This completes</w:t>
      </w:r>
      <w:r w:rsidR="00F7292F">
        <w:t xml:space="preserve"> </w:t>
      </w:r>
      <w:r>
        <w:t xml:space="preserve">the setup of the player. You are now ready to download books from CELA on your </w:t>
      </w:r>
      <w:r w:rsidR="0043285E">
        <w:t>Stratus4 M</w:t>
      </w:r>
      <w:r>
        <w:t xml:space="preserve">. </w:t>
      </w:r>
    </w:p>
    <w:p w14:paraId="21D53828" w14:textId="61DFDF7C" w:rsidR="00797175" w:rsidRDefault="0002042A" w:rsidP="00DC1FDC">
      <w:r>
        <w:t>[End of demo video]</w:t>
      </w:r>
    </w:p>
    <w:p w14:paraId="2168225D" w14:textId="77777777" w:rsidR="0002042A" w:rsidRDefault="0051642E" w:rsidP="00DC1FDC">
      <w:r>
        <w:rPr>
          <w:b/>
        </w:rPr>
        <w:t xml:space="preserve">Ioana: </w:t>
      </w:r>
      <w:r>
        <w:t xml:space="preserve">So... I know this sounds </w:t>
      </w:r>
      <w:proofErr w:type="gramStart"/>
      <w:r>
        <w:t>maybe a</w:t>
      </w:r>
      <w:proofErr w:type="gramEnd"/>
      <w:r>
        <w:t xml:space="preserve"> bit more complicated, but </w:t>
      </w:r>
      <w:proofErr w:type="gramStart"/>
      <w:r>
        <w:t>it’s</w:t>
      </w:r>
      <w:proofErr w:type="gramEnd"/>
      <w:r>
        <w:t xml:space="preserve"> nice-- the </w:t>
      </w:r>
      <w:proofErr w:type="gramStart"/>
      <w:r>
        <w:t>nice thing</w:t>
      </w:r>
      <w:proofErr w:type="gramEnd"/>
      <w:r>
        <w:t xml:space="preserve"> is that you do not have to worry about trying to enter your username, your password, and all that stuff. </w:t>
      </w:r>
      <w:proofErr w:type="gramStart"/>
      <w:r>
        <w:t>It's</w:t>
      </w:r>
      <w:proofErr w:type="gramEnd"/>
      <w:r>
        <w:t xml:space="preserve"> all done for you by CELA staff in that configuration file. </w:t>
      </w:r>
    </w:p>
    <w:p w14:paraId="7EA11C5E" w14:textId="77777777" w:rsidR="00C4629B" w:rsidRDefault="0051642E" w:rsidP="00DC1FDC">
      <w:r>
        <w:t xml:space="preserve">For those that want to do things more </w:t>
      </w:r>
      <w:proofErr w:type="gramStart"/>
      <w:r>
        <w:t>hands-on</w:t>
      </w:r>
      <w:proofErr w:type="gramEnd"/>
      <w:r>
        <w:t>,</w:t>
      </w:r>
      <w:r w:rsidR="00F7292F">
        <w:t xml:space="preserve"> </w:t>
      </w:r>
      <w:r>
        <w:t xml:space="preserve">we do have a tutorial. There is a way for you to create yourself a configuration file. So </w:t>
      </w:r>
      <w:proofErr w:type="gramStart"/>
      <w:r>
        <w:t>maybe for</w:t>
      </w:r>
      <w:proofErr w:type="gramEnd"/>
      <w:r>
        <w:t xml:space="preserve"> libraries </w:t>
      </w:r>
      <w:proofErr w:type="gramStart"/>
      <w:r>
        <w:t>that's</w:t>
      </w:r>
      <w:proofErr w:type="gramEnd"/>
      <w:r>
        <w:t xml:space="preserve"> a good option. Then, you can quickly set up multiple </w:t>
      </w:r>
      <w:proofErr w:type="gramStart"/>
      <w:r>
        <w:t>players</w:t>
      </w:r>
      <w:proofErr w:type="gramEnd"/>
      <w:r w:rsidR="00F7292F">
        <w:t xml:space="preserve"> </w:t>
      </w:r>
      <w:r>
        <w:t xml:space="preserve">and you </w:t>
      </w:r>
      <w:proofErr w:type="gramStart"/>
      <w:r>
        <w:t>don’t</w:t>
      </w:r>
      <w:proofErr w:type="gramEnd"/>
      <w:r>
        <w:t xml:space="preserve"> have to wait to receive something from CELA by mail, but </w:t>
      </w:r>
      <w:proofErr w:type="gramStart"/>
      <w:r>
        <w:t>it's</w:t>
      </w:r>
      <w:proofErr w:type="gramEnd"/>
      <w:r>
        <w:t xml:space="preserve"> </w:t>
      </w:r>
      <w:proofErr w:type="gramStart"/>
      <w:r>
        <w:t>totally optional</w:t>
      </w:r>
      <w:proofErr w:type="gramEnd"/>
      <w:r>
        <w:t xml:space="preserve"> and I will not discuss that one. But for now, </w:t>
      </w:r>
      <w:proofErr w:type="gramStart"/>
      <w:r>
        <w:t>you've</w:t>
      </w:r>
      <w:proofErr w:type="gramEnd"/>
      <w:r>
        <w:t xml:space="preserve"> seen how you can set up your Wi-Fi</w:t>
      </w:r>
      <w:r w:rsidR="00F7292F">
        <w:t xml:space="preserve"> </w:t>
      </w:r>
      <w:r>
        <w:t xml:space="preserve">and your account using a configuration file. </w:t>
      </w:r>
    </w:p>
    <w:p w14:paraId="3D43E036" w14:textId="77777777" w:rsidR="00C4629B" w:rsidRDefault="00C4629B" w:rsidP="00C4629B">
      <w:pPr>
        <w:pStyle w:val="Heading3"/>
      </w:pPr>
      <w:r>
        <w:t>Using player menus</w:t>
      </w:r>
    </w:p>
    <w:p w14:paraId="3801EF3E" w14:textId="11E43D7F" w:rsidR="00C4629B" w:rsidRDefault="006E1E60" w:rsidP="00DC1FDC">
      <w:r>
        <w:t>00:26:11</w:t>
      </w:r>
    </w:p>
    <w:p w14:paraId="68A58E34" w14:textId="05CA2BE0" w:rsidR="009C0395" w:rsidRDefault="0051642E" w:rsidP="00DC1FDC">
      <w:r>
        <w:t xml:space="preserve">Now, especially on </w:t>
      </w:r>
      <w:proofErr w:type="gramStart"/>
      <w:r>
        <w:t>the Stratus</w:t>
      </w:r>
      <w:proofErr w:type="gramEnd"/>
      <w:r>
        <w:t xml:space="preserve"> 2, but up to a point it works with the 4M as well, you can set up the Wi-Fi and the CELA account using your... using the menus, so without having to-- </w:t>
      </w:r>
    </w:p>
    <w:p w14:paraId="324D4479" w14:textId="77777777" w:rsidR="009C0395" w:rsidRDefault="0051642E" w:rsidP="00DC1FDC">
      <w:r>
        <w:rPr>
          <w:b/>
        </w:rPr>
        <w:t xml:space="preserve">Faline: </w:t>
      </w:r>
      <w:r>
        <w:t xml:space="preserve">Sorry, Ioana. I hate to keep interrupting you. I just want to make sure that people can see the player again. </w:t>
      </w:r>
    </w:p>
    <w:p w14:paraId="594898CB" w14:textId="4B40A0C5" w:rsidR="009C0395" w:rsidRDefault="00DE5A8C" w:rsidP="00DC1FDC">
      <w:r>
        <w:rPr>
          <w:b/>
        </w:rPr>
        <w:t xml:space="preserve">Ioana: </w:t>
      </w:r>
      <w:r>
        <w:t xml:space="preserve">No worries </w:t>
      </w:r>
    </w:p>
    <w:p w14:paraId="0073339E" w14:textId="3E78F58F" w:rsidR="009C0395" w:rsidRDefault="00DE5A8C" w:rsidP="00DC1FDC">
      <w:r>
        <w:rPr>
          <w:b/>
        </w:rPr>
        <w:t xml:space="preserve">Faline: </w:t>
      </w:r>
      <w:r>
        <w:t xml:space="preserve">If people can let me know. I </w:t>
      </w:r>
      <w:proofErr w:type="gramStart"/>
      <w:r>
        <w:t>stopped my share</w:t>
      </w:r>
      <w:proofErr w:type="gramEnd"/>
      <w:r>
        <w:t xml:space="preserve">. </w:t>
      </w:r>
    </w:p>
    <w:p w14:paraId="5E8FDC55" w14:textId="178E1B7F" w:rsidR="009C0395" w:rsidRDefault="00DE5A8C" w:rsidP="00DC1FDC">
      <w:r>
        <w:rPr>
          <w:b/>
        </w:rPr>
        <w:t xml:space="preserve">Ioana: </w:t>
      </w:r>
      <w:r>
        <w:t xml:space="preserve">Okay. </w:t>
      </w:r>
    </w:p>
    <w:p w14:paraId="5004A1F7" w14:textId="77777777" w:rsidR="009C0395" w:rsidRDefault="0051642E" w:rsidP="00DC1FDC">
      <w:r>
        <w:rPr>
          <w:b/>
        </w:rPr>
        <w:lastRenderedPageBreak/>
        <w:t xml:space="preserve">Faline: </w:t>
      </w:r>
      <w:proofErr w:type="gramStart"/>
      <w:r>
        <w:t>So</w:t>
      </w:r>
      <w:proofErr w:type="gramEnd"/>
      <w:r>
        <w:t xml:space="preserve"> if people can just type into the chat window, are you able to see the player again? </w:t>
      </w:r>
      <w:proofErr w:type="gramStart"/>
      <w:r>
        <w:t>It's</w:t>
      </w:r>
      <w:proofErr w:type="gramEnd"/>
      <w:r>
        <w:t xml:space="preserve"> in a tiny window, so I think that might mean you have to share your screen or... -Okay. -Although, it looks like May can see it, so... </w:t>
      </w:r>
    </w:p>
    <w:p w14:paraId="116F7706" w14:textId="7C6340FC" w:rsidR="009C0395" w:rsidRDefault="0051642E" w:rsidP="00DC1FDC">
      <w:r>
        <w:rPr>
          <w:b/>
        </w:rPr>
        <w:t xml:space="preserve">Ioana: </w:t>
      </w:r>
      <w:r>
        <w:t>It may be that...</w:t>
      </w:r>
      <w:r>
        <w:rPr>
          <w:b/>
        </w:rPr>
        <w:t xml:space="preserve"> </w:t>
      </w:r>
      <w:proofErr w:type="gramStart"/>
      <w:r>
        <w:t>So</w:t>
      </w:r>
      <w:proofErr w:type="gramEnd"/>
      <w:r>
        <w:t xml:space="preserve"> you stopped your screen share? Oh, okay. </w:t>
      </w:r>
    </w:p>
    <w:p w14:paraId="374BCCCB" w14:textId="240E28A5" w:rsidR="009C0395" w:rsidRDefault="0051642E" w:rsidP="00DC1FDC">
      <w:r>
        <w:rPr>
          <w:b/>
        </w:rPr>
        <w:t xml:space="preserve">Faline: </w:t>
      </w:r>
      <w:r>
        <w:t xml:space="preserve">I stopped my screen share. It looks like </w:t>
      </w:r>
      <w:proofErr w:type="gramStart"/>
      <w:r>
        <w:t>it's</w:t>
      </w:r>
      <w:proofErr w:type="gramEnd"/>
      <w:r>
        <w:t xml:space="preserve"> now full screen.</w:t>
      </w:r>
      <w:r w:rsidR="00DF64F5">
        <w:t xml:space="preserve"> </w:t>
      </w:r>
      <w:proofErr w:type="gramStart"/>
      <w:r>
        <w:t>That's</w:t>
      </w:r>
      <w:proofErr w:type="gramEnd"/>
      <w:r>
        <w:t xml:space="preserve"> fine, so we can go ahead, Ioana. </w:t>
      </w:r>
    </w:p>
    <w:p w14:paraId="76953310" w14:textId="57432D18" w:rsidR="009C0395" w:rsidRDefault="00DF64F5" w:rsidP="00DC1FDC">
      <w:r>
        <w:rPr>
          <w:b/>
        </w:rPr>
        <w:t xml:space="preserve">Ioana: </w:t>
      </w:r>
      <w:r>
        <w:t xml:space="preserve">Okay, beautiful. So, for us to be able to do this using the menus, we will obviously have to input the CELA account numbers or the passwords. </w:t>
      </w:r>
      <w:proofErr w:type="gramStart"/>
      <w:r>
        <w:t>So</w:t>
      </w:r>
      <w:proofErr w:type="gramEnd"/>
      <w:r>
        <w:t xml:space="preserve"> we need to input text using the player. And I will show you how this </w:t>
      </w:r>
      <w:proofErr w:type="gramStart"/>
      <w:r>
        <w:t>is done</w:t>
      </w:r>
      <w:proofErr w:type="gramEnd"/>
      <w:r>
        <w:t xml:space="preserve">. </w:t>
      </w:r>
      <w:proofErr w:type="gramStart"/>
      <w:r>
        <w:t>So</w:t>
      </w:r>
      <w:proofErr w:type="gramEnd"/>
      <w:r>
        <w:t xml:space="preserve"> I will press-- and </w:t>
      </w:r>
      <w:proofErr w:type="gramStart"/>
      <w:r>
        <w:t>I'm</w:t>
      </w:r>
      <w:proofErr w:type="gramEnd"/>
      <w:r>
        <w:t xml:space="preserve"> already </w:t>
      </w:r>
      <w:proofErr w:type="gramStart"/>
      <w:r>
        <w:t>in</w:t>
      </w:r>
      <w:proofErr w:type="gramEnd"/>
      <w:r>
        <w:t xml:space="preserve"> the menus. And I will press the Right key, because I have the newer Stratus 2 player, until I hear “Wi-Fi.” </w:t>
      </w:r>
    </w:p>
    <w:p w14:paraId="54D4E539" w14:textId="6EAB42A4" w:rsidR="009C0395" w:rsidRDefault="0051642E" w:rsidP="00DC1FDC">
      <w:r>
        <w:rPr>
          <w:b/>
        </w:rPr>
        <w:t xml:space="preserve"> </w:t>
      </w:r>
      <w:r>
        <w:t xml:space="preserve">(device beeps) </w:t>
      </w:r>
    </w:p>
    <w:p w14:paraId="066A91A7" w14:textId="77777777" w:rsidR="009C0395" w:rsidRDefault="0051642E" w:rsidP="00DC1FDC">
      <w:r>
        <w:rPr>
          <w:b/>
        </w:rPr>
        <w:t xml:space="preserve">device voice: </w:t>
      </w:r>
      <w:r>
        <w:t xml:space="preserve">About. </w:t>
      </w:r>
    </w:p>
    <w:p w14:paraId="41627442" w14:textId="1DD40368" w:rsidR="009C0395" w:rsidRDefault="0051642E" w:rsidP="00DC1FDC">
      <w:r>
        <w:t xml:space="preserve">(device beeps) </w:t>
      </w:r>
    </w:p>
    <w:p w14:paraId="7912D17A" w14:textId="793024A5" w:rsidR="009C0395" w:rsidRDefault="00AB40BF" w:rsidP="00DC1FDC">
      <w:r>
        <w:rPr>
          <w:b/>
        </w:rPr>
        <w:t xml:space="preserve">device voice: </w:t>
      </w:r>
      <w:r>
        <w:t xml:space="preserve">Online settings. General settings. </w:t>
      </w:r>
    </w:p>
    <w:p w14:paraId="61FB3CCA" w14:textId="201943E0" w:rsidR="009C0395" w:rsidRDefault="0051642E" w:rsidP="00DC1FDC">
      <w:r>
        <w:t xml:space="preserve">(device beeps) </w:t>
      </w:r>
    </w:p>
    <w:p w14:paraId="7E57FACE" w14:textId="66843B38" w:rsidR="009C0395" w:rsidRDefault="00AB40BF" w:rsidP="00DC1FDC">
      <w:r>
        <w:rPr>
          <w:b/>
        </w:rPr>
        <w:t xml:space="preserve">device voice: </w:t>
      </w:r>
      <w:r>
        <w:t xml:space="preserve">Navigation. Wireless. </w:t>
      </w:r>
    </w:p>
    <w:p w14:paraId="103DA07B" w14:textId="77777777" w:rsidR="009C0395" w:rsidRDefault="0051642E" w:rsidP="00DC1FDC">
      <w:r>
        <w:rPr>
          <w:b/>
        </w:rPr>
        <w:t xml:space="preserve">Ioana: </w:t>
      </w:r>
      <w:r>
        <w:t xml:space="preserve">Okay, wireless. I will press the Play button to confirm that-- </w:t>
      </w:r>
    </w:p>
    <w:p w14:paraId="27425B0A" w14:textId="77777777" w:rsidR="009C0395" w:rsidRDefault="0051642E" w:rsidP="00DC1FDC">
      <w:r>
        <w:rPr>
          <w:b/>
        </w:rPr>
        <w:t xml:space="preserve">device voice: </w:t>
      </w:r>
      <w:r>
        <w:t xml:space="preserve">Airplane mode off. </w:t>
      </w:r>
    </w:p>
    <w:p w14:paraId="37AB45A2" w14:textId="3E7A120D" w:rsidR="009C0395" w:rsidRDefault="0051642E" w:rsidP="00DC1FDC">
      <w:r>
        <w:t xml:space="preserve">(device beeps) </w:t>
      </w:r>
    </w:p>
    <w:p w14:paraId="409B17C4" w14:textId="3EE68D39" w:rsidR="009C0395" w:rsidRDefault="00AB40BF" w:rsidP="00DC1FDC">
      <w:r>
        <w:rPr>
          <w:b/>
        </w:rPr>
        <w:t xml:space="preserve">device voice: </w:t>
      </w:r>
      <w:r>
        <w:t xml:space="preserve">Wi-Fi. </w:t>
      </w:r>
    </w:p>
    <w:p w14:paraId="18EB91B9" w14:textId="6B5B4FD7" w:rsidR="009C0395" w:rsidRDefault="0051642E" w:rsidP="00DC1FDC">
      <w:r>
        <w:t xml:space="preserve">(device beeps) </w:t>
      </w:r>
    </w:p>
    <w:p w14:paraId="20421FAE" w14:textId="519B7855" w:rsidR="009C0395" w:rsidRDefault="00AB40BF" w:rsidP="00DC1FDC">
      <w:r>
        <w:rPr>
          <w:b/>
        </w:rPr>
        <w:t xml:space="preserve">device voice: </w:t>
      </w:r>
      <w:r>
        <w:t xml:space="preserve">Bluetooth. </w:t>
      </w:r>
    </w:p>
    <w:p w14:paraId="01430189" w14:textId="4CBCED27" w:rsidR="009C0395" w:rsidRDefault="0051642E" w:rsidP="00DC1FDC">
      <w:r>
        <w:rPr>
          <w:b/>
        </w:rPr>
        <w:t xml:space="preserve">Ioana: </w:t>
      </w:r>
      <w:r>
        <w:t>Okay, I want to go back. So</w:t>
      </w:r>
      <w:proofErr w:type="gramStart"/>
      <w:r>
        <w:t>, it was</w:t>
      </w:r>
      <w:proofErr w:type="gramEnd"/>
      <w:r>
        <w:t xml:space="preserve"> Wi-Fi is the option we want, so I </w:t>
      </w:r>
      <w:proofErr w:type="gramStart"/>
      <w:r>
        <w:t>press</w:t>
      </w:r>
      <w:proofErr w:type="gramEnd"/>
      <w:r>
        <w:t xml:space="preserve"> the left arrow. </w:t>
      </w:r>
    </w:p>
    <w:p w14:paraId="421305DD" w14:textId="77777777" w:rsidR="003B7B97" w:rsidRDefault="0051642E" w:rsidP="00DC1FDC">
      <w:r>
        <w:t xml:space="preserve">(device beeps) </w:t>
      </w:r>
    </w:p>
    <w:p w14:paraId="029E843E" w14:textId="6ED4D915" w:rsidR="009C0395" w:rsidRDefault="003B7B97" w:rsidP="00DC1FDC">
      <w:r>
        <w:lastRenderedPageBreak/>
        <w:t xml:space="preserve">--Wi-Fi. -That's the option we want. </w:t>
      </w:r>
    </w:p>
    <w:p w14:paraId="1643FD18" w14:textId="77777777" w:rsidR="009C0395" w:rsidRDefault="0051642E" w:rsidP="00DC1FDC">
      <w:r>
        <w:rPr>
          <w:b/>
        </w:rPr>
        <w:t xml:space="preserve">device voice: </w:t>
      </w:r>
      <w:r>
        <w:t xml:space="preserve">Wi-Fi on. </w:t>
      </w:r>
    </w:p>
    <w:p w14:paraId="49513408" w14:textId="62D931C9" w:rsidR="009C0395" w:rsidRDefault="0051642E" w:rsidP="00DC1FDC">
      <w:r>
        <w:t xml:space="preserve">(device beeps) </w:t>
      </w:r>
    </w:p>
    <w:p w14:paraId="4B45EBD6" w14:textId="45444E40" w:rsidR="009C0395" w:rsidRDefault="003B7B97" w:rsidP="00DC1FDC">
      <w:r>
        <w:rPr>
          <w:b/>
        </w:rPr>
        <w:t xml:space="preserve">device voice: </w:t>
      </w:r>
      <w:r>
        <w:t xml:space="preserve">Status. </w:t>
      </w:r>
    </w:p>
    <w:p w14:paraId="5475597E" w14:textId="77777777" w:rsidR="009C0395" w:rsidRDefault="0051642E" w:rsidP="00DC1FDC">
      <w:r>
        <w:rPr>
          <w:b/>
        </w:rPr>
        <w:t xml:space="preserve">Ioana: </w:t>
      </w:r>
      <w:r>
        <w:t xml:space="preserve">Here I could see the status. </w:t>
      </w:r>
    </w:p>
    <w:p w14:paraId="34F70E11" w14:textId="069A9593" w:rsidR="009C0395" w:rsidRDefault="0051642E" w:rsidP="00DC1FDC">
      <w:r>
        <w:t xml:space="preserve">(device beeps) </w:t>
      </w:r>
    </w:p>
    <w:p w14:paraId="04E36D1C" w14:textId="77777777" w:rsidR="009C0395" w:rsidRDefault="0051642E" w:rsidP="00DC1FDC">
      <w:r>
        <w:rPr>
          <w:b/>
        </w:rPr>
        <w:t xml:space="preserve">device voice: </w:t>
      </w:r>
      <w:r>
        <w:t xml:space="preserve">New connection. </w:t>
      </w:r>
    </w:p>
    <w:p w14:paraId="013F8FC7" w14:textId="0502EB0E" w:rsidR="009C0395" w:rsidRDefault="0051642E" w:rsidP="00DC1FDC">
      <w:r>
        <w:rPr>
          <w:b/>
        </w:rPr>
        <w:t xml:space="preserve">Ioana: </w:t>
      </w:r>
      <w:r>
        <w:t>And here is where I could</w:t>
      </w:r>
      <w:r w:rsidR="00F7292F">
        <w:t xml:space="preserve"> </w:t>
      </w:r>
      <w:r>
        <w:t xml:space="preserve">press Play to select a new connection. And it will... but you can also scan... </w:t>
      </w:r>
    </w:p>
    <w:p w14:paraId="7E7B6F53" w14:textId="0B2720EC" w:rsidR="009C0395" w:rsidRDefault="0051642E" w:rsidP="00DC1FDC">
      <w:r>
        <w:t xml:space="preserve">(device beeping with each button push) </w:t>
      </w:r>
    </w:p>
    <w:p w14:paraId="606ABF88" w14:textId="10CABA32" w:rsidR="009C0395" w:rsidRDefault="0051642E" w:rsidP="00DC1FDC">
      <w:r>
        <w:rPr>
          <w:b/>
        </w:rPr>
        <w:t xml:space="preserve">device voice: </w:t>
      </w:r>
      <w:r>
        <w:t>Launch connection. Delete connection. Import Wi-Fi. Validate connection. Wi-Fi on.</w:t>
      </w:r>
      <w:r w:rsidR="00F7292F">
        <w:t xml:space="preserve"> </w:t>
      </w:r>
      <w:r>
        <w:t xml:space="preserve">Status. New connection. </w:t>
      </w:r>
    </w:p>
    <w:p w14:paraId="7A42BDDD" w14:textId="77777777" w:rsidR="009C0395" w:rsidRDefault="0051642E" w:rsidP="00DC1FDC">
      <w:r>
        <w:rPr>
          <w:b/>
        </w:rPr>
        <w:t xml:space="preserve">Ioana: </w:t>
      </w:r>
      <w:r>
        <w:t xml:space="preserve">Okay. New connection, yes. </w:t>
      </w:r>
    </w:p>
    <w:p w14:paraId="6D7AB1FB" w14:textId="77777777" w:rsidR="009C0395" w:rsidRDefault="0051642E" w:rsidP="00DC1FDC">
      <w:r>
        <w:rPr>
          <w:b/>
        </w:rPr>
        <w:t xml:space="preserve">device voice: </w:t>
      </w:r>
      <w:r>
        <w:t xml:space="preserve">Scan for SSID. </w:t>
      </w:r>
    </w:p>
    <w:p w14:paraId="16D4C07A" w14:textId="3F199587" w:rsidR="009C0395" w:rsidRDefault="0051642E" w:rsidP="00DC1FDC">
      <w:r>
        <w:rPr>
          <w:b/>
        </w:rPr>
        <w:t xml:space="preserve">Ioana: </w:t>
      </w:r>
      <w:proofErr w:type="gramStart"/>
      <w:r>
        <w:t>So</w:t>
      </w:r>
      <w:proofErr w:type="gramEnd"/>
      <w:r>
        <w:t xml:space="preserve"> it can scan for one. </w:t>
      </w:r>
      <w:proofErr w:type="gramStart"/>
      <w:r>
        <w:t>So</w:t>
      </w:r>
      <w:proofErr w:type="gramEnd"/>
      <w:r>
        <w:t xml:space="preserve"> because my player </w:t>
      </w:r>
      <w:proofErr w:type="gramStart"/>
      <w:r>
        <w:t>is already connected</w:t>
      </w:r>
      <w:proofErr w:type="gramEnd"/>
      <w:r>
        <w:t xml:space="preserve"> to Wi-Fi, I will not demonstrate that part. We will just go straight... We will assume that </w:t>
      </w:r>
      <w:proofErr w:type="gramStart"/>
      <w:r>
        <w:t>we've</w:t>
      </w:r>
      <w:proofErr w:type="gramEnd"/>
      <w:r>
        <w:t xml:space="preserve"> configured the Wi-Fi. Well, actually, </w:t>
      </w:r>
      <w:proofErr w:type="gramStart"/>
      <w:r>
        <w:t>let's</w:t>
      </w:r>
      <w:proofErr w:type="gramEnd"/>
      <w:r>
        <w:t xml:space="preserve"> do it.</w:t>
      </w:r>
      <w:r w:rsidR="00F7292F">
        <w:t xml:space="preserve"> </w:t>
      </w:r>
      <w:r>
        <w:t xml:space="preserve">Up to a point. </w:t>
      </w:r>
      <w:proofErr w:type="gramStart"/>
      <w:r>
        <w:t>I’ll</w:t>
      </w:r>
      <w:proofErr w:type="gramEnd"/>
      <w:r>
        <w:t xml:space="preserve"> scan. </w:t>
      </w:r>
    </w:p>
    <w:p w14:paraId="7AE8BEB7" w14:textId="57B98B8D" w:rsidR="009C0395" w:rsidRDefault="007C2FE2" w:rsidP="00DC1FDC">
      <w:r>
        <w:rPr>
          <w:b/>
        </w:rPr>
        <w:t xml:space="preserve">device voice: </w:t>
      </w:r>
      <w:r>
        <w:t xml:space="preserve">Cheerio. Cap C-H-E-E-R-I-O. Signal strength: excellent. </w:t>
      </w:r>
    </w:p>
    <w:p w14:paraId="0F23BDDC" w14:textId="59360F59" w:rsidR="009C0395" w:rsidRDefault="0051642E" w:rsidP="00DC1FDC">
      <w:r>
        <w:rPr>
          <w:b/>
        </w:rPr>
        <w:t xml:space="preserve">Ioana: </w:t>
      </w:r>
      <w:r>
        <w:t xml:space="preserve">Okay, so it tells me that my network, Cheerio, which is the name of my guide dog, is... </w:t>
      </w:r>
      <w:proofErr w:type="gramStart"/>
      <w:r>
        <w:t>that's</w:t>
      </w:r>
      <w:proofErr w:type="gramEnd"/>
      <w:r>
        <w:t xml:space="preserve"> the first option. If it </w:t>
      </w:r>
      <w:proofErr w:type="gramStart"/>
      <w:r>
        <w:t>wasn't</w:t>
      </w:r>
      <w:proofErr w:type="gramEnd"/>
      <w:r>
        <w:t xml:space="preserve"> already connected, I would press here Play, and then I would need to enter the password. Which brings me to: how do you enter text when you </w:t>
      </w:r>
      <w:proofErr w:type="gramStart"/>
      <w:r>
        <w:t>don't</w:t>
      </w:r>
      <w:proofErr w:type="gramEnd"/>
      <w:r>
        <w:t xml:space="preserve"> have a keypad with letters and numbers? And... </w:t>
      </w:r>
    </w:p>
    <w:p w14:paraId="69375E5C" w14:textId="007A2FC6" w:rsidR="009C0395" w:rsidRDefault="007C2FE2" w:rsidP="00DC1FDC">
      <w:r>
        <w:rPr>
          <w:b/>
        </w:rPr>
        <w:t xml:space="preserve">device voice: </w:t>
      </w:r>
      <w:r>
        <w:t xml:space="preserve">Wi-Fi connected. </w:t>
      </w:r>
    </w:p>
    <w:p w14:paraId="0C44226C" w14:textId="7010EBBC" w:rsidR="009C0395" w:rsidRDefault="0051642E" w:rsidP="00DC1FDC">
      <w:r>
        <w:rPr>
          <w:b/>
        </w:rPr>
        <w:t xml:space="preserve">Ioana: </w:t>
      </w:r>
      <w:r>
        <w:t xml:space="preserve">Yes. </w:t>
      </w:r>
      <w:proofErr w:type="gramStart"/>
      <w:r>
        <w:t>It's</w:t>
      </w:r>
      <w:proofErr w:type="gramEnd"/>
      <w:r>
        <w:t xml:space="preserve"> connected. Thank you for telling me that. </w:t>
      </w:r>
      <w:proofErr w:type="gramStart"/>
      <w:r>
        <w:t>Let's</w:t>
      </w:r>
      <w:proofErr w:type="gramEnd"/>
      <w:r>
        <w:t xml:space="preserve">... And I will show this to you. I think </w:t>
      </w:r>
      <w:proofErr w:type="gramStart"/>
      <w:r>
        <w:t>it's</w:t>
      </w:r>
      <w:proofErr w:type="gramEnd"/>
      <w:r>
        <w:t xml:space="preserve"> better if I show it to you, in the context of creating a CELA account. </w:t>
      </w:r>
      <w:proofErr w:type="gramStart"/>
      <w:r>
        <w:t>So</w:t>
      </w:r>
      <w:proofErr w:type="gramEnd"/>
      <w:r>
        <w:t xml:space="preserve"> </w:t>
      </w:r>
      <w:proofErr w:type="gramStart"/>
      <w:r>
        <w:t>let's</w:t>
      </w:r>
      <w:proofErr w:type="gramEnd"/>
      <w:r>
        <w:t xml:space="preserve"> say that </w:t>
      </w:r>
      <w:proofErr w:type="gramStart"/>
      <w:r>
        <w:t>we've</w:t>
      </w:r>
      <w:proofErr w:type="gramEnd"/>
      <w:r>
        <w:t xml:space="preserve"> completed the pass, the connection with the Wi-Fi, I will press the Up arrow on </w:t>
      </w:r>
      <w:r>
        <w:lastRenderedPageBreak/>
        <w:t xml:space="preserve">my Stratus 2 to return to the previous menus. If you had </w:t>
      </w:r>
      <w:proofErr w:type="gramStart"/>
      <w:r>
        <w:t>a 4</w:t>
      </w:r>
      <w:proofErr w:type="gramEnd"/>
      <w:r>
        <w:t xml:space="preserve">M, you would just go and press the information button until you hear the desired option, which is online services, because what we need is to connect to an online service, which is CELA. </w:t>
      </w:r>
    </w:p>
    <w:p w14:paraId="2CE93C90" w14:textId="62E93BE7" w:rsidR="009C0395" w:rsidRDefault="0051642E" w:rsidP="00DC1FDC">
      <w:r>
        <w:t xml:space="preserve">(device beeps) </w:t>
      </w:r>
    </w:p>
    <w:p w14:paraId="0AC5240D" w14:textId="77777777" w:rsidR="009C0395" w:rsidRDefault="0051642E" w:rsidP="00DC1FDC">
      <w:r>
        <w:rPr>
          <w:b/>
        </w:rPr>
        <w:t xml:space="preserve">device voice: </w:t>
      </w:r>
      <w:r>
        <w:t xml:space="preserve">Scan for SS-- New connection. Wi-Fi. Wireless. </w:t>
      </w:r>
    </w:p>
    <w:p w14:paraId="4804C1FE" w14:textId="66478C11" w:rsidR="009C0395" w:rsidRDefault="0051642E" w:rsidP="00DC1FDC">
      <w:r>
        <w:t xml:space="preserve">(device beeps) </w:t>
      </w:r>
    </w:p>
    <w:p w14:paraId="16AA6A8C" w14:textId="6CC1B929" w:rsidR="009C0395" w:rsidRDefault="0051642E" w:rsidP="00DC1FDC">
      <w:r>
        <w:t>Leaving menu. CELA Direct to Player. 211-</w:t>
      </w:r>
    </w:p>
    <w:p w14:paraId="22C64BC3" w14:textId="10BCBB07" w:rsidR="009C0395" w:rsidRDefault="003C434E" w:rsidP="00DC1FDC">
      <w:r>
        <w:rPr>
          <w:b/>
        </w:rPr>
        <w:t xml:space="preserve">Ioana: </w:t>
      </w:r>
      <w:r>
        <w:t xml:space="preserve">Oh, I left... </w:t>
      </w:r>
    </w:p>
    <w:p w14:paraId="2C553595" w14:textId="77777777" w:rsidR="009C0395" w:rsidRDefault="0051642E" w:rsidP="00DC1FDC">
      <w:r>
        <w:rPr>
          <w:b/>
        </w:rPr>
        <w:t xml:space="preserve">device voice: </w:t>
      </w:r>
      <w:r>
        <w:t xml:space="preserve">Menu. General settings. </w:t>
      </w:r>
    </w:p>
    <w:p w14:paraId="5BF56261" w14:textId="6A3AD72F" w:rsidR="009C0395" w:rsidRDefault="0051642E" w:rsidP="00DC1FDC">
      <w:r>
        <w:rPr>
          <w:b/>
        </w:rPr>
        <w:t xml:space="preserve">Ioana: </w:t>
      </w:r>
      <w:r>
        <w:t>Okay, I had pressed</w:t>
      </w:r>
      <w:r w:rsidR="00F7292F">
        <w:t xml:space="preserve"> </w:t>
      </w:r>
      <w:r>
        <w:t xml:space="preserve">once too many times, so I exited the menus completely. </w:t>
      </w:r>
      <w:proofErr w:type="gramStart"/>
      <w:r>
        <w:t>So</w:t>
      </w:r>
      <w:proofErr w:type="gramEnd"/>
      <w:r>
        <w:t xml:space="preserve"> I had to then press and hold the Information button. Now </w:t>
      </w:r>
      <w:proofErr w:type="gramStart"/>
      <w:r>
        <w:t>I'm</w:t>
      </w:r>
      <w:proofErr w:type="gramEnd"/>
      <w:r>
        <w:t xml:space="preserve"> back </w:t>
      </w:r>
      <w:proofErr w:type="gramStart"/>
      <w:r>
        <w:t>in</w:t>
      </w:r>
      <w:proofErr w:type="gramEnd"/>
      <w:r>
        <w:t xml:space="preserve"> the menus, and </w:t>
      </w:r>
      <w:proofErr w:type="gramStart"/>
      <w:r>
        <w:t>let's</w:t>
      </w:r>
      <w:proofErr w:type="gramEnd"/>
      <w:r>
        <w:t xml:space="preserve"> look for online services. </w:t>
      </w:r>
    </w:p>
    <w:p w14:paraId="6FCC077D" w14:textId="7A767137" w:rsidR="009C0395" w:rsidRDefault="0051642E" w:rsidP="00DC1FDC">
      <w:r>
        <w:t xml:space="preserve">(device beeps) </w:t>
      </w:r>
    </w:p>
    <w:p w14:paraId="014847F7" w14:textId="77777777" w:rsidR="009C0395" w:rsidRDefault="0051642E" w:rsidP="00DC1FDC">
      <w:r>
        <w:rPr>
          <w:b/>
        </w:rPr>
        <w:t xml:space="preserve">device voice: </w:t>
      </w:r>
      <w:r>
        <w:t xml:space="preserve">Online settings. </w:t>
      </w:r>
    </w:p>
    <w:p w14:paraId="4CFD8474" w14:textId="2AF27A5B" w:rsidR="009C0395" w:rsidRDefault="0051642E" w:rsidP="00DC1FDC">
      <w:r>
        <w:rPr>
          <w:b/>
        </w:rPr>
        <w:t xml:space="preserve">Ioana: </w:t>
      </w:r>
      <w:r>
        <w:t>Online settings.</w:t>
      </w:r>
      <w:r w:rsidR="00F7292F">
        <w:t xml:space="preserve"> </w:t>
      </w:r>
      <w:proofErr w:type="gramStart"/>
      <w:r>
        <w:t>That's</w:t>
      </w:r>
      <w:proofErr w:type="gramEnd"/>
      <w:r>
        <w:t xml:space="preserve"> the one. </w:t>
      </w:r>
    </w:p>
    <w:p w14:paraId="34CF390C" w14:textId="00513D10" w:rsidR="009C0395" w:rsidRDefault="0051642E" w:rsidP="00DC1FDC">
      <w:r>
        <w:t xml:space="preserve">(device beeps) </w:t>
      </w:r>
    </w:p>
    <w:p w14:paraId="0CCC5DAD" w14:textId="77777777" w:rsidR="009C0395" w:rsidRDefault="0051642E" w:rsidP="00DC1FDC">
      <w:r>
        <w:rPr>
          <w:b/>
        </w:rPr>
        <w:t xml:space="preserve">device voice: </w:t>
      </w:r>
      <w:r>
        <w:t xml:space="preserve">Software update. </w:t>
      </w:r>
    </w:p>
    <w:p w14:paraId="173260EF" w14:textId="77777777" w:rsidR="009C0395" w:rsidRDefault="0051642E" w:rsidP="00DC1FDC">
      <w:r>
        <w:rPr>
          <w:b/>
        </w:rPr>
        <w:t xml:space="preserve">Ioana: </w:t>
      </w:r>
      <w:r>
        <w:t xml:space="preserve">No, </w:t>
      </w:r>
      <w:proofErr w:type="gramStart"/>
      <w:r>
        <w:t>that's</w:t>
      </w:r>
      <w:proofErr w:type="gramEnd"/>
      <w:r>
        <w:t xml:space="preserve"> not what we need. </w:t>
      </w:r>
    </w:p>
    <w:p w14:paraId="02BD7550" w14:textId="77777777" w:rsidR="009C0395" w:rsidRDefault="0051642E" w:rsidP="00DC1FDC">
      <w:r>
        <w:rPr>
          <w:b/>
        </w:rPr>
        <w:t xml:space="preserve">device voice: </w:t>
      </w:r>
      <w:r>
        <w:t xml:space="preserve">Book services. </w:t>
      </w:r>
    </w:p>
    <w:p w14:paraId="394A324A" w14:textId="24AFDEF8" w:rsidR="009C0395" w:rsidRDefault="0051642E" w:rsidP="00DC1FDC">
      <w:r>
        <w:rPr>
          <w:b/>
        </w:rPr>
        <w:t xml:space="preserve">Ioana: </w:t>
      </w:r>
      <w:r>
        <w:t>Exactly. Book services.</w:t>
      </w:r>
      <w:r w:rsidR="00F7292F">
        <w:t xml:space="preserve"> </w:t>
      </w:r>
      <w:r>
        <w:t xml:space="preserve">Because all we want is to get books. </w:t>
      </w:r>
      <w:proofErr w:type="gramStart"/>
      <w:r>
        <w:t>That's</w:t>
      </w:r>
      <w:proofErr w:type="gramEnd"/>
      <w:r>
        <w:t xml:space="preserve"> our goal. </w:t>
      </w:r>
    </w:p>
    <w:p w14:paraId="6E780B83" w14:textId="3D687AFE" w:rsidR="009C0395" w:rsidRDefault="0051642E" w:rsidP="00DC1FDC">
      <w:r>
        <w:t xml:space="preserve">(device beeps) </w:t>
      </w:r>
    </w:p>
    <w:p w14:paraId="0E5E8E23" w14:textId="77777777" w:rsidR="009C0395" w:rsidRDefault="0051642E" w:rsidP="00DC1FDC">
      <w:r>
        <w:rPr>
          <w:b/>
        </w:rPr>
        <w:t xml:space="preserve">device voice: </w:t>
      </w:r>
      <w:r>
        <w:t xml:space="preserve">Bookshare. </w:t>
      </w:r>
    </w:p>
    <w:p w14:paraId="5C7F9DC5" w14:textId="77777777" w:rsidR="009C0395" w:rsidRDefault="0051642E" w:rsidP="00DC1FDC">
      <w:r>
        <w:rPr>
          <w:b/>
        </w:rPr>
        <w:t xml:space="preserve">Ioana: </w:t>
      </w:r>
      <w:r>
        <w:t xml:space="preserve">And now we have a list of </w:t>
      </w:r>
      <w:proofErr w:type="gramStart"/>
      <w:r>
        <w:t>libraries</w:t>
      </w:r>
      <w:proofErr w:type="gramEnd"/>
      <w:r>
        <w:t xml:space="preserve"> and we will navigate until we hear “CELA Direct to Player.” </w:t>
      </w:r>
    </w:p>
    <w:p w14:paraId="26D46C3B" w14:textId="67DC536F" w:rsidR="009C0395" w:rsidRDefault="0051642E" w:rsidP="00DC1FDC">
      <w:r>
        <w:t xml:space="preserve">(device beeping) </w:t>
      </w:r>
    </w:p>
    <w:p w14:paraId="094E66F5" w14:textId="3A6C96E9" w:rsidR="009C0395" w:rsidRDefault="0051642E" w:rsidP="00DC1FDC">
      <w:r>
        <w:rPr>
          <w:b/>
        </w:rPr>
        <w:lastRenderedPageBreak/>
        <w:t xml:space="preserve">device voice: </w:t>
      </w:r>
      <w:r>
        <w:t xml:space="preserve">Bookshare. </w:t>
      </w:r>
      <w:r w:rsidR="00B7584A">
        <w:t xml:space="preserve">Éole. </w:t>
      </w:r>
      <w:r>
        <w:t xml:space="preserve">Bookshare. DAISY online. </w:t>
      </w:r>
    </w:p>
    <w:p w14:paraId="1CCA4B6D" w14:textId="1AFEF06B" w:rsidR="009C0395" w:rsidRDefault="00B7584A" w:rsidP="00DC1FDC">
      <w:r>
        <w:rPr>
          <w:b/>
        </w:rPr>
        <w:t xml:space="preserve">Ioana: </w:t>
      </w:r>
      <w:r>
        <w:t xml:space="preserve">Oh, sorry. Okay, I was wrong. </w:t>
      </w:r>
      <w:proofErr w:type="gramStart"/>
      <w:r>
        <w:t>So</w:t>
      </w:r>
      <w:proofErr w:type="gramEnd"/>
      <w:r>
        <w:t xml:space="preserve"> you </w:t>
      </w:r>
      <w:proofErr w:type="gramStart"/>
      <w:r>
        <w:t>have to</w:t>
      </w:r>
      <w:proofErr w:type="gramEnd"/>
      <w:r>
        <w:t xml:space="preserve"> go to DAISY online because </w:t>
      </w:r>
      <w:proofErr w:type="gramStart"/>
      <w:r>
        <w:t>many</w:t>
      </w:r>
      <w:proofErr w:type="gramEnd"/>
      <w:r>
        <w:t xml:space="preserve"> libraries use this option. So CELA </w:t>
      </w:r>
      <w:proofErr w:type="gramStart"/>
      <w:r>
        <w:t>is found</w:t>
      </w:r>
      <w:proofErr w:type="gramEnd"/>
      <w:r>
        <w:t xml:space="preserve"> under </w:t>
      </w:r>
      <w:proofErr w:type="gramStart"/>
      <w:r>
        <w:t>the DAISY</w:t>
      </w:r>
      <w:proofErr w:type="gramEnd"/>
      <w:r>
        <w:t xml:space="preserve"> online. </w:t>
      </w:r>
    </w:p>
    <w:p w14:paraId="17BC5184" w14:textId="3598784B" w:rsidR="009C0395" w:rsidRDefault="0051642E" w:rsidP="00DC1FDC">
      <w:r>
        <w:t xml:space="preserve">(device beeps) </w:t>
      </w:r>
    </w:p>
    <w:p w14:paraId="2E900248" w14:textId="77777777" w:rsidR="009C0395" w:rsidRDefault="0051642E" w:rsidP="00DC1FDC">
      <w:r>
        <w:rPr>
          <w:b/>
        </w:rPr>
        <w:t xml:space="preserve">device voice: </w:t>
      </w:r>
      <w:r>
        <w:t xml:space="preserve">Add account. </w:t>
      </w:r>
    </w:p>
    <w:p w14:paraId="65B44903" w14:textId="77777777" w:rsidR="009C0395" w:rsidRDefault="0051642E" w:rsidP="00DC1FDC">
      <w:r>
        <w:rPr>
          <w:b/>
        </w:rPr>
        <w:t xml:space="preserve">Ioana: </w:t>
      </w:r>
      <w:r>
        <w:t xml:space="preserve">Now we can add an account </w:t>
      </w:r>
    </w:p>
    <w:p w14:paraId="5061F585" w14:textId="31B145E0" w:rsidR="009C0395" w:rsidRDefault="0051642E" w:rsidP="00DC1FDC">
      <w:r>
        <w:t xml:space="preserve">(device beeps) </w:t>
      </w:r>
    </w:p>
    <w:p w14:paraId="5914CBB4" w14:textId="77777777" w:rsidR="009C0395" w:rsidRDefault="0051642E" w:rsidP="00DC1FDC">
      <w:r>
        <w:rPr>
          <w:b/>
        </w:rPr>
        <w:t xml:space="preserve">device voice: </w:t>
      </w:r>
      <w:r>
        <w:t xml:space="preserve">Anders lesen. </w:t>
      </w:r>
    </w:p>
    <w:p w14:paraId="0DD790CF" w14:textId="5A88EDBF" w:rsidR="009C0395" w:rsidRDefault="0051642E" w:rsidP="00DC1FDC">
      <w:r>
        <w:rPr>
          <w:b/>
        </w:rPr>
        <w:t xml:space="preserve">Ioana: </w:t>
      </w:r>
      <w:r>
        <w:t>And here we have the list</w:t>
      </w:r>
      <w:r w:rsidR="00F7292F">
        <w:t xml:space="preserve"> </w:t>
      </w:r>
      <w:r>
        <w:t xml:space="preserve">of libraries that I was mentioning. Anders lesen. </w:t>
      </w:r>
      <w:proofErr w:type="gramStart"/>
      <w:r>
        <w:t>That's</w:t>
      </w:r>
      <w:proofErr w:type="gramEnd"/>
      <w:r>
        <w:t xml:space="preserve"> a German one.</w:t>
      </w:r>
      <w:r w:rsidR="00F7292F">
        <w:t xml:space="preserve"> </w:t>
      </w:r>
    </w:p>
    <w:p w14:paraId="21DB1591" w14:textId="77777777" w:rsidR="009C0395" w:rsidRDefault="0051642E" w:rsidP="00DC1FDC">
      <w:r>
        <w:rPr>
          <w:b/>
        </w:rPr>
        <w:t xml:space="preserve">Unknown speaker: </w:t>
      </w:r>
      <w:r>
        <w:t xml:space="preserve">(device beeps) </w:t>
      </w:r>
    </w:p>
    <w:p w14:paraId="6CD71046" w14:textId="77777777" w:rsidR="009C0395" w:rsidRDefault="0051642E" w:rsidP="00DC1FDC">
      <w:r>
        <w:rPr>
          <w:b/>
        </w:rPr>
        <w:t xml:space="preserve">device speaks: </w:t>
      </w:r>
      <w:r>
        <w:t xml:space="preserve">atz Hörmedien. </w:t>
      </w:r>
    </w:p>
    <w:p w14:paraId="11983AE7" w14:textId="77777777" w:rsidR="009C0395" w:rsidRDefault="0051642E" w:rsidP="00DC1FDC">
      <w:r>
        <w:rPr>
          <w:b/>
        </w:rPr>
        <w:t xml:space="preserve">Ioana: </w:t>
      </w:r>
      <w:r>
        <w:t xml:space="preserve">atz Hörmedien, another German one. </w:t>
      </w:r>
    </w:p>
    <w:p w14:paraId="181871EF" w14:textId="75E4F908" w:rsidR="009C0395" w:rsidRPr="00D35DBB" w:rsidRDefault="0051642E" w:rsidP="00DC1FDC">
      <w:pPr>
        <w:rPr>
          <w:b/>
          <w:lang w:val="en-CA"/>
        </w:rPr>
      </w:pPr>
      <w:r>
        <w:rPr>
          <w:b/>
        </w:rPr>
        <w:t xml:space="preserve">device </w:t>
      </w:r>
      <w:r w:rsidR="00D35DBB">
        <w:rPr>
          <w:b/>
        </w:rPr>
        <w:t>voice</w:t>
      </w:r>
      <w:r>
        <w:rPr>
          <w:b/>
        </w:rPr>
        <w:t xml:space="preserve">: </w:t>
      </w:r>
      <w:r w:rsidR="00D35DBB" w:rsidRPr="00D35DBB">
        <w:rPr>
          <w:bCs/>
          <w:lang w:val="en-CA"/>
        </w:rPr>
        <w:t>Beierishce Hörbücherei</w:t>
      </w:r>
      <w:r w:rsidR="00B00019">
        <w:rPr>
          <w:bCs/>
          <w:lang w:val="en-CA"/>
        </w:rPr>
        <w:t>.</w:t>
      </w:r>
    </w:p>
    <w:p w14:paraId="751366F6" w14:textId="3009397A" w:rsidR="009C0395" w:rsidRDefault="00B00019" w:rsidP="00DC1FDC">
      <w:r>
        <w:rPr>
          <w:b/>
        </w:rPr>
        <w:t xml:space="preserve">Ioana: </w:t>
      </w:r>
      <w:r>
        <w:t xml:space="preserve">So, </w:t>
      </w:r>
      <w:proofErr w:type="gramStart"/>
      <w:r>
        <w:t>they’re</w:t>
      </w:r>
      <w:proofErr w:type="gramEnd"/>
      <w:r>
        <w:t xml:space="preserve"> in... Okay. They have...</w:t>
      </w:r>
      <w:r w:rsidR="00F7292F">
        <w:t xml:space="preserve"> </w:t>
      </w:r>
      <w:proofErr w:type="gramStart"/>
      <w:r>
        <w:t>it's</w:t>
      </w:r>
      <w:proofErr w:type="gramEnd"/>
      <w:r>
        <w:t xml:space="preserve"> in alphabetical order. </w:t>
      </w:r>
      <w:proofErr w:type="gramStart"/>
      <w:r>
        <w:t>so</w:t>
      </w:r>
      <w:proofErr w:type="gramEnd"/>
      <w:r>
        <w:t xml:space="preserve"> I will go a bit faster until we reach CELA Direct to Player. </w:t>
      </w:r>
    </w:p>
    <w:p w14:paraId="0461DBFD" w14:textId="6CEEB810" w:rsidR="009C0395" w:rsidRDefault="0051642E" w:rsidP="00DC1FDC">
      <w:r>
        <w:rPr>
          <w:b/>
        </w:rPr>
        <w:t xml:space="preserve"> </w:t>
      </w:r>
      <w:r>
        <w:t xml:space="preserve">(device beeping) </w:t>
      </w:r>
    </w:p>
    <w:p w14:paraId="39412CB0" w14:textId="52449263" w:rsidR="009C0395" w:rsidRDefault="0051642E" w:rsidP="00DC1FDC">
      <w:r>
        <w:rPr>
          <w:b/>
        </w:rPr>
        <w:t xml:space="preserve">device </w:t>
      </w:r>
      <w:r w:rsidR="00B00019">
        <w:rPr>
          <w:b/>
        </w:rPr>
        <w:t>voice</w:t>
      </w:r>
      <w:r>
        <w:rPr>
          <w:b/>
        </w:rPr>
        <w:t xml:space="preserve">: </w:t>
      </w:r>
      <w:r>
        <w:t xml:space="preserve">CELA Direct to Player. </w:t>
      </w:r>
    </w:p>
    <w:p w14:paraId="145C231F" w14:textId="77777777" w:rsidR="009C0395" w:rsidRDefault="0051642E" w:rsidP="00DC1FDC">
      <w:r>
        <w:rPr>
          <w:b/>
        </w:rPr>
        <w:t xml:space="preserve">Ioana: </w:t>
      </w:r>
      <w:proofErr w:type="gramStart"/>
      <w:r>
        <w:t>That's</w:t>
      </w:r>
      <w:proofErr w:type="gramEnd"/>
      <w:r>
        <w:t xml:space="preserve"> the one. And I will press Play to confirm my choice. </w:t>
      </w:r>
    </w:p>
    <w:p w14:paraId="2DBC252B" w14:textId="77777777" w:rsidR="009C0395" w:rsidRDefault="0051642E" w:rsidP="00DC1FDC">
      <w:r>
        <w:rPr>
          <w:b/>
        </w:rPr>
        <w:t xml:space="preserve">device voice: </w:t>
      </w:r>
      <w:r>
        <w:t xml:space="preserve">Enter username. Zero. </w:t>
      </w:r>
    </w:p>
    <w:p w14:paraId="25EAB259" w14:textId="639183EE" w:rsidR="009C0395" w:rsidRDefault="0051642E" w:rsidP="00DC1FDC">
      <w:r>
        <w:rPr>
          <w:b/>
        </w:rPr>
        <w:t xml:space="preserve">Ioana: </w:t>
      </w:r>
      <w:r>
        <w:t>Okay, now, it is smart enough</w:t>
      </w:r>
      <w:r w:rsidR="00F7292F">
        <w:t xml:space="preserve"> </w:t>
      </w:r>
      <w:r>
        <w:t xml:space="preserve">to know that the username for CELA is a series of numbers, so it already says zero. But </w:t>
      </w:r>
      <w:proofErr w:type="gramStart"/>
      <w:r>
        <w:t>let's</w:t>
      </w:r>
      <w:proofErr w:type="gramEnd"/>
      <w:r>
        <w:t xml:space="preserve"> say I want to enter a number. Two... 211470. </w:t>
      </w:r>
      <w:proofErr w:type="gramStart"/>
      <w:r>
        <w:t>Let's</w:t>
      </w:r>
      <w:proofErr w:type="gramEnd"/>
      <w:r>
        <w:t xml:space="preserve"> say that </w:t>
      </w:r>
      <w:proofErr w:type="gramStart"/>
      <w:r>
        <w:t>that's</w:t>
      </w:r>
      <w:proofErr w:type="gramEnd"/>
      <w:r>
        <w:t xml:space="preserve"> my account. </w:t>
      </w:r>
      <w:proofErr w:type="gramStart"/>
      <w:r>
        <w:t>So</w:t>
      </w:r>
      <w:proofErr w:type="gramEnd"/>
      <w:r>
        <w:t xml:space="preserve"> I will use the up and down keys to select the symbol that I need. Two... </w:t>
      </w:r>
    </w:p>
    <w:p w14:paraId="37C8BE00" w14:textId="77777777" w:rsidR="009C0395" w:rsidRDefault="0051642E" w:rsidP="00DC1FDC">
      <w:r>
        <w:rPr>
          <w:b/>
        </w:rPr>
        <w:t xml:space="preserve">device voice: </w:t>
      </w:r>
      <w:r>
        <w:t xml:space="preserve">One, two. </w:t>
      </w:r>
    </w:p>
    <w:p w14:paraId="1702CE89" w14:textId="66D0AECF" w:rsidR="009C0395" w:rsidRDefault="0051642E" w:rsidP="00DC1FDC">
      <w:r>
        <w:rPr>
          <w:b/>
        </w:rPr>
        <w:lastRenderedPageBreak/>
        <w:t xml:space="preserve">Ioana: </w:t>
      </w:r>
      <w:proofErr w:type="gramStart"/>
      <w:r>
        <w:t>That's</w:t>
      </w:r>
      <w:proofErr w:type="gramEnd"/>
      <w:r>
        <w:t xml:space="preserve"> the key I want. When you </w:t>
      </w:r>
      <w:proofErr w:type="gramStart"/>
      <w:r>
        <w:t>found</w:t>
      </w:r>
      <w:proofErr w:type="gramEnd"/>
      <w:r>
        <w:t xml:space="preserve"> the key that you want, you can press the right navigation key to insert it. </w:t>
      </w:r>
    </w:p>
    <w:p w14:paraId="61BA1238" w14:textId="1ABFE2CA" w:rsidR="009C0395" w:rsidRDefault="0051642E" w:rsidP="00DC1FDC">
      <w:r>
        <w:t xml:space="preserve">(device beeps) </w:t>
      </w:r>
    </w:p>
    <w:p w14:paraId="3A59CDE1" w14:textId="77777777" w:rsidR="009C0395" w:rsidRDefault="0051642E" w:rsidP="00DC1FDC">
      <w:r>
        <w:rPr>
          <w:b/>
        </w:rPr>
        <w:t xml:space="preserve">device voice: </w:t>
      </w:r>
      <w:r>
        <w:t xml:space="preserve">Two inserted. </w:t>
      </w:r>
    </w:p>
    <w:p w14:paraId="223BFAEB" w14:textId="5DA65717" w:rsidR="009C0395" w:rsidRDefault="0051642E" w:rsidP="00DC1FDC">
      <w:r>
        <w:rPr>
          <w:b/>
        </w:rPr>
        <w:t xml:space="preserve">Ioana: </w:t>
      </w:r>
      <w:proofErr w:type="gramStart"/>
      <w:r>
        <w:t>So</w:t>
      </w:r>
      <w:proofErr w:type="gramEnd"/>
      <w:r>
        <w:t xml:space="preserve"> it tells you that the two </w:t>
      </w:r>
      <w:proofErr w:type="gramStart"/>
      <w:r>
        <w:t>is inserted</w:t>
      </w:r>
      <w:proofErr w:type="gramEnd"/>
      <w:r>
        <w:t xml:space="preserve">. </w:t>
      </w:r>
      <w:proofErr w:type="gramStart"/>
      <w:r>
        <w:t>Let's</w:t>
      </w:r>
      <w:proofErr w:type="gramEnd"/>
      <w:r>
        <w:t xml:space="preserve"> go back. Now, I will go one back because I was still hovering on the two. </w:t>
      </w:r>
      <w:proofErr w:type="gramStart"/>
      <w:r>
        <w:t>So</w:t>
      </w:r>
      <w:proofErr w:type="gramEnd"/>
      <w:r>
        <w:t xml:space="preserve"> it is not unlike, if you have used those TV remotes where you need to select letters,</w:t>
      </w:r>
      <w:r w:rsidR="00F7292F">
        <w:t xml:space="preserve"> </w:t>
      </w:r>
      <w:r>
        <w:t xml:space="preserve">you need to </w:t>
      </w:r>
      <w:proofErr w:type="gramStart"/>
      <w:r>
        <w:t>kind of press</w:t>
      </w:r>
      <w:proofErr w:type="gramEnd"/>
      <w:r>
        <w:t xml:space="preserve"> up and down until you find the letter you need,</w:t>
      </w:r>
      <w:r w:rsidR="00F7292F">
        <w:t xml:space="preserve"> </w:t>
      </w:r>
      <w:r>
        <w:t xml:space="preserve">and then you click it. </w:t>
      </w:r>
    </w:p>
    <w:p w14:paraId="7215DC77" w14:textId="23B1CCDF" w:rsidR="009C0395" w:rsidRDefault="0051642E" w:rsidP="00DC1FDC">
      <w:r>
        <w:t>(device beeps)</w:t>
      </w:r>
      <w:r w:rsidR="00F7292F">
        <w:t xml:space="preserve"> </w:t>
      </w:r>
    </w:p>
    <w:p w14:paraId="4BB7ABEE" w14:textId="77777777" w:rsidR="009C0395" w:rsidRDefault="0051642E" w:rsidP="00DC1FDC">
      <w:r>
        <w:rPr>
          <w:b/>
        </w:rPr>
        <w:t xml:space="preserve">device voice: </w:t>
      </w:r>
      <w:r>
        <w:t xml:space="preserve">One. </w:t>
      </w:r>
    </w:p>
    <w:p w14:paraId="604B961C" w14:textId="77777777" w:rsidR="009C0395" w:rsidRDefault="0051642E" w:rsidP="00DC1FDC">
      <w:r>
        <w:rPr>
          <w:b/>
        </w:rPr>
        <w:t xml:space="preserve">Ioana: </w:t>
      </w:r>
      <w:r>
        <w:t xml:space="preserve">I want </w:t>
      </w:r>
      <w:proofErr w:type="gramStart"/>
      <w:r>
        <w:t>the one</w:t>
      </w:r>
      <w:proofErr w:type="gramEnd"/>
      <w:r>
        <w:t xml:space="preserve">. </w:t>
      </w:r>
      <w:proofErr w:type="gramStart"/>
      <w:r>
        <w:t>I'll</w:t>
      </w:r>
      <w:proofErr w:type="gramEnd"/>
      <w:r>
        <w:t xml:space="preserve"> press Right arrow to insert it. </w:t>
      </w:r>
    </w:p>
    <w:p w14:paraId="4ECAA968" w14:textId="53D9C471" w:rsidR="009C0395" w:rsidRDefault="0051642E" w:rsidP="00DC1FDC">
      <w:r>
        <w:t>(device beeps)</w:t>
      </w:r>
      <w:r w:rsidR="00F7292F">
        <w:t xml:space="preserve"> </w:t>
      </w:r>
    </w:p>
    <w:p w14:paraId="4FD1D093" w14:textId="77777777" w:rsidR="009C0395" w:rsidRDefault="0051642E" w:rsidP="00DC1FDC">
      <w:r>
        <w:rPr>
          <w:b/>
        </w:rPr>
        <w:t xml:space="preserve">device voice: </w:t>
      </w:r>
      <w:r>
        <w:t xml:space="preserve">One. Inserted. </w:t>
      </w:r>
    </w:p>
    <w:p w14:paraId="3F3B706B" w14:textId="77777777" w:rsidR="009C0395" w:rsidRDefault="0051642E" w:rsidP="00DC1FDC">
      <w:r>
        <w:rPr>
          <w:b/>
        </w:rPr>
        <w:t xml:space="preserve">Ioana: </w:t>
      </w:r>
      <w:r>
        <w:t xml:space="preserve">I need another one. </w:t>
      </w:r>
    </w:p>
    <w:p w14:paraId="66548A9E" w14:textId="379091D0" w:rsidR="009C0395" w:rsidRDefault="0051642E" w:rsidP="00DC1FDC">
      <w:r>
        <w:t xml:space="preserve">(device beeps) </w:t>
      </w:r>
    </w:p>
    <w:p w14:paraId="5456AFC1" w14:textId="77777777" w:rsidR="009C0395" w:rsidRDefault="0051642E" w:rsidP="00DC1FDC">
      <w:r>
        <w:rPr>
          <w:b/>
        </w:rPr>
        <w:t xml:space="preserve">device voice: </w:t>
      </w:r>
      <w:r>
        <w:t xml:space="preserve">One. Inserted. </w:t>
      </w:r>
    </w:p>
    <w:p w14:paraId="1CA16F95" w14:textId="4178B610" w:rsidR="009C0395" w:rsidRDefault="0051642E" w:rsidP="00DC1FDC">
      <w:r>
        <w:rPr>
          <w:b/>
        </w:rPr>
        <w:t xml:space="preserve">Ioana: </w:t>
      </w:r>
      <w:proofErr w:type="gramStart"/>
      <w:r>
        <w:t>So</w:t>
      </w:r>
      <w:proofErr w:type="gramEnd"/>
      <w:r>
        <w:t xml:space="preserve"> all I did </w:t>
      </w:r>
      <w:proofErr w:type="gramStart"/>
      <w:r>
        <w:t>is</w:t>
      </w:r>
      <w:proofErr w:type="gramEnd"/>
      <w:r>
        <w:t xml:space="preserve"> press the Right arrow key again.</w:t>
      </w:r>
      <w:r w:rsidR="00F7292F">
        <w:t xml:space="preserve"> </w:t>
      </w:r>
      <w:r>
        <w:t xml:space="preserve">211. Now I wanted 470. </w:t>
      </w:r>
    </w:p>
    <w:p w14:paraId="78427341" w14:textId="0BCEBD75" w:rsidR="009C0395" w:rsidRDefault="0051642E" w:rsidP="00DC1FDC">
      <w:r>
        <w:t xml:space="preserve">(device beeps) </w:t>
      </w:r>
    </w:p>
    <w:p w14:paraId="284C736F" w14:textId="77777777" w:rsidR="009C0395" w:rsidRDefault="0051642E" w:rsidP="00DC1FDC">
      <w:r>
        <w:rPr>
          <w:b/>
        </w:rPr>
        <w:t xml:space="preserve">device voice: </w:t>
      </w:r>
      <w:r>
        <w:t xml:space="preserve">Four. </w:t>
      </w:r>
    </w:p>
    <w:p w14:paraId="17F535AE" w14:textId="003203BF" w:rsidR="009C0395" w:rsidRDefault="0051642E" w:rsidP="00DC1FDC">
      <w:r>
        <w:rPr>
          <w:b/>
        </w:rPr>
        <w:t xml:space="preserve">Ioana: </w:t>
      </w:r>
      <w:r>
        <w:t xml:space="preserve">I pressed </w:t>
      </w:r>
      <w:proofErr w:type="gramStart"/>
      <w:r>
        <w:t>a few</w:t>
      </w:r>
      <w:proofErr w:type="gramEnd"/>
      <w:r>
        <w:t xml:space="preserve"> </w:t>
      </w:r>
      <w:proofErr w:type="gramStart"/>
      <w:r>
        <w:t>times quickly</w:t>
      </w:r>
      <w:proofErr w:type="gramEnd"/>
      <w:r>
        <w:t xml:space="preserve"> the Up arrow</w:t>
      </w:r>
      <w:r w:rsidR="00F7292F">
        <w:t xml:space="preserve"> </w:t>
      </w:r>
      <w:r>
        <w:t xml:space="preserve">until we hit the four and I </w:t>
      </w:r>
      <w:proofErr w:type="gramStart"/>
      <w:r>
        <w:t>inserted</w:t>
      </w:r>
      <w:proofErr w:type="gramEnd"/>
      <w:r>
        <w:t xml:space="preserve"> with the Right arrow. </w:t>
      </w:r>
    </w:p>
    <w:p w14:paraId="35190B36" w14:textId="5D2FB2D1" w:rsidR="009C0395" w:rsidRDefault="0051642E" w:rsidP="00DC1FDC">
      <w:r>
        <w:t xml:space="preserve">(device beeps) </w:t>
      </w:r>
    </w:p>
    <w:p w14:paraId="1CCFD689" w14:textId="77777777" w:rsidR="009C0395" w:rsidRDefault="0051642E" w:rsidP="00DC1FDC">
      <w:r>
        <w:rPr>
          <w:b/>
        </w:rPr>
        <w:t xml:space="preserve">device voice: </w:t>
      </w:r>
      <w:r>
        <w:t xml:space="preserve">Four. Inserted. -And now, </w:t>
      </w:r>
      <w:proofErr w:type="gramStart"/>
      <w:r>
        <w:t>7</w:t>
      </w:r>
      <w:proofErr w:type="gramEnd"/>
      <w:r>
        <w:t xml:space="preserve">... -7-7-0-0. Inserted. </w:t>
      </w:r>
    </w:p>
    <w:p w14:paraId="6C65F6EC" w14:textId="1649F6B8" w:rsidR="009C0395" w:rsidRDefault="0051642E" w:rsidP="00DC1FDC">
      <w:r>
        <w:rPr>
          <w:b/>
        </w:rPr>
        <w:t xml:space="preserve">Ioana: </w:t>
      </w:r>
      <w:proofErr w:type="gramStart"/>
      <w:r>
        <w:t>So</w:t>
      </w:r>
      <w:proofErr w:type="gramEnd"/>
      <w:r>
        <w:t xml:space="preserve"> if you want to make sure, because </w:t>
      </w:r>
      <w:proofErr w:type="gramStart"/>
      <w:r>
        <w:t>it's</w:t>
      </w:r>
      <w:proofErr w:type="gramEnd"/>
      <w:r>
        <w:t xml:space="preserve"> confusing,</w:t>
      </w:r>
      <w:r w:rsidR="00F7292F">
        <w:t xml:space="preserve"> </w:t>
      </w:r>
      <w:r>
        <w:t xml:space="preserve">you do not have a screen, so </w:t>
      </w:r>
      <w:proofErr w:type="gramStart"/>
      <w:r>
        <w:t>you'd</w:t>
      </w:r>
      <w:proofErr w:type="gramEnd"/>
      <w:r>
        <w:t xml:space="preserve"> have to make sure that you have entered the correct information. I will, to hear what you</w:t>
      </w:r>
      <w:r w:rsidR="00F7292F">
        <w:t xml:space="preserve"> </w:t>
      </w:r>
      <w:r>
        <w:t xml:space="preserve">have already entered, </w:t>
      </w:r>
      <w:r>
        <w:lastRenderedPageBreak/>
        <w:t xml:space="preserve">you press the Fast-forward key, which is on the bottom edge of the player next to the Play button. </w:t>
      </w:r>
    </w:p>
    <w:p w14:paraId="1EBE9B92" w14:textId="3B4BA5A5" w:rsidR="009C0395" w:rsidRDefault="0051642E" w:rsidP="00DC1FDC">
      <w:r>
        <w:t xml:space="preserve">(device beeps) </w:t>
      </w:r>
    </w:p>
    <w:p w14:paraId="1162EFCE" w14:textId="77777777" w:rsidR="009C0395" w:rsidRDefault="0051642E" w:rsidP="00DC1FDC">
      <w:r>
        <w:rPr>
          <w:b/>
        </w:rPr>
        <w:t xml:space="preserve">device voice: </w:t>
      </w:r>
      <w:r>
        <w:t xml:space="preserve">211,470. 2-1-1-4-7-0. </w:t>
      </w:r>
    </w:p>
    <w:p w14:paraId="1B967B6B" w14:textId="77777777" w:rsidR="009C0395" w:rsidRDefault="0051642E" w:rsidP="00DC1FDC">
      <w:r>
        <w:rPr>
          <w:b/>
        </w:rPr>
        <w:t xml:space="preserve">Ioana: </w:t>
      </w:r>
      <w:proofErr w:type="gramStart"/>
      <w:r>
        <w:t>So</w:t>
      </w:r>
      <w:proofErr w:type="gramEnd"/>
      <w:r>
        <w:t xml:space="preserve"> it tells you first the number in one go, and then it tells it to you one by one. </w:t>
      </w:r>
      <w:proofErr w:type="gramStart"/>
      <w:r>
        <w:t>So</w:t>
      </w:r>
      <w:proofErr w:type="gramEnd"/>
      <w:r>
        <w:t xml:space="preserve"> this is the number we want. I will press play because </w:t>
      </w:r>
      <w:proofErr w:type="gramStart"/>
      <w:r>
        <w:t>I'm</w:t>
      </w:r>
      <w:proofErr w:type="gramEnd"/>
      <w:r>
        <w:t xml:space="preserve"> happy with this choice. </w:t>
      </w:r>
    </w:p>
    <w:p w14:paraId="77097995" w14:textId="0F48ADC7" w:rsidR="009C0395" w:rsidRDefault="0051642E" w:rsidP="00DC1FDC">
      <w:r>
        <w:t xml:space="preserve">(device beeps) </w:t>
      </w:r>
    </w:p>
    <w:p w14:paraId="418A2E6F" w14:textId="77777777" w:rsidR="009C0395" w:rsidRDefault="0051642E" w:rsidP="00DC1FDC">
      <w:r>
        <w:rPr>
          <w:b/>
        </w:rPr>
        <w:t xml:space="preserve">device voice: </w:t>
      </w:r>
      <w:r>
        <w:t xml:space="preserve">Confirmed. Enter password. A. </w:t>
      </w:r>
    </w:p>
    <w:p w14:paraId="6D2421FA" w14:textId="1B8064EA" w:rsidR="009C0395" w:rsidRDefault="0051642E" w:rsidP="00DC1FDC">
      <w:r>
        <w:rPr>
          <w:b/>
        </w:rPr>
        <w:t xml:space="preserve">Ioana: </w:t>
      </w:r>
      <w:r>
        <w:t>So now, a password can have letters and numbers, and all sorts of things.</w:t>
      </w:r>
      <w:r w:rsidR="00F7292F">
        <w:t xml:space="preserve"> </w:t>
      </w:r>
      <w:r>
        <w:t xml:space="preserve">Uppercase, lowercase, it can have punctuation. So right </w:t>
      </w:r>
      <w:proofErr w:type="gramStart"/>
      <w:r>
        <w:t>now</w:t>
      </w:r>
      <w:proofErr w:type="gramEnd"/>
      <w:r>
        <w:t xml:space="preserve"> it says “A,” so if I would press Up and Down </w:t>
      </w:r>
      <w:proofErr w:type="gramStart"/>
      <w:r>
        <w:t>arrows</w:t>
      </w:r>
      <w:proofErr w:type="gramEnd"/>
      <w:r>
        <w:t xml:space="preserve"> I would cycle through the lowercase alphabet. But </w:t>
      </w:r>
      <w:proofErr w:type="gramStart"/>
      <w:r>
        <w:t>let's</w:t>
      </w:r>
      <w:proofErr w:type="gramEnd"/>
      <w:r>
        <w:t xml:space="preserve"> say I need uppercase. I will use the bookmark key. This is </w:t>
      </w:r>
      <w:proofErr w:type="gramStart"/>
      <w:r>
        <w:t>a very useful</w:t>
      </w:r>
      <w:proofErr w:type="gramEnd"/>
      <w:r>
        <w:t xml:space="preserve"> key to have because it will cycle through </w:t>
      </w:r>
      <w:proofErr w:type="gramStart"/>
      <w:r>
        <w:t>various types</w:t>
      </w:r>
      <w:proofErr w:type="gramEnd"/>
      <w:r>
        <w:t xml:space="preserve"> of characters. </w:t>
      </w:r>
      <w:proofErr w:type="gramStart"/>
      <w:r>
        <w:t>So</w:t>
      </w:r>
      <w:proofErr w:type="gramEnd"/>
      <w:r>
        <w:t xml:space="preserve"> </w:t>
      </w:r>
      <w:proofErr w:type="gramStart"/>
      <w:r>
        <w:t>I've</w:t>
      </w:r>
      <w:proofErr w:type="gramEnd"/>
      <w:r>
        <w:t xml:space="preserve"> got “A.” Now... </w:t>
      </w:r>
    </w:p>
    <w:p w14:paraId="1E3862DE" w14:textId="40AA954D" w:rsidR="009C0395" w:rsidRDefault="00D859A5" w:rsidP="00DC1FDC">
      <w:r>
        <w:rPr>
          <w:b/>
        </w:rPr>
        <w:t xml:space="preserve">device voice: </w:t>
      </w:r>
      <w:r>
        <w:t xml:space="preserve">Uppercase A. Cap. </w:t>
      </w:r>
    </w:p>
    <w:p w14:paraId="47531A5D" w14:textId="60C3C633" w:rsidR="009C0395" w:rsidRDefault="00D859A5" w:rsidP="00DC1FDC">
      <w:r>
        <w:rPr>
          <w:b/>
        </w:rPr>
        <w:t xml:space="preserve">Ioana: </w:t>
      </w:r>
      <w:r>
        <w:t xml:space="preserve">So now... </w:t>
      </w:r>
      <w:proofErr w:type="gramStart"/>
      <w:r>
        <w:t>So</w:t>
      </w:r>
      <w:proofErr w:type="gramEnd"/>
      <w:r>
        <w:t xml:space="preserve"> it says “Uppercase A cap.” </w:t>
      </w:r>
      <w:proofErr w:type="gramStart"/>
      <w:r>
        <w:t>So</w:t>
      </w:r>
      <w:proofErr w:type="gramEnd"/>
      <w:r>
        <w:t xml:space="preserve"> if I would now go up and down, I would have... </w:t>
      </w:r>
    </w:p>
    <w:p w14:paraId="5A274537" w14:textId="77777777" w:rsidR="009C0395" w:rsidRDefault="0051642E" w:rsidP="00DC1FDC">
      <w:r>
        <w:rPr>
          <w:b/>
        </w:rPr>
        <w:t xml:space="preserve">device voice: </w:t>
      </w:r>
      <w:r>
        <w:t xml:space="preserve">B. Cap. </w:t>
      </w:r>
    </w:p>
    <w:p w14:paraId="2F972A3F" w14:textId="77777777" w:rsidR="009C0395" w:rsidRDefault="0051642E" w:rsidP="00DC1FDC">
      <w:r>
        <w:rPr>
          <w:b/>
        </w:rPr>
        <w:t xml:space="preserve">Ioana: </w:t>
      </w:r>
      <w:r>
        <w:t xml:space="preserve">So, B cap. </w:t>
      </w:r>
      <w:proofErr w:type="gramStart"/>
      <w:r>
        <w:t>So</w:t>
      </w:r>
      <w:proofErr w:type="gramEnd"/>
      <w:r>
        <w:t xml:space="preserve"> it tells me that this will be </w:t>
      </w:r>
      <w:proofErr w:type="gramStart"/>
      <w:r>
        <w:t>a capital</w:t>
      </w:r>
      <w:proofErr w:type="gramEnd"/>
      <w:r>
        <w:t xml:space="preserve"> B. </w:t>
      </w:r>
      <w:proofErr w:type="gramStart"/>
      <w:r>
        <w:t>Let's</w:t>
      </w:r>
      <w:proofErr w:type="gramEnd"/>
      <w:r>
        <w:t xml:space="preserve"> say I will put in a B by using the Right arrow. </w:t>
      </w:r>
    </w:p>
    <w:p w14:paraId="553C6F81" w14:textId="38F44605" w:rsidR="009C0395" w:rsidRDefault="0051642E" w:rsidP="00DC1FDC">
      <w:r>
        <w:t xml:space="preserve">(device beeps) </w:t>
      </w:r>
    </w:p>
    <w:p w14:paraId="0A8E7FAF" w14:textId="77777777" w:rsidR="009C0395" w:rsidRDefault="0051642E" w:rsidP="00DC1FDC">
      <w:r>
        <w:rPr>
          <w:b/>
        </w:rPr>
        <w:t xml:space="preserve">device voice: </w:t>
      </w:r>
      <w:r>
        <w:t xml:space="preserve">B. Inserted. </w:t>
      </w:r>
    </w:p>
    <w:p w14:paraId="17C50B8F" w14:textId="77777777" w:rsidR="009C0395" w:rsidRDefault="0051642E" w:rsidP="00DC1FDC">
      <w:r>
        <w:rPr>
          <w:b/>
        </w:rPr>
        <w:t xml:space="preserve">Ioana: </w:t>
      </w:r>
      <w:r>
        <w:t xml:space="preserve">Okay, so now, </w:t>
      </w:r>
      <w:proofErr w:type="gramStart"/>
      <w:r>
        <w:t>let's</w:t>
      </w:r>
      <w:proofErr w:type="gramEnd"/>
      <w:r>
        <w:t xml:space="preserve"> say I need </w:t>
      </w:r>
      <w:proofErr w:type="gramStart"/>
      <w:r>
        <w:t>some</w:t>
      </w:r>
      <w:proofErr w:type="gramEnd"/>
      <w:r>
        <w:t xml:space="preserve"> other special characters, or </w:t>
      </w:r>
      <w:proofErr w:type="gramStart"/>
      <w:r>
        <w:t>let's</w:t>
      </w:r>
      <w:proofErr w:type="gramEnd"/>
      <w:r>
        <w:t xml:space="preserve"> see what else do I do with a bookmark key, which is again on the left side of the front face in the middle. </w:t>
      </w:r>
    </w:p>
    <w:p w14:paraId="7D591C27" w14:textId="3C3475FD" w:rsidR="009C0395" w:rsidRDefault="0051642E" w:rsidP="00DC1FDC">
      <w:r>
        <w:t xml:space="preserve">(device beeps) </w:t>
      </w:r>
    </w:p>
    <w:p w14:paraId="5E99EEA4" w14:textId="77777777" w:rsidR="009C0395" w:rsidRDefault="0051642E" w:rsidP="00DC1FDC">
      <w:r>
        <w:rPr>
          <w:b/>
        </w:rPr>
        <w:t xml:space="preserve">device voice: </w:t>
      </w:r>
      <w:r>
        <w:t xml:space="preserve">Numbers. Zero. </w:t>
      </w:r>
    </w:p>
    <w:p w14:paraId="041C0A0C" w14:textId="267DEE7F" w:rsidR="009C0395" w:rsidRDefault="0051642E" w:rsidP="00DC1FDC">
      <w:r>
        <w:rPr>
          <w:b/>
        </w:rPr>
        <w:t xml:space="preserve">Ioana: </w:t>
      </w:r>
      <w:r>
        <w:t>So now I would--</w:t>
      </w:r>
      <w:r w:rsidR="00F7292F">
        <w:t xml:space="preserve"> </w:t>
      </w:r>
      <w:r>
        <w:t xml:space="preserve">Here, I can select numbers if I press again. </w:t>
      </w:r>
    </w:p>
    <w:p w14:paraId="42BA188B" w14:textId="77777777" w:rsidR="009C0395" w:rsidRDefault="0051642E" w:rsidP="00DC1FDC">
      <w:r>
        <w:rPr>
          <w:b/>
        </w:rPr>
        <w:lastRenderedPageBreak/>
        <w:t xml:space="preserve">device voice: </w:t>
      </w:r>
      <w:r>
        <w:t xml:space="preserve">Punctuation. Space. </w:t>
      </w:r>
    </w:p>
    <w:p w14:paraId="784C7073" w14:textId="518A4923" w:rsidR="009C0395" w:rsidRDefault="0051642E" w:rsidP="00DC1FDC">
      <w:r>
        <w:rPr>
          <w:b/>
        </w:rPr>
        <w:t xml:space="preserve">Ioana: </w:t>
      </w:r>
      <w:r>
        <w:t xml:space="preserve">So here we have punctuation, </w:t>
      </w:r>
      <w:proofErr w:type="gramStart"/>
      <w:r>
        <w:t>You</w:t>
      </w:r>
      <w:proofErr w:type="gramEnd"/>
      <w:r>
        <w:t xml:space="preserve"> have space here,</w:t>
      </w:r>
      <w:r w:rsidR="00F7292F">
        <w:t xml:space="preserve"> </w:t>
      </w:r>
      <w:r>
        <w:t xml:space="preserve">but you could also, you know... </w:t>
      </w:r>
    </w:p>
    <w:p w14:paraId="2782D175" w14:textId="3066B561" w:rsidR="009C0395" w:rsidRDefault="0051642E" w:rsidP="00DC1FDC">
      <w:r>
        <w:t xml:space="preserve">(device beeping) </w:t>
      </w:r>
    </w:p>
    <w:p w14:paraId="7DC19685" w14:textId="76F8A3CB" w:rsidR="009C0395" w:rsidRDefault="0051642E" w:rsidP="00DC1FDC">
      <w:r>
        <w:rPr>
          <w:b/>
        </w:rPr>
        <w:t xml:space="preserve">device voice: </w:t>
      </w:r>
      <w:r>
        <w:t xml:space="preserve">Period. Comma. Question mark. </w:t>
      </w:r>
    </w:p>
    <w:p w14:paraId="06B8719E" w14:textId="4F4FDC3C" w:rsidR="009C0395" w:rsidRDefault="00B06F04" w:rsidP="00DC1FDC">
      <w:r>
        <w:rPr>
          <w:b/>
        </w:rPr>
        <w:t xml:space="preserve">Ioana: </w:t>
      </w:r>
      <w:r>
        <w:t xml:space="preserve">All sorts of punctuation things. </w:t>
      </w:r>
    </w:p>
    <w:p w14:paraId="6CEB7344" w14:textId="362A31D6" w:rsidR="009C0395" w:rsidRDefault="0051642E" w:rsidP="00DC1FDC">
      <w:r>
        <w:rPr>
          <w:b/>
        </w:rPr>
        <w:t xml:space="preserve">device voice: </w:t>
      </w:r>
      <w:r>
        <w:t>Special.</w:t>
      </w:r>
      <w:r w:rsidR="00F7292F">
        <w:t xml:space="preserve"> </w:t>
      </w:r>
      <w:r>
        <w:t xml:space="preserve">Exclamation mark. </w:t>
      </w:r>
    </w:p>
    <w:p w14:paraId="1FB1F2BD" w14:textId="77777777" w:rsidR="009C0395" w:rsidRDefault="0051642E" w:rsidP="00DC1FDC">
      <w:r>
        <w:rPr>
          <w:b/>
        </w:rPr>
        <w:t xml:space="preserve">Ioana: </w:t>
      </w:r>
      <w:proofErr w:type="gramStart"/>
      <w:r>
        <w:t>So</w:t>
      </w:r>
      <w:proofErr w:type="gramEnd"/>
      <w:r>
        <w:t xml:space="preserve"> if you have special characters, </w:t>
      </w:r>
      <w:proofErr w:type="gramStart"/>
      <w:r>
        <w:t>probably you</w:t>
      </w:r>
      <w:proofErr w:type="gramEnd"/>
      <w:r>
        <w:t xml:space="preserve"> have </w:t>
      </w:r>
      <w:proofErr w:type="gramStart"/>
      <w:r>
        <w:t>all less</w:t>
      </w:r>
      <w:proofErr w:type="gramEnd"/>
      <w:r>
        <w:t xml:space="preserve">-used characters. </w:t>
      </w:r>
    </w:p>
    <w:p w14:paraId="08B9FA08" w14:textId="0E8B7C7C" w:rsidR="009C0395" w:rsidRDefault="0051642E" w:rsidP="00DC1FDC">
      <w:r>
        <w:t>(device beeps)</w:t>
      </w:r>
      <w:r w:rsidR="00F7292F">
        <w:t xml:space="preserve"> </w:t>
      </w:r>
    </w:p>
    <w:p w14:paraId="61B9AF50" w14:textId="768223F4" w:rsidR="009C0395" w:rsidRDefault="00B06F04" w:rsidP="00DC1FDC">
      <w:r>
        <w:rPr>
          <w:b/>
        </w:rPr>
        <w:t xml:space="preserve">device voice: </w:t>
      </w:r>
      <w:r>
        <w:t xml:space="preserve">At. Pound sign. </w:t>
      </w:r>
    </w:p>
    <w:p w14:paraId="2B8788EC" w14:textId="77777777" w:rsidR="009C0395" w:rsidRDefault="0051642E" w:rsidP="00DC1FDC">
      <w:r>
        <w:rPr>
          <w:b/>
        </w:rPr>
        <w:t xml:space="preserve">Ioana: </w:t>
      </w:r>
      <w:r>
        <w:t xml:space="preserve">Okay. </w:t>
      </w:r>
      <w:proofErr w:type="gramStart"/>
      <w:r>
        <w:t>So</w:t>
      </w:r>
      <w:proofErr w:type="gramEnd"/>
      <w:r>
        <w:t xml:space="preserve"> </w:t>
      </w:r>
      <w:proofErr w:type="gramStart"/>
      <w:r>
        <w:t>let's</w:t>
      </w:r>
      <w:proofErr w:type="gramEnd"/>
      <w:r>
        <w:t xml:space="preserve"> say I need pound sign. </w:t>
      </w:r>
    </w:p>
    <w:p w14:paraId="099C9F0D" w14:textId="7E584752" w:rsidR="009C0395" w:rsidRDefault="0051642E" w:rsidP="00DC1FDC">
      <w:r>
        <w:t>(device beeps)</w:t>
      </w:r>
      <w:r w:rsidR="00F7292F">
        <w:t xml:space="preserve"> </w:t>
      </w:r>
    </w:p>
    <w:p w14:paraId="588E7CFA" w14:textId="3011E4E4" w:rsidR="009C0395" w:rsidRDefault="00334099" w:rsidP="00DC1FDC">
      <w:r>
        <w:rPr>
          <w:b/>
        </w:rPr>
        <w:t xml:space="preserve">device voice: </w:t>
      </w:r>
      <w:r>
        <w:t xml:space="preserve">Pound sign. Inserted. </w:t>
      </w:r>
    </w:p>
    <w:p w14:paraId="6D5D790E" w14:textId="0A455A2C" w:rsidR="009C0395" w:rsidRDefault="0051642E" w:rsidP="00DC1FDC">
      <w:r>
        <w:rPr>
          <w:b/>
        </w:rPr>
        <w:t xml:space="preserve">Ioana: </w:t>
      </w:r>
      <w:r>
        <w:t xml:space="preserve">I can now double check what </w:t>
      </w:r>
      <w:proofErr w:type="gramStart"/>
      <w:r>
        <w:t>did I</w:t>
      </w:r>
      <w:proofErr w:type="gramEnd"/>
      <w:r>
        <w:t xml:space="preserve">-- Oh, </w:t>
      </w:r>
      <w:proofErr w:type="gramStart"/>
      <w:r>
        <w:t>let's</w:t>
      </w:r>
      <w:proofErr w:type="gramEnd"/>
      <w:r>
        <w:t xml:space="preserve"> say you make a mistake. What do you do? If you insert a character with the right arrow,</w:t>
      </w:r>
      <w:r w:rsidR="00F7292F">
        <w:t xml:space="preserve"> </w:t>
      </w:r>
      <w:r>
        <w:t>to delete it, you delete it</w:t>
      </w:r>
      <w:r w:rsidR="00F7292F">
        <w:t xml:space="preserve"> </w:t>
      </w:r>
      <w:r>
        <w:t>with the left arrow.</w:t>
      </w:r>
      <w:r w:rsidR="00F7292F">
        <w:t xml:space="preserve"> </w:t>
      </w:r>
    </w:p>
    <w:p w14:paraId="35FA000E" w14:textId="3EBEE96B" w:rsidR="009C0395" w:rsidRDefault="0051642E" w:rsidP="00DC1FDC">
      <w:r>
        <w:t xml:space="preserve">(device beeps) </w:t>
      </w:r>
    </w:p>
    <w:p w14:paraId="16ACAF9F" w14:textId="2D827024" w:rsidR="009C0395" w:rsidRDefault="0051642E" w:rsidP="00DC1FDC">
      <w:r>
        <w:rPr>
          <w:b/>
        </w:rPr>
        <w:t xml:space="preserve">device voice: </w:t>
      </w:r>
      <w:r>
        <w:t xml:space="preserve">Pound sign. Deleted. Pound sign. </w:t>
      </w:r>
    </w:p>
    <w:p w14:paraId="43663735" w14:textId="12BE2EDF" w:rsidR="009C0395" w:rsidRDefault="00F43820" w:rsidP="00DC1FDC">
      <w:r>
        <w:rPr>
          <w:b/>
        </w:rPr>
        <w:t xml:space="preserve">Ioana: </w:t>
      </w:r>
      <w:r>
        <w:t xml:space="preserve">Okay. Yes, so </w:t>
      </w:r>
      <w:proofErr w:type="gramStart"/>
      <w:r>
        <w:t>I'm</w:t>
      </w:r>
      <w:proofErr w:type="gramEnd"/>
      <w:r>
        <w:t xml:space="preserve"> still hovering</w:t>
      </w:r>
      <w:r w:rsidR="00F7292F">
        <w:t xml:space="preserve"> </w:t>
      </w:r>
      <w:r>
        <w:t>on the pound sign. I could insert it if I want. Again, with the Fast-forward button, I will hear what I have entered so far.</w:t>
      </w:r>
      <w:r w:rsidR="00F7292F">
        <w:t xml:space="preserve"> </w:t>
      </w:r>
    </w:p>
    <w:p w14:paraId="4360B6CF" w14:textId="476850E1" w:rsidR="009C0395" w:rsidRDefault="0051642E" w:rsidP="00DC1FDC">
      <w:r>
        <w:t xml:space="preserve">(device beeps) </w:t>
      </w:r>
    </w:p>
    <w:p w14:paraId="7051F2C5" w14:textId="6567BD91" w:rsidR="009C0395" w:rsidRDefault="0051642E" w:rsidP="00DC1FDC">
      <w:r>
        <w:rPr>
          <w:b/>
        </w:rPr>
        <w:t xml:space="preserve">device voice: </w:t>
      </w:r>
      <w:r>
        <w:t>B. B.</w:t>
      </w:r>
      <w:r w:rsidR="00F7292F">
        <w:t xml:space="preserve"> </w:t>
      </w:r>
    </w:p>
    <w:p w14:paraId="12DB6C06" w14:textId="1578BE30" w:rsidR="009C0395" w:rsidRDefault="0051642E" w:rsidP="00DC1FDC">
      <w:r>
        <w:rPr>
          <w:b/>
        </w:rPr>
        <w:t xml:space="preserve">Ioana: </w:t>
      </w:r>
      <w:proofErr w:type="gramStart"/>
      <w:r>
        <w:t>So</w:t>
      </w:r>
      <w:proofErr w:type="gramEnd"/>
      <w:r>
        <w:t xml:space="preserve"> I just entered two </w:t>
      </w:r>
      <w:proofErr w:type="gramStart"/>
      <w:r>
        <w:t>B's</w:t>
      </w:r>
      <w:proofErr w:type="gramEnd"/>
      <w:r>
        <w:t>. Okay. I mean, no, just one B,</w:t>
      </w:r>
      <w:r w:rsidR="00F7292F">
        <w:t xml:space="preserve"> </w:t>
      </w:r>
      <w:r>
        <w:t>but it tells me the word B, and then it spells it,</w:t>
      </w:r>
      <w:r w:rsidR="00F7292F">
        <w:t xml:space="preserve"> </w:t>
      </w:r>
      <w:r>
        <w:t xml:space="preserve">which happens to be the same thing because we only had one letter. Now, I will not create this, it was just a test... If this was a real situation, once </w:t>
      </w:r>
      <w:proofErr w:type="gramStart"/>
      <w:r>
        <w:t>I'm</w:t>
      </w:r>
      <w:proofErr w:type="gramEnd"/>
      <w:r>
        <w:t xml:space="preserve"> done entering </w:t>
      </w:r>
      <w:r>
        <w:lastRenderedPageBreak/>
        <w:t xml:space="preserve">the username and password, I can just press the Play button, which is the key that we confirm everything, and it will automatically create the account and connect to your bookshelf. I will just cancel that. And I think you can just do it by holding the information key. </w:t>
      </w:r>
    </w:p>
    <w:p w14:paraId="2542FBEF" w14:textId="77777777" w:rsidR="00B81874" w:rsidRDefault="0051642E" w:rsidP="00DC1FDC">
      <w:r>
        <w:t xml:space="preserve">(device beeps </w:t>
      </w:r>
      <w:proofErr w:type="gramStart"/>
      <w:r>
        <w:t>in</w:t>
      </w:r>
      <w:proofErr w:type="gramEnd"/>
      <w:r>
        <w:t xml:space="preserve"> a higher pitch) </w:t>
      </w:r>
    </w:p>
    <w:p w14:paraId="58E0F0E3" w14:textId="51CD4AD6" w:rsidR="009C0395" w:rsidRDefault="00B81874" w:rsidP="00DC1FDC">
      <w:r>
        <w:t xml:space="preserve">--No, it </w:t>
      </w:r>
      <w:proofErr w:type="gramStart"/>
      <w:r>
        <w:t>doesn’t</w:t>
      </w:r>
      <w:proofErr w:type="gramEnd"/>
      <w:r>
        <w:t xml:space="preserve"> work, but then you can do it with the Eject, like the key that you would use on the 4M to eject a CD. You use this key also to delete books. </w:t>
      </w:r>
      <w:proofErr w:type="gramStart"/>
      <w:r>
        <w:t>So</w:t>
      </w:r>
      <w:proofErr w:type="gramEnd"/>
      <w:r>
        <w:t xml:space="preserve"> </w:t>
      </w:r>
      <w:proofErr w:type="gramStart"/>
      <w:r>
        <w:t>I'll</w:t>
      </w:r>
      <w:proofErr w:type="gramEnd"/>
      <w:r>
        <w:t xml:space="preserve"> press and hold. </w:t>
      </w:r>
    </w:p>
    <w:p w14:paraId="48861233" w14:textId="258C3A47" w:rsidR="009C0395" w:rsidRDefault="0051642E" w:rsidP="00DC1FDC">
      <w:r>
        <w:t xml:space="preserve">(device beeps) </w:t>
      </w:r>
    </w:p>
    <w:p w14:paraId="5A751148" w14:textId="77777777" w:rsidR="009C0395" w:rsidRDefault="0051642E" w:rsidP="00DC1FDC">
      <w:r>
        <w:rPr>
          <w:b/>
        </w:rPr>
        <w:t xml:space="preserve">device voice: </w:t>
      </w:r>
      <w:r>
        <w:t xml:space="preserve">Cancel. Add account. </w:t>
      </w:r>
    </w:p>
    <w:p w14:paraId="5824E06E" w14:textId="08A37C80" w:rsidR="009C0395" w:rsidRDefault="0051642E" w:rsidP="00DC1FDC">
      <w:r>
        <w:rPr>
          <w:b/>
        </w:rPr>
        <w:t xml:space="preserve">Ioana: </w:t>
      </w:r>
      <w:r>
        <w:t xml:space="preserve">So, </w:t>
      </w:r>
      <w:proofErr w:type="gramStart"/>
      <w:r>
        <w:t>I'm</w:t>
      </w:r>
      <w:proofErr w:type="gramEnd"/>
      <w:r>
        <w:t xml:space="preserve"> still in the </w:t>
      </w:r>
      <w:proofErr w:type="spellStart"/>
      <w:r>
        <w:t>add</w:t>
      </w:r>
      <w:proofErr w:type="spellEnd"/>
      <w:r>
        <w:t xml:space="preserve"> account menu, but it gives you an idea. </w:t>
      </w:r>
      <w:proofErr w:type="gramStart"/>
      <w:r>
        <w:t>Basically, if</w:t>
      </w:r>
      <w:proofErr w:type="gramEnd"/>
      <w:r>
        <w:t xml:space="preserve"> you want to use your own ability to enter, to insert the information with menus, you can do that. But again, the simpler method </w:t>
      </w:r>
      <w:proofErr w:type="gramStart"/>
      <w:r>
        <w:t>probably is</w:t>
      </w:r>
      <w:proofErr w:type="gramEnd"/>
      <w:r>
        <w:t xml:space="preserve"> to just ask us. Give us the information and </w:t>
      </w:r>
      <w:proofErr w:type="gramStart"/>
      <w:r>
        <w:t>we'll</w:t>
      </w:r>
      <w:proofErr w:type="gramEnd"/>
      <w:r>
        <w:t xml:space="preserve"> send you that file, and we can do it that way. This way, you </w:t>
      </w:r>
      <w:proofErr w:type="gramStart"/>
      <w:r>
        <w:t>don't</w:t>
      </w:r>
      <w:proofErr w:type="gramEnd"/>
      <w:r w:rsidR="00F7292F">
        <w:t xml:space="preserve"> </w:t>
      </w:r>
      <w:r>
        <w:t xml:space="preserve">have to navigate through all these letters and special characters, </w:t>
      </w:r>
      <w:proofErr w:type="gramStart"/>
      <w:r>
        <w:t>etc.</w:t>
      </w:r>
      <w:proofErr w:type="gramEnd"/>
      <w:r>
        <w:t xml:space="preserve"> Okay, so </w:t>
      </w:r>
      <w:proofErr w:type="gramStart"/>
      <w:r>
        <w:t>let's</w:t>
      </w:r>
      <w:proofErr w:type="gramEnd"/>
      <w:r>
        <w:t xml:space="preserve"> see. Now that we’ve... now that </w:t>
      </w:r>
      <w:proofErr w:type="gramStart"/>
      <w:r>
        <w:t>we've</w:t>
      </w:r>
      <w:proofErr w:type="gramEnd"/>
      <w:r>
        <w:t xml:space="preserve"> gotten connected to your account... </w:t>
      </w:r>
      <w:proofErr w:type="gramStart"/>
      <w:r>
        <w:t>Let's</w:t>
      </w:r>
      <w:proofErr w:type="gramEnd"/>
      <w:r>
        <w:t xml:space="preserve"> say </w:t>
      </w:r>
      <w:proofErr w:type="gramStart"/>
      <w:r>
        <w:t>we've</w:t>
      </w:r>
      <w:proofErr w:type="gramEnd"/>
      <w:r>
        <w:t xml:space="preserve"> created our-- </w:t>
      </w:r>
      <w:proofErr w:type="gramStart"/>
      <w:r>
        <w:t>we've</w:t>
      </w:r>
      <w:proofErr w:type="gramEnd"/>
      <w:r>
        <w:t xml:space="preserve"> connected to </w:t>
      </w:r>
      <w:proofErr w:type="gramStart"/>
      <w:r>
        <w:t>Wi-Fi,</w:t>
      </w:r>
      <w:proofErr w:type="gramEnd"/>
      <w:r>
        <w:t xml:space="preserve"> </w:t>
      </w:r>
      <w:proofErr w:type="gramStart"/>
      <w:r>
        <w:t>we've</w:t>
      </w:r>
      <w:proofErr w:type="gramEnd"/>
      <w:r>
        <w:t xml:space="preserve"> created your account... Then-- And, </w:t>
      </w:r>
      <w:proofErr w:type="gramStart"/>
      <w:r>
        <w:t>Faline</w:t>
      </w:r>
      <w:proofErr w:type="gramEnd"/>
      <w:r>
        <w:t xml:space="preserve"> I will ask you to </w:t>
      </w:r>
      <w:r>
        <w:t xml:space="preserve">play a video, because we have a video of how to use the player to connect to your bookshelf and choose a book. </w:t>
      </w:r>
    </w:p>
    <w:p w14:paraId="2F67958E" w14:textId="719FAF41" w:rsidR="00B9259C" w:rsidRDefault="00B9259C" w:rsidP="00B9259C">
      <w:pPr>
        <w:pStyle w:val="Heading2"/>
      </w:pPr>
      <w:r>
        <w:t>Choosing a book from the Direct to Player bookshelf</w:t>
      </w:r>
    </w:p>
    <w:p w14:paraId="3B611DCD" w14:textId="43B79774" w:rsidR="000526B9" w:rsidRPr="000526B9" w:rsidRDefault="000526B9" w:rsidP="000526B9">
      <w:r>
        <w:t>00:</w:t>
      </w:r>
      <w:r w:rsidR="00E65512">
        <w:t>38:10</w:t>
      </w:r>
    </w:p>
    <w:p w14:paraId="5EF31D90" w14:textId="287787A0" w:rsidR="009C0395" w:rsidRDefault="0051642E" w:rsidP="00DC1FDC">
      <w:r>
        <w:rPr>
          <w:b/>
        </w:rPr>
        <w:t xml:space="preserve">Faline: </w:t>
      </w:r>
      <w:r>
        <w:t xml:space="preserve">So, </w:t>
      </w:r>
      <w:proofErr w:type="gramStart"/>
      <w:r>
        <w:t>“Choosing</w:t>
      </w:r>
      <w:proofErr w:type="gramEnd"/>
      <w:r>
        <w:t xml:space="preserve"> a book from Direct to Player </w:t>
      </w:r>
      <w:proofErr w:type="gramStart"/>
      <w:r>
        <w:t>bookshelf”?</w:t>
      </w:r>
      <w:proofErr w:type="gramEnd"/>
      <w:r>
        <w:t xml:space="preserve"> Okay. </w:t>
      </w:r>
      <w:proofErr w:type="gramStart"/>
      <w:r>
        <w:t>So</w:t>
      </w:r>
      <w:proofErr w:type="gramEnd"/>
      <w:r>
        <w:t xml:space="preserve"> I will...</w:t>
      </w:r>
      <w:r w:rsidR="0076218C">
        <w:t xml:space="preserve"> </w:t>
      </w:r>
      <w:r>
        <w:t xml:space="preserve">play that. </w:t>
      </w:r>
    </w:p>
    <w:p w14:paraId="2B715207" w14:textId="5CF1C03C" w:rsidR="0076218C" w:rsidRPr="0076218C" w:rsidRDefault="0076218C" w:rsidP="00DC1FDC">
      <w:pPr>
        <w:rPr>
          <w:lang w:val="en-CA"/>
        </w:rPr>
      </w:pPr>
      <w:r>
        <w:rPr>
          <w:lang w:val="en-CA"/>
        </w:rPr>
        <w:t>[Start of demo video]</w:t>
      </w:r>
    </w:p>
    <w:p w14:paraId="2FC2125A" w14:textId="5AD8F18B" w:rsidR="009C0395" w:rsidRDefault="0051642E" w:rsidP="00DC1FDC">
      <w:r>
        <w:rPr>
          <w:b/>
        </w:rPr>
        <w:t xml:space="preserve">presenter: </w:t>
      </w:r>
      <w:r>
        <w:t>Turn on the player</w:t>
      </w:r>
      <w:r w:rsidR="00F7292F">
        <w:t xml:space="preserve"> </w:t>
      </w:r>
      <w:r>
        <w:t xml:space="preserve">by pressing and holding down the circular power key at the </w:t>
      </w:r>
      <w:proofErr w:type="gramStart"/>
      <w:r>
        <w:t>right hand</w:t>
      </w:r>
      <w:proofErr w:type="gramEnd"/>
      <w:r>
        <w:t xml:space="preserve"> side of your device. </w:t>
      </w:r>
    </w:p>
    <w:p w14:paraId="4346D5E5" w14:textId="77777777" w:rsidR="009C0395" w:rsidRDefault="0051642E" w:rsidP="00DC1FDC">
      <w:r>
        <w:t xml:space="preserve">(device beeps) </w:t>
      </w:r>
    </w:p>
    <w:p w14:paraId="0F888BCF" w14:textId="77777777" w:rsidR="009C0395" w:rsidRDefault="0051642E" w:rsidP="00DC1FDC">
      <w:r>
        <w:t xml:space="preserve">Wait </w:t>
      </w:r>
      <w:proofErr w:type="gramStart"/>
      <w:r>
        <w:t>a few</w:t>
      </w:r>
      <w:proofErr w:type="gramEnd"/>
      <w:r>
        <w:t xml:space="preserve"> seconds and your player will start. </w:t>
      </w:r>
    </w:p>
    <w:p w14:paraId="046840F8" w14:textId="77777777" w:rsidR="009C0395" w:rsidRDefault="0051642E" w:rsidP="00DC1FDC">
      <w:r>
        <w:rPr>
          <w:b/>
        </w:rPr>
        <w:lastRenderedPageBreak/>
        <w:t xml:space="preserve">Victor Reader: </w:t>
      </w:r>
      <w:r>
        <w:t xml:space="preserve">Welcome to Victor Reader </w:t>
      </w:r>
    </w:p>
    <w:p w14:paraId="2E91297C" w14:textId="77777777" w:rsidR="009C0395" w:rsidRDefault="0051642E" w:rsidP="00DC1FDC">
      <w:r>
        <w:rPr>
          <w:b/>
        </w:rPr>
        <w:t xml:space="preserve">presenter: </w:t>
      </w:r>
      <w:r>
        <w:t xml:space="preserve">I will now pause the player. </w:t>
      </w:r>
    </w:p>
    <w:p w14:paraId="11F14727" w14:textId="4457D94F" w:rsidR="009C0395" w:rsidRDefault="0051642E" w:rsidP="00DC1FDC">
      <w:r>
        <w:rPr>
          <w:b/>
        </w:rPr>
        <w:t xml:space="preserve">book narrator: </w:t>
      </w:r>
      <w:r>
        <w:t>...in a society</w:t>
      </w:r>
      <w:r w:rsidR="00F7292F">
        <w:t xml:space="preserve"> </w:t>
      </w:r>
      <w:r>
        <w:t xml:space="preserve">where people can no longer-- </w:t>
      </w:r>
    </w:p>
    <w:p w14:paraId="7043531F" w14:textId="77777777" w:rsidR="009C0395" w:rsidRDefault="0051642E" w:rsidP="00DC1FDC">
      <w:r>
        <w:rPr>
          <w:b/>
        </w:rPr>
        <w:t xml:space="preserve">Victor Reader: </w:t>
      </w:r>
      <w:r>
        <w:t xml:space="preserve">Connected to Wi-Fi. </w:t>
      </w:r>
    </w:p>
    <w:p w14:paraId="61D8AFB1" w14:textId="14CC39B2" w:rsidR="009C0395" w:rsidRDefault="0051642E" w:rsidP="00DC1FDC">
      <w:r>
        <w:rPr>
          <w:b/>
        </w:rPr>
        <w:t xml:space="preserve">presenter: </w:t>
      </w:r>
      <w:r>
        <w:t>Your player</w:t>
      </w:r>
      <w:r w:rsidR="00F7292F">
        <w:t xml:space="preserve"> </w:t>
      </w:r>
      <w:r>
        <w:t>will then begin downloading books and magazines on your player. This could take between 5 and 30 minutes. To find books and magazines</w:t>
      </w:r>
      <w:r w:rsidR="00F7292F">
        <w:t xml:space="preserve"> </w:t>
      </w:r>
      <w:r>
        <w:t xml:space="preserve">on your bookshelf, press the Bookshelf key, which is a square button on the left side of the player. </w:t>
      </w:r>
    </w:p>
    <w:p w14:paraId="50D8F4A3" w14:textId="2A8C9B46" w:rsidR="009C0395" w:rsidRDefault="0051642E" w:rsidP="00DC1FDC">
      <w:r>
        <w:t xml:space="preserve">(device beeps) </w:t>
      </w:r>
    </w:p>
    <w:p w14:paraId="2E2DFB2A" w14:textId="77777777" w:rsidR="009C0395" w:rsidRDefault="0051642E" w:rsidP="00DC1FDC">
      <w:r>
        <w:rPr>
          <w:b/>
        </w:rPr>
        <w:t xml:space="preserve">Victor Reader: </w:t>
      </w:r>
      <w:r>
        <w:t xml:space="preserve">Bookshelf. </w:t>
      </w:r>
    </w:p>
    <w:p w14:paraId="35094DF4" w14:textId="77777777" w:rsidR="009C0395" w:rsidRDefault="0051642E" w:rsidP="00DC1FDC">
      <w:r>
        <w:rPr>
          <w:b/>
        </w:rPr>
        <w:t xml:space="preserve">device voice: </w:t>
      </w:r>
      <w:r>
        <w:t xml:space="preserve">CELA Direct to Player. </w:t>
      </w:r>
    </w:p>
    <w:p w14:paraId="41005F5C" w14:textId="77777777" w:rsidR="009C0395" w:rsidRDefault="0051642E" w:rsidP="00DC1FDC">
      <w:r>
        <w:rPr>
          <w:b/>
        </w:rPr>
        <w:t xml:space="preserve">Victor Reader: </w:t>
      </w:r>
      <w:r>
        <w:t xml:space="preserve">Seventeen books. Sixteen </w:t>
      </w:r>
    </w:p>
    <w:p w14:paraId="46571E78" w14:textId="77777777" w:rsidR="009C0395" w:rsidRDefault="0051642E" w:rsidP="00DC1FDC">
      <w:r>
        <w:rPr>
          <w:b/>
        </w:rPr>
        <w:t xml:space="preserve">book narrator: </w:t>
      </w:r>
      <w:r>
        <w:t xml:space="preserve">“Truth Telling: Seven conversations about Indigenous life in Canada.” </w:t>
      </w:r>
    </w:p>
    <w:p w14:paraId="1738B777" w14:textId="71E5998F" w:rsidR="009C0395" w:rsidRDefault="0051642E" w:rsidP="00DC1FDC">
      <w:r>
        <w:rPr>
          <w:b/>
        </w:rPr>
        <w:t xml:space="preserve">presenter: </w:t>
      </w:r>
      <w:r>
        <w:t>To select the title,</w:t>
      </w:r>
      <w:r w:rsidR="00F7292F">
        <w:t xml:space="preserve"> </w:t>
      </w:r>
      <w:r>
        <w:t xml:space="preserve">press the Play/Stop key near the bottom of the player. </w:t>
      </w:r>
      <w:proofErr w:type="gramStart"/>
      <w:r>
        <w:t>It's</w:t>
      </w:r>
      <w:proofErr w:type="gramEnd"/>
      <w:r>
        <w:t xml:space="preserve"> an orange square with a circular indent in the middle. </w:t>
      </w:r>
    </w:p>
    <w:p w14:paraId="75E309D9" w14:textId="77777777" w:rsidR="009C0395" w:rsidRDefault="0051642E" w:rsidP="00DC1FDC">
      <w:r>
        <w:t xml:space="preserve">(device beeps) </w:t>
      </w:r>
    </w:p>
    <w:p w14:paraId="21FDBDD3" w14:textId="2637628B" w:rsidR="009C0395" w:rsidRDefault="0051642E" w:rsidP="00DC1FDC">
      <w:r>
        <w:rPr>
          <w:b/>
        </w:rPr>
        <w:t xml:space="preserve">book narrator: </w:t>
      </w:r>
      <w:proofErr w:type="gramStart"/>
      <w:r>
        <w:t>...“</w:t>
      </w:r>
      <w:proofErr w:type="gramEnd"/>
      <w:r>
        <w:t>rely on</w:t>
      </w:r>
      <w:r w:rsidR="00F7292F">
        <w:t xml:space="preserve"> </w:t>
      </w:r>
      <w:r>
        <w:t xml:space="preserve">the institutions to tell them the truth. The truth must come from culture and art.” John Trudell. </w:t>
      </w:r>
    </w:p>
    <w:p w14:paraId="1E680206" w14:textId="73D2B888" w:rsidR="009C0395" w:rsidRDefault="0051642E" w:rsidP="00DC1FDC">
      <w:r>
        <w:rPr>
          <w:b/>
        </w:rPr>
        <w:t xml:space="preserve">presenter: </w:t>
      </w:r>
      <w:r>
        <w:t>To pause the book,</w:t>
      </w:r>
      <w:r w:rsidR="00F7292F">
        <w:t xml:space="preserve"> </w:t>
      </w:r>
      <w:r>
        <w:t xml:space="preserve">press Play/Start. </w:t>
      </w:r>
    </w:p>
    <w:p w14:paraId="172266C4" w14:textId="77777777" w:rsidR="009C0395" w:rsidRDefault="0051642E" w:rsidP="00DC1FDC">
      <w:r>
        <w:t xml:space="preserve">(device beeps) </w:t>
      </w:r>
    </w:p>
    <w:p w14:paraId="444242E5" w14:textId="7C4DDDE7" w:rsidR="00BA4858" w:rsidRDefault="00BA4858" w:rsidP="00DC1FDC">
      <w:r>
        <w:t>[End of demo video]</w:t>
      </w:r>
    </w:p>
    <w:p w14:paraId="1DCD24BA" w14:textId="322367CE" w:rsidR="009C0395" w:rsidRDefault="0051642E" w:rsidP="00DC1FDC">
      <w:r>
        <w:rPr>
          <w:b/>
        </w:rPr>
        <w:t xml:space="preserve">Ioana: </w:t>
      </w:r>
      <w:r>
        <w:t>Okay, so this</w:t>
      </w:r>
      <w:r w:rsidR="00F7292F">
        <w:t xml:space="preserve"> </w:t>
      </w:r>
      <w:r>
        <w:t xml:space="preserve">was a brief overview, and we can-- </w:t>
      </w:r>
    </w:p>
    <w:p w14:paraId="025D21C6" w14:textId="77777777" w:rsidR="00BA4858" w:rsidRDefault="0051642E" w:rsidP="00DC1FDC">
      <w:r>
        <w:rPr>
          <w:b/>
        </w:rPr>
        <w:t xml:space="preserve">presenter: </w:t>
      </w:r>
      <w:r>
        <w:t xml:space="preserve">Turn on the player by-- -Oops, sorry. </w:t>
      </w:r>
    </w:p>
    <w:p w14:paraId="37B00196" w14:textId="20EAFA7E" w:rsidR="009C0395" w:rsidRDefault="0051642E" w:rsidP="00DC1FDC">
      <w:r>
        <w:rPr>
          <w:b/>
        </w:rPr>
        <w:t xml:space="preserve">Ioana: </w:t>
      </w:r>
      <w:r w:rsidR="00AD6BCA">
        <w:t xml:space="preserve">No worries. </w:t>
      </w:r>
      <w:r>
        <w:t>Now you can pause,</w:t>
      </w:r>
      <w:r w:rsidR="00F7292F">
        <w:t xml:space="preserve"> </w:t>
      </w:r>
      <w:r>
        <w:t xml:space="preserve">stop the screen </w:t>
      </w:r>
      <w:proofErr w:type="gramStart"/>
      <w:r>
        <w:t>share</w:t>
      </w:r>
      <w:proofErr w:type="gramEnd"/>
      <w:r>
        <w:t xml:space="preserve"> -so we can... -Okay. </w:t>
      </w:r>
    </w:p>
    <w:p w14:paraId="7639B9F2" w14:textId="77777777" w:rsidR="009C0395" w:rsidRDefault="0051642E" w:rsidP="00DC1FDC">
      <w:r>
        <w:rPr>
          <w:b/>
        </w:rPr>
        <w:lastRenderedPageBreak/>
        <w:t xml:space="preserve">Ioana: </w:t>
      </w:r>
      <w:r>
        <w:t xml:space="preserve">That would be great. Let me know when </w:t>
      </w:r>
      <w:proofErr w:type="gramStart"/>
      <w:r>
        <w:t>that's</w:t>
      </w:r>
      <w:proofErr w:type="gramEnd"/>
      <w:r>
        <w:t xml:space="preserve"> done. </w:t>
      </w:r>
    </w:p>
    <w:p w14:paraId="1F9F6CAE" w14:textId="77777777" w:rsidR="009C0395" w:rsidRDefault="0051642E" w:rsidP="00DC1FDC">
      <w:r>
        <w:rPr>
          <w:b/>
        </w:rPr>
        <w:t xml:space="preserve">Faline: </w:t>
      </w:r>
      <w:r>
        <w:t xml:space="preserve">Yeah, I stopped sharing so hopefully </w:t>
      </w:r>
      <w:proofErr w:type="gramStart"/>
      <w:r>
        <w:t>it's</w:t>
      </w:r>
      <w:proofErr w:type="gramEnd"/>
      <w:r>
        <w:t xml:space="preserve"> visible again, the machine. </w:t>
      </w:r>
    </w:p>
    <w:p w14:paraId="7F506D53" w14:textId="717429EB" w:rsidR="00AD6BCA" w:rsidRDefault="00AD6BCA" w:rsidP="00907DD7">
      <w:pPr>
        <w:pStyle w:val="Heading2"/>
      </w:pPr>
      <w:r>
        <w:t>Playing a book</w:t>
      </w:r>
    </w:p>
    <w:p w14:paraId="153A3025" w14:textId="342E32F1" w:rsidR="00907DD7" w:rsidRPr="00907DD7" w:rsidRDefault="00907DD7" w:rsidP="00907DD7">
      <w:r>
        <w:t>00:40:10</w:t>
      </w:r>
    </w:p>
    <w:p w14:paraId="42191B1D" w14:textId="77777777" w:rsidR="009C0395" w:rsidRDefault="0051642E" w:rsidP="00DC1FDC">
      <w:r>
        <w:rPr>
          <w:b/>
        </w:rPr>
        <w:t xml:space="preserve">Ioana: </w:t>
      </w:r>
      <w:r>
        <w:t xml:space="preserve">Okay. Thank you. </w:t>
      </w:r>
      <w:proofErr w:type="gramStart"/>
      <w:r>
        <w:t>So</w:t>
      </w:r>
      <w:proofErr w:type="gramEnd"/>
      <w:r>
        <w:t xml:space="preserve"> </w:t>
      </w:r>
      <w:proofErr w:type="gramStart"/>
      <w:r>
        <w:t>let's</w:t>
      </w:r>
      <w:proofErr w:type="gramEnd"/>
      <w:r>
        <w:t xml:space="preserve">... </w:t>
      </w:r>
      <w:proofErr w:type="gramStart"/>
      <w:r>
        <w:t>let's</w:t>
      </w:r>
      <w:proofErr w:type="gramEnd"/>
      <w:r>
        <w:t xml:space="preserve"> see what happens if we want to select a book and then look at the playback options that we have. What options do we have when we are playing a book? </w:t>
      </w:r>
    </w:p>
    <w:p w14:paraId="58320173" w14:textId="669EFBBA" w:rsidR="009C0395" w:rsidRDefault="0012204F" w:rsidP="00DC1FDC">
      <w:r>
        <w:rPr>
          <w:b/>
        </w:rPr>
        <w:t xml:space="preserve">Alexa voice: </w:t>
      </w:r>
      <w:r>
        <w:t>What can I help you with?</w:t>
      </w:r>
      <w:r w:rsidR="00F7292F">
        <w:t xml:space="preserve"> </w:t>
      </w:r>
    </w:p>
    <w:p w14:paraId="45A692AE" w14:textId="22B41577" w:rsidR="009C0395" w:rsidRDefault="0051642E" w:rsidP="00DC1FDC">
      <w:r>
        <w:rPr>
          <w:b/>
        </w:rPr>
        <w:t xml:space="preserve">Ioana: </w:t>
      </w:r>
      <w:r w:rsidR="00262BE5">
        <w:t xml:space="preserve">Alexa, stop. </w:t>
      </w:r>
      <w:proofErr w:type="gramStart"/>
      <w:r>
        <w:t>I'm</w:t>
      </w:r>
      <w:proofErr w:type="gramEnd"/>
      <w:r>
        <w:t xml:space="preserve"> not sure why my smart speaker thought I said her name. Anyway, so </w:t>
      </w:r>
      <w:proofErr w:type="gramStart"/>
      <w:r>
        <w:t>let's</w:t>
      </w:r>
      <w:proofErr w:type="gramEnd"/>
      <w:r>
        <w:t xml:space="preserve"> see what books-- I will press the Bookshelf button. </w:t>
      </w:r>
    </w:p>
    <w:p w14:paraId="2255E572" w14:textId="5BFE6ECB" w:rsidR="009C0395" w:rsidRDefault="0051642E" w:rsidP="00DC1FDC">
      <w:r>
        <w:t xml:space="preserve">(device beeps) </w:t>
      </w:r>
    </w:p>
    <w:p w14:paraId="544FFDC9" w14:textId="4AB74784" w:rsidR="009C0395" w:rsidRDefault="0051642E" w:rsidP="00DC1FDC">
      <w:r>
        <w:rPr>
          <w:b/>
        </w:rPr>
        <w:t xml:space="preserve">device voice: </w:t>
      </w:r>
      <w:r>
        <w:t>Leaving menu.</w:t>
      </w:r>
      <w:r w:rsidR="00F7292F">
        <w:t xml:space="preserve"> </w:t>
      </w:r>
      <w:r>
        <w:t xml:space="preserve">CELA Direct to Player. 211,470. </w:t>
      </w:r>
      <w:proofErr w:type="gramStart"/>
      <w:r>
        <w:t>19</w:t>
      </w:r>
      <w:proofErr w:type="gramEnd"/>
      <w:r>
        <w:t xml:space="preserve"> books. Three: Canadian Geographic,</w:t>
      </w:r>
      <w:r w:rsidR="00F7292F">
        <w:t xml:space="preserve"> </w:t>
      </w:r>
      <w:r>
        <w:t>January/</w:t>
      </w:r>
      <w:proofErr w:type="gramStart"/>
      <w:r>
        <w:t>February,</w:t>
      </w:r>
      <w:proofErr w:type="gramEnd"/>
      <w:r>
        <w:t xml:space="preserve"> 2026. </w:t>
      </w:r>
    </w:p>
    <w:p w14:paraId="1BC7EAC7" w14:textId="77777777" w:rsidR="009C0395" w:rsidRDefault="0051642E" w:rsidP="00DC1FDC">
      <w:r>
        <w:rPr>
          <w:b/>
        </w:rPr>
        <w:t xml:space="preserve">Ioana: </w:t>
      </w:r>
      <w:proofErr w:type="gramStart"/>
      <w:r>
        <w:t>So</w:t>
      </w:r>
      <w:proofErr w:type="gramEnd"/>
      <w:r>
        <w:t xml:space="preserve"> </w:t>
      </w:r>
      <w:proofErr w:type="gramStart"/>
      <w:r>
        <w:t>let's</w:t>
      </w:r>
      <w:proofErr w:type="gramEnd"/>
      <w:r>
        <w:t xml:space="preserve"> see. I can-- if I want to choose a different book, and I think </w:t>
      </w:r>
      <w:proofErr w:type="gramStart"/>
      <w:r>
        <w:t>they're</w:t>
      </w:r>
      <w:proofErr w:type="gramEnd"/>
      <w:r>
        <w:t xml:space="preserve"> sorted alphabetically, which is </w:t>
      </w:r>
      <w:proofErr w:type="gramStart"/>
      <w:r>
        <w:t>kind of useful</w:t>
      </w:r>
      <w:proofErr w:type="gramEnd"/>
      <w:r>
        <w:t xml:space="preserve"> because </w:t>
      </w:r>
      <w:proofErr w:type="gramStart"/>
      <w:r>
        <w:t>let's</w:t>
      </w:r>
      <w:proofErr w:type="gramEnd"/>
      <w:r>
        <w:t xml:space="preserve"> say if I have multiple Canadian Geographic issues, I can... </w:t>
      </w:r>
    </w:p>
    <w:p w14:paraId="5F869734" w14:textId="0DD3CFF9" w:rsidR="009C0395" w:rsidRDefault="0051642E" w:rsidP="00DC1FDC">
      <w:r>
        <w:t xml:space="preserve">(device beeps) </w:t>
      </w:r>
    </w:p>
    <w:p w14:paraId="49638799" w14:textId="77777777" w:rsidR="009C0395" w:rsidRDefault="0051642E" w:rsidP="00DC1FDC">
      <w:r>
        <w:rPr>
          <w:b/>
        </w:rPr>
        <w:t xml:space="preserve">device voice: </w:t>
      </w:r>
      <w:r>
        <w:t>Four: Canadian Geographic March/</w:t>
      </w:r>
      <w:proofErr w:type="gramStart"/>
      <w:r>
        <w:t>April,</w:t>
      </w:r>
      <w:proofErr w:type="gramEnd"/>
      <w:r>
        <w:t xml:space="preserve"> 2026. </w:t>
      </w:r>
    </w:p>
    <w:p w14:paraId="0A55CD08" w14:textId="4342B6A1" w:rsidR="009C0395" w:rsidRDefault="0051642E" w:rsidP="00DC1FDC">
      <w:r>
        <w:rPr>
          <w:b/>
        </w:rPr>
        <w:t xml:space="preserve">Ioana: </w:t>
      </w:r>
      <w:r>
        <w:t>So, I use the right and left arrows until I find the book I want,</w:t>
      </w:r>
      <w:r w:rsidR="00F7292F">
        <w:t xml:space="preserve"> </w:t>
      </w:r>
      <w:r>
        <w:t xml:space="preserve">and I will press play. And we can explore our options once the book starts. </w:t>
      </w:r>
    </w:p>
    <w:p w14:paraId="18A75438" w14:textId="77777777" w:rsidR="009C0395" w:rsidRDefault="0051642E" w:rsidP="00DC1FDC">
      <w:r>
        <w:rPr>
          <w:b/>
        </w:rPr>
        <w:t xml:space="preserve">magazine narrator: </w:t>
      </w:r>
      <w:r>
        <w:t>Canadian Geographic, March/</w:t>
      </w:r>
      <w:proofErr w:type="gramStart"/>
      <w:r>
        <w:t>April,</w:t>
      </w:r>
      <w:proofErr w:type="gramEnd"/>
      <w:r>
        <w:t xml:space="preserve"> 20-- </w:t>
      </w:r>
    </w:p>
    <w:p w14:paraId="036DDF71" w14:textId="77777777" w:rsidR="00CA738A" w:rsidRDefault="0051642E" w:rsidP="00DC1FDC">
      <w:r>
        <w:rPr>
          <w:b/>
        </w:rPr>
        <w:t xml:space="preserve">Ioana: </w:t>
      </w:r>
      <w:r>
        <w:t xml:space="preserve">I pressed the Play/Stop button to pause the lecture. Now, the </w:t>
      </w:r>
      <w:proofErr w:type="gramStart"/>
      <w:r>
        <w:t>nice thing</w:t>
      </w:r>
      <w:proofErr w:type="gramEnd"/>
      <w:r>
        <w:t xml:space="preserve">... </w:t>
      </w:r>
      <w:proofErr w:type="gramStart"/>
      <w:r>
        <w:t>First of all</w:t>
      </w:r>
      <w:proofErr w:type="gramEnd"/>
      <w:r>
        <w:t xml:space="preserve">, like I said, we have the volume up and down buttons at the top of the player. </w:t>
      </w:r>
    </w:p>
    <w:p w14:paraId="0B76169B" w14:textId="77777777" w:rsidR="00CA738A" w:rsidRDefault="0051642E" w:rsidP="00DC1FDC">
      <w:r>
        <w:t xml:space="preserve">Now, maybe </w:t>
      </w:r>
      <w:proofErr w:type="gramStart"/>
      <w:r>
        <w:t>some of</w:t>
      </w:r>
      <w:proofErr w:type="gramEnd"/>
      <w:r>
        <w:t xml:space="preserve"> you, if you want to keep things simple, once you have chosen a book, there is nothing stopping you from putting the cover back on. And this way, at least until the book is over, all the </w:t>
      </w:r>
      <w:r>
        <w:lastRenderedPageBreak/>
        <w:t xml:space="preserve">other buttons </w:t>
      </w:r>
      <w:proofErr w:type="gramStart"/>
      <w:r>
        <w:t>are hidden</w:t>
      </w:r>
      <w:proofErr w:type="gramEnd"/>
      <w:r>
        <w:t xml:space="preserve">. That might be useful for people that </w:t>
      </w:r>
      <w:proofErr w:type="gramStart"/>
      <w:r>
        <w:t>want to really,</w:t>
      </w:r>
      <w:proofErr w:type="gramEnd"/>
      <w:r>
        <w:t xml:space="preserve"> keep the interface as simple as possible, but for choosing a new book, as I was mentioning, or for returning a book,</w:t>
      </w:r>
      <w:r w:rsidR="00F7292F">
        <w:t xml:space="preserve"> </w:t>
      </w:r>
      <w:r>
        <w:t xml:space="preserve">we need these buttons. So, we... Therefore, the cover needs to be off. </w:t>
      </w:r>
    </w:p>
    <w:p w14:paraId="6656B78A" w14:textId="2921A9A6" w:rsidR="009C0395" w:rsidRDefault="0051642E" w:rsidP="00DC1FDC">
      <w:proofErr w:type="gramStart"/>
      <w:r>
        <w:t>So</w:t>
      </w:r>
      <w:proofErr w:type="gramEnd"/>
      <w:r>
        <w:t xml:space="preserve"> </w:t>
      </w:r>
      <w:proofErr w:type="gramStart"/>
      <w:r>
        <w:t>let's</w:t>
      </w:r>
      <w:proofErr w:type="gramEnd"/>
      <w:r>
        <w:t xml:space="preserve"> see,</w:t>
      </w:r>
      <w:r w:rsidR="00F7292F">
        <w:t xml:space="preserve"> </w:t>
      </w:r>
      <w:r>
        <w:t xml:space="preserve">what options do we have here? </w:t>
      </w:r>
      <w:proofErr w:type="gramStart"/>
      <w:r>
        <w:t>We can, once</w:t>
      </w:r>
      <w:proofErr w:type="gramEnd"/>
      <w:r>
        <w:t xml:space="preserve"> the book </w:t>
      </w:r>
      <w:proofErr w:type="gramStart"/>
      <w:r>
        <w:t>is paused</w:t>
      </w:r>
      <w:proofErr w:type="gramEnd"/>
      <w:r>
        <w:t xml:space="preserve">, I can look at the navigation of the book. </w:t>
      </w:r>
    </w:p>
    <w:p w14:paraId="27CC291D" w14:textId="77777777" w:rsidR="009C0395" w:rsidRDefault="0051642E" w:rsidP="00DC1FDC">
      <w:r>
        <w:rPr>
          <w:b/>
        </w:rPr>
        <w:t xml:space="preserve">Victor Reader: </w:t>
      </w:r>
      <w:r>
        <w:t xml:space="preserve">How to use this DAISY publication. This publication includes navigation that allows you to go directly to the headings within it. </w:t>
      </w:r>
    </w:p>
    <w:p w14:paraId="5E51FA4D" w14:textId="64D12A63" w:rsidR="009C0395" w:rsidRDefault="0051642E" w:rsidP="00DC1FDC">
      <w:r>
        <w:t xml:space="preserve">(device beeps) </w:t>
      </w:r>
    </w:p>
    <w:p w14:paraId="09FC41BB" w14:textId="77777777" w:rsidR="009C0395" w:rsidRDefault="0051642E" w:rsidP="00DC1FDC">
      <w:r>
        <w:rPr>
          <w:b/>
        </w:rPr>
        <w:t xml:space="preserve">Ioana: </w:t>
      </w:r>
      <w:r>
        <w:t xml:space="preserve">So, exactly. The book is </w:t>
      </w:r>
      <w:proofErr w:type="gramStart"/>
      <w:r>
        <w:t>actually telling</w:t>
      </w:r>
      <w:proofErr w:type="gramEnd"/>
      <w:r>
        <w:t xml:space="preserve"> you what you can do. You can use the navigation keys, which </w:t>
      </w:r>
      <w:proofErr w:type="gramStart"/>
      <w:r>
        <w:t>is</w:t>
      </w:r>
      <w:proofErr w:type="gramEnd"/>
      <w:r>
        <w:t xml:space="preserve"> the up, down, left</w:t>
      </w:r>
      <w:proofErr w:type="gramStart"/>
      <w:r>
        <w:t>, right</w:t>
      </w:r>
      <w:proofErr w:type="gramEnd"/>
      <w:r>
        <w:t xml:space="preserve">, to find a heading that you want to use. I will press the Right arrow. </w:t>
      </w:r>
    </w:p>
    <w:p w14:paraId="2D7249AC" w14:textId="77777777" w:rsidR="009C0395" w:rsidRDefault="0051642E" w:rsidP="00DC1FDC">
      <w:r>
        <w:rPr>
          <w:b/>
        </w:rPr>
        <w:t xml:space="preserve">Victor Reader: </w:t>
      </w:r>
      <w:r>
        <w:t xml:space="preserve">Cover illustration. Canadian-- </w:t>
      </w:r>
    </w:p>
    <w:p w14:paraId="148121CE" w14:textId="0CB4166E" w:rsidR="009C0395" w:rsidRDefault="0051642E" w:rsidP="00DC1FDC">
      <w:r>
        <w:rPr>
          <w:b/>
        </w:rPr>
        <w:t xml:space="preserve">Ioana: </w:t>
      </w:r>
      <w:r>
        <w:t xml:space="preserve">Okay, but </w:t>
      </w:r>
      <w:proofErr w:type="gramStart"/>
      <w:r>
        <w:t>let's</w:t>
      </w:r>
      <w:proofErr w:type="gramEnd"/>
      <w:r>
        <w:t xml:space="preserve"> say I want to have more detail. I will go down.</w:t>
      </w:r>
      <w:r w:rsidR="00F7292F">
        <w:t xml:space="preserve"> </w:t>
      </w:r>
      <w:proofErr w:type="gramStart"/>
      <w:r>
        <w:t>Maybe there</w:t>
      </w:r>
      <w:proofErr w:type="gramEnd"/>
      <w:r>
        <w:t xml:space="preserve"> are more subheadings. </w:t>
      </w:r>
    </w:p>
    <w:p w14:paraId="38FA98E7" w14:textId="77777777" w:rsidR="009C0395" w:rsidRDefault="0051642E" w:rsidP="00DC1FDC">
      <w:r>
        <w:rPr>
          <w:b/>
        </w:rPr>
        <w:t xml:space="preserve">device voice: </w:t>
      </w:r>
      <w:r>
        <w:t xml:space="preserve">Phrase. </w:t>
      </w:r>
    </w:p>
    <w:p w14:paraId="00C8B12F" w14:textId="77777777" w:rsidR="009C0395" w:rsidRDefault="0051642E" w:rsidP="00DC1FDC">
      <w:r>
        <w:rPr>
          <w:b/>
        </w:rPr>
        <w:t xml:space="preserve">Ioana: </w:t>
      </w:r>
      <w:r>
        <w:t xml:space="preserve">Oh, because everything is at level one, here, now I can, I went down one </w:t>
      </w:r>
      <w:proofErr w:type="gramStart"/>
      <w:r>
        <w:t>level</w:t>
      </w:r>
      <w:proofErr w:type="gramEnd"/>
      <w:r>
        <w:t xml:space="preserve"> and I can go phrase by phrase. </w:t>
      </w:r>
    </w:p>
    <w:p w14:paraId="2E4214B1" w14:textId="77777777" w:rsidR="009C0395" w:rsidRDefault="0051642E" w:rsidP="00DC1FDC">
      <w:r>
        <w:rPr>
          <w:b/>
        </w:rPr>
        <w:t xml:space="preserve">device voice: </w:t>
      </w:r>
      <w:r>
        <w:t xml:space="preserve">Jump one phrase. </w:t>
      </w:r>
    </w:p>
    <w:p w14:paraId="3820A21E" w14:textId="77777777" w:rsidR="009C0395" w:rsidRDefault="0051642E" w:rsidP="00DC1FDC">
      <w:r>
        <w:rPr>
          <w:b/>
        </w:rPr>
        <w:t xml:space="preserve">Ioana: </w:t>
      </w:r>
      <w:r>
        <w:t xml:space="preserve">Okay, so it jumped one phrase... </w:t>
      </w:r>
    </w:p>
    <w:p w14:paraId="56F839BE" w14:textId="47540835" w:rsidR="009C0395" w:rsidRDefault="0051642E" w:rsidP="00DC1FDC">
      <w:r>
        <w:rPr>
          <w:b/>
        </w:rPr>
        <w:t xml:space="preserve"> </w:t>
      </w:r>
      <w:r>
        <w:t xml:space="preserve">(device beeps) </w:t>
      </w:r>
    </w:p>
    <w:p w14:paraId="0BCC1248" w14:textId="77777777" w:rsidR="009C0395" w:rsidRDefault="0051642E" w:rsidP="00DC1FDC">
      <w:r>
        <w:rPr>
          <w:b/>
        </w:rPr>
        <w:t xml:space="preserve">Victor Reader: </w:t>
      </w:r>
      <w:r>
        <w:t xml:space="preserve">Land acknowledgment. </w:t>
      </w:r>
    </w:p>
    <w:p w14:paraId="2EE608FB" w14:textId="0B322AEE" w:rsidR="009C0395" w:rsidRDefault="0051642E" w:rsidP="00DC1FDC">
      <w:r>
        <w:t xml:space="preserve">(device beeps) </w:t>
      </w:r>
    </w:p>
    <w:p w14:paraId="49F36132" w14:textId="60BF738B" w:rsidR="009C0395" w:rsidRDefault="00CA738A" w:rsidP="00DC1FDC">
      <w:r>
        <w:rPr>
          <w:b/>
        </w:rPr>
        <w:t xml:space="preserve">Victor Reader: </w:t>
      </w:r>
      <w:r>
        <w:t xml:space="preserve">Table of contents. </w:t>
      </w:r>
    </w:p>
    <w:p w14:paraId="18E4971B" w14:textId="4AFB5FAF" w:rsidR="009C0395" w:rsidRDefault="00CA738A" w:rsidP="00DC1FDC">
      <w:r>
        <w:rPr>
          <w:b/>
        </w:rPr>
        <w:t xml:space="preserve">Ioana: </w:t>
      </w:r>
      <w:r>
        <w:t>Okay.</w:t>
      </w:r>
      <w:r w:rsidR="00F7292F">
        <w:t xml:space="preserve"> </w:t>
      </w:r>
    </w:p>
    <w:p w14:paraId="1485956B" w14:textId="198D3E99" w:rsidR="009C0395" w:rsidRDefault="00CA738A" w:rsidP="00DC1FDC">
      <w:r>
        <w:rPr>
          <w:b/>
        </w:rPr>
        <w:t xml:space="preserve">Victor Reader: </w:t>
      </w:r>
      <w:r>
        <w:t xml:space="preserve">Bookmark list. </w:t>
      </w:r>
    </w:p>
    <w:p w14:paraId="63C1DC98" w14:textId="7380617B" w:rsidR="009C0395" w:rsidRDefault="00CA738A" w:rsidP="00DC1FDC">
      <w:r>
        <w:rPr>
          <w:b/>
        </w:rPr>
        <w:t xml:space="preserve">Ioana: </w:t>
      </w:r>
      <w:r>
        <w:t>Now if I want to-</w:t>
      </w:r>
    </w:p>
    <w:p w14:paraId="1F38B24D" w14:textId="74A208DE" w:rsidR="009C0395" w:rsidRDefault="00CA738A" w:rsidP="00DC1FDC">
      <w:r>
        <w:rPr>
          <w:b/>
        </w:rPr>
        <w:lastRenderedPageBreak/>
        <w:t xml:space="preserve">Victor Reader: </w:t>
      </w:r>
      <w:r>
        <w:t xml:space="preserve">In this issue... </w:t>
      </w:r>
    </w:p>
    <w:p w14:paraId="5D1CE9D8" w14:textId="0151BA42" w:rsidR="009C0395" w:rsidRDefault="0051642E" w:rsidP="00DC1FDC">
      <w:r>
        <w:t xml:space="preserve">(device beeps) </w:t>
      </w:r>
    </w:p>
    <w:p w14:paraId="7F0069AA" w14:textId="3A90E2E5" w:rsidR="009C0395" w:rsidRDefault="0051642E" w:rsidP="00DC1FDC">
      <w:r>
        <w:rPr>
          <w:b/>
        </w:rPr>
        <w:t xml:space="preserve">Ioana: </w:t>
      </w:r>
      <w:r>
        <w:t xml:space="preserve">Oh okay. I can also, if I go up and down, I can cycle through the bookmark lists. As I said, if I want to... </w:t>
      </w:r>
    </w:p>
    <w:p w14:paraId="4DE29F56" w14:textId="0DF16147" w:rsidR="009C0395" w:rsidRDefault="00CA738A" w:rsidP="00DC1FDC">
      <w:r>
        <w:rPr>
          <w:b/>
        </w:rPr>
        <w:t xml:space="preserve">Victor Reader: </w:t>
      </w:r>
      <w:r>
        <w:t xml:space="preserve">Canadian Geographic digital content. </w:t>
      </w:r>
    </w:p>
    <w:p w14:paraId="5B090B79" w14:textId="338DD41C" w:rsidR="009C0395" w:rsidRDefault="0051642E" w:rsidP="00DC1FDC">
      <w:r>
        <w:rPr>
          <w:b/>
        </w:rPr>
        <w:t xml:space="preserve">Ioana: </w:t>
      </w:r>
      <w:r>
        <w:t xml:space="preserve">If I want to add a bookmark, I would-- you can do it even while </w:t>
      </w:r>
      <w:proofErr w:type="gramStart"/>
      <w:r>
        <w:t>it's</w:t>
      </w:r>
      <w:proofErr w:type="gramEnd"/>
      <w:r>
        <w:t xml:space="preserve"> playing, and you could press the Bookmark button, which is right under the Bookshelf button, and you can add a bookmark. As I </w:t>
      </w:r>
      <w:proofErr w:type="gramStart"/>
      <w:r>
        <w:t>was mentioning</w:t>
      </w:r>
      <w:proofErr w:type="gramEnd"/>
      <w:r>
        <w:t xml:space="preserve"> before, we can change the volume up and down, but we can, </w:t>
      </w:r>
      <w:proofErr w:type="gramStart"/>
      <w:r>
        <w:t>very useful, you can</w:t>
      </w:r>
      <w:proofErr w:type="gramEnd"/>
      <w:r>
        <w:t xml:space="preserve"> change the speed. </w:t>
      </w:r>
    </w:p>
    <w:p w14:paraId="050A176C" w14:textId="5250C6FF" w:rsidR="009C0395" w:rsidRDefault="00CA738A" w:rsidP="00DC1FDC">
      <w:r>
        <w:rPr>
          <w:b/>
        </w:rPr>
        <w:t xml:space="preserve">Victor Reader: </w:t>
      </w:r>
      <w:r>
        <w:t xml:space="preserve">Page eight. </w:t>
      </w:r>
    </w:p>
    <w:p w14:paraId="6F314460" w14:textId="7FEF03A4" w:rsidR="009C0395" w:rsidRDefault="0051642E" w:rsidP="00DC1FDC">
      <w:r>
        <w:rPr>
          <w:b/>
        </w:rPr>
        <w:t xml:space="preserve"> </w:t>
      </w:r>
      <w:r>
        <w:t xml:space="preserve">(device beeping) </w:t>
      </w:r>
    </w:p>
    <w:p w14:paraId="50191547" w14:textId="77777777" w:rsidR="009C0395" w:rsidRDefault="0051642E" w:rsidP="00DC1FDC">
      <w:r>
        <w:rPr>
          <w:b/>
        </w:rPr>
        <w:t xml:space="preserve">device voice: </w:t>
      </w:r>
      <w:r>
        <w:t xml:space="preserve">Tone five. </w:t>
      </w:r>
    </w:p>
    <w:p w14:paraId="6D522F1D" w14:textId="77777777" w:rsidR="009C0395" w:rsidRDefault="0051642E" w:rsidP="00DC1FDC">
      <w:r>
        <w:rPr>
          <w:b/>
        </w:rPr>
        <w:t xml:space="preserve">Ioana: </w:t>
      </w:r>
      <w:r>
        <w:t xml:space="preserve">Oh, no, </w:t>
      </w:r>
      <w:proofErr w:type="gramStart"/>
      <w:r>
        <w:t>that’s</w:t>
      </w:r>
      <w:proofErr w:type="gramEnd"/>
      <w:r>
        <w:t xml:space="preserve"> the tone. </w:t>
      </w:r>
    </w:p>
    <w:p w14:paraId="04E66213" w14:textId="77777777" w:rsidR="009C0395" w:rsidRDefault="0051642E" w:rsidP="00DC1FDC">
      <w:r>
        <w:rPr>
          <w:b/>
        </w:rPr>
        <w:t xml:space="preserve">device voice: </w:t>
      </w:r>
      <w:r>
        <w:t xml:space="preserve">Tone one. Tone zero. </w:t>
      </w:r>
    </w:p>
    <w:p w14:paraId="154D342B" w14:textId="325AF732" w:rsidR="009C0395" w:rsidRDefault="0051642E" w:rsidP="00DC1FDC">
      <w:r>
        <w:t xml:space="preserve">(device beeping) </w:t>
      </w:r>
    </w:p>
    <w:p w14:paraId="4DD7111D" w14:textId="71AB4C2B" w:rsidR="009C0395" w:rsidRDefault="0051642E" w:rsidP="00DC1FDC">
      <w:proofErr w:type="gramStart"/>
      <w:r>
        <w:rPr>
          <w:b/>
        </w:rPr>
        <w:t>Victor Reader,</w:t>
      </w:r>
      <w:proofErr w:type="gramEnd"/>
      <w:r>
        <w:rPr>
          <w:b/>
        </w:rPr>
        <w:t xml:space="preserve"> sped up: </w:t>
      </w:r>
      <w:r>
        <w:t>...notebook,</w:t>
      </w:r>
      <w:r w:rsidR="00F7292F">
        <w:t xml:space="preserve"> </w:t>
      </w:r>
      <w:r>
        <w:t xml:space="preserve">page ten. Departments, a picture, page 12. Exposure, 14. </w:t>
      </w:r>
    </w:p>
    <w:p w14:paraId="4EB867EA" w14:textId="6EB59CA6" w:rsidR="009C0395" w:rsidRDefault="0051642E" w:rsidP="00DC1FDC">
      <w:r>
        <w:t xml:space="preserve">(device beeping) </w:t>
      </w:r>
    </w:p>
    <w:p w14:paraId="137768CF" w14:textId="77777777" w:rsidR="009C0395" w:rsidRDefault="0051642E" w:rsidP="00DC1FDC">
      <w:r>
        <w:rPr>
          <w:b/>
        </w:rPr>
        <w:t xml:space="preserve">Ioana: </w:t>
      </w:r>
      <w:r>
        <w:t xml:space="preserve">Now </w:t>
      </w:r>
      <w:proofErr w:type="gramStart"/>
      <w:r>
        <w:t>I'm</w:t>
      </w:r>
      <w:proofErr w:type="gramEnd"/>
      <w:r>
        <w:t xml:space="preserve"> </w:t>
      </w:r>
      <w:proofErr w:type="gramStart"/>
      <w:r>
        <w:t>slowing it</w:t>
      </w:r>
      <w:proofErr w:type="gramEnd"/>
      <w:r>
        <w:t xml:space="preserve"> down. </w:t>
      </w:r>
    </w:p>
    <w:p w14:paraId="66FC76C8" w14:textId="77777777" w:rsidR="009C0395" w:rsidRDefault="0051642E" w:rsidP="00DC1FDC">
      <w:r>
        <w:rPr>
          <w:b/>
        </w:rPr>
        <w:t xml:space="preserve">Victor Reader: </w:t>
      </w:r>
      <w:r>
        <w:t xml:space="preserve">Page 15, discovery. </w:t>
      </w:r>
    </w:p>
    <w:p w14:paraId="7E65CF96" w14:textId="2D803F3D" w:rsidR="009C0395" w:rsidRDefault="00492617" w:rsidP="00DC1FDC">
      <w:r w:rsidRPr="00492617">
        <w:rPr>
          <w:bCs/>
        </w:rPr>
        <w:t>(</w:t>
      </w:r>
      <w:r w:rsidR="00CA738A">
        <w:t xml:space="preserve">higher-pitched beep) </w:t>
      </w:r>
    </w:p>
    <w:p w14:paraId="14E08C4B" w14:textId="1BC954A2" w:rsidR="009C0395" w:rsidRDefault="0051642E" w:rsidP="00DC1FDC">
      <w:r>
        <w:rPr>
          <w:b/>
        </w:rPr>
        <w:t xml:space="preserve">Ioana: </w:t>
      </w:r>
      <w:r>
        <w:t xml:space="preserve">And you heard a different tone. And this is when you reach the normal speed, the standard speed. I could also go past that one and slow it down. </w:t>
      </w:r>
      <w:proofErr w:type="gramStart"/>
      <w:r>
        <w:t>So</w:t>
      </w:r>
      <w:proofErr w:type="gramEnd"/>
      <w:r>
        <w:t xml:space="preserve"> this is a quick overview of the playback functions. You can navigate through </w:t>
      </w:r>
      <w:proofErr w:type="gramStart"/>
      <w:r>
        <w:t>headings or subheadings or phrase</w:t>
      </w:r>
      <w:proofErr w:type="gramEnd"/>
      <w:r>
        <w:t xml:space="preserve"> or bookmarks. You can add a bookmark. You can also </w:t>
      </w:r>
      <w:proofErr w:type="gramStart"/>
      <w:r>
        <w:t>fast-forward</w:t>
      </w:r>
      <w:proofErr w:type="gramEnd"/>
      <w:r>
        <w:t xml:space="preserve"> or rewind, </w:t>
      </w:r>
      <w:proofErr w:type="gramStart"/>
      <w:r>
        <w:t>kind of like</w:t>
      </w:r>
      <w:proofErr w:type="gramEnd"/>
      <w:r>
        <w:t xml:space="preserve"> in a... like you would on a tape.</w:t>
      </w:r>
      <w:r w:rsidR="00F7292F">
        <w:t xml:space="preserve"> </w:t>
      </w:r>
    </w:p>
    <w:p w14:paraId="0572CA1A" w14:textId="176A2F48" w:rsidR="009C0395" w:rsidRDefault="00C94694" w:rsidP="00DC1FDC">
      <w:r>
        <w:rPr>
          <w:b/>
        </w:rPr>
        <w:lastRenderedPageBreak/>
        <w:t xml:space="preserve">Victor Reader: </w:t>
      </w:r>
      <w:r>
        <w:t xml:space="preserve">Robert Bateman and Bristol Foster. </w:t>
      </w:r>
    </w:p>
    <w:p w14:paraId="1FC00B68" w14:textId="77777777" w:rsidR="009C0395" w:rsidRDefault="0051642E" w:rsidP="00DC1FDC">
      <w:r>
        <w:rPr>
          <w:b/>
        </w:rPr>
        <w:t xml:space="preserve">device voice: </w:t>
      </w:r>
      <w:r>
        <w:t xml:space="preserve">Thirty seconds. </w:t>
      </w:r>
    </w:p>
    <w:p w14:paraId="1667CC1F" w14:textId="3B58E6EB" w:rsidR="009C0395" w:rsidRDefault="00C94694" w:rsidP="00DC1FDC">
      <w:r>
        <w:rPr>
          <w:b/>
        </w:rPr>
        <w:t xml:space="preserve">Victor Reader: </w:t>
      </w:r>
      <w:r>
        <w:t>Partner.</w:t>
      </w:r>
      <w:r w:rsidR="00F7292F">
        <w:t xml:space="preserve"> </w:t>
      </w:r>
      <w:r>
        <w:t xml:space="preserve">One minute. </w:t>
      </w:r>
    </w:p>
    <w:p w14:paraId="270E6ED2" w14:textId="77777777" w:rsidR="009C0395" w:rsidRDefault="0051642E" w:rsidP="00DC1FDC">
      <w:r>
        <w:rPr>
          <w:b/>
        </w:rPr>
        <w:t xml:space="preserve">Ioana: </w:t>
      </w:r>
      <w:proofErr w:type="gramStart"/>
      <w:r>
        <w:t>So</w:t>
      </w:r>
      <w:proofErr w:type="gramEnd"/>
      <w:r>
        <w:t xml:space="preserve"> if I keep it pressed, it will tell me how much further it jumps. </w:t>
      </w:r>
      <w:proofErr w:type="gramStart"/>
      <w:r>
        <w:t>It’s</w:t>
      </w:r>
      <w:proofErr w:type="gramEnd"/>
      <w:r>
        <w:t xml:space="preserve"> 30 seconds, one minute. You have the Sleep button here, which I can play. </w:t>
      </w:r>
    </w:p>
    <w:p w14:paraId="6FBE328C" w14:textId="77777777" w:rsidR="009C0395" w:rsidRDefault="0051642E" w:rsidP="00DC1FDC">
      <w:r>
        <w:rPr>
          <w:b/>
        </w:rPr>
        <w:t xml:space="preserve">device voice: </w:t>
      </w:r>
      <w:r>
        <w:t xml:space="preserve">Sleep 15 minutes. </w:t>
      </w:r>
      <w:proofErr w:type="gramStart"/>
      <w:r>
        <w:t>Sleep</w:t>
      </w:r>
      <w:proofErr w:type="gramEnd"/>
      <w:r>
        <w:t xml:space="preserve"> 30 minutes. </w:t>
      </w:r>
    </w:p>
    <w:p w14:paraId="6EA610E7" w14:textId="77777777" w:rsidR="009C0395" w:rsidRDefault="0051642E" w:rsidP="00DC1FDC">
      <w:r>
        <w:rPr>
          <w:b/>
        </w:rPr>
        <w:t xml:space="preserve">Ioana: </w:t>
      </w:r>
      <w:r>
        <w:t xml:space="preserve">Okay, so now it will turn off in 30 minutes. I want to check the time. </w:t>
      </w:r>
      <w:proofErr w:type="gramStart"/>
      <w:r>
        <w:t>I'm</w:t>
      </w:r>
      <w:proofErr w:type="gramEnd"/>
      <w:r>
        <w:t xml:space="preserve"> not sure if </w:t>
      </w:r>
      <w:proofErr w:type="gramStart"/>
      <w:r>
        <w:t>it's</w:t>
      </w:r>
      <w:proofErr w:type="gramEnd"/>
      <w:r>
        <w:t xml:space="preserve"> set up, but </w:t>
      </w:r>
      <w:proofErr w:type="gramStart"/>
      <w:r>
        <w:t>let's</w:t>
      </w:r>
      <w:proofErr w:type="gramEnd"/>
      <w:r>
        <w:t xml:space="preserve"> see. </w:t>
      </w:r>
    </w:p>
    <w:p w14:paraId="73E36B6C" w14:textId="77777777" w:rsidR="009C0395" w:rsidRDefault="0051642E" w:rsidP="00DC1FDC">
      <w:r>
        <w:rPr>
          <w:b/>
        </w:rPr>
        <w:t xml:space="preserve">device voice: </w:t>
      </w:r>
      <w:r>
        <w:t xml:space="preserve">6:51 p.m. May 12th, 2026. </w:t>
      </w:r>
    </w:p>
    <w:p w14:paraId="2B1BF333" w14:textId="77777777" w:rsidR="00B34B1E" w:rsidRDefault="0051642E" w:rsidP="00DC1FDC">
      <w:r>
        <w:rPr>
          <w:b/>
        </w:rPr>
        <w:t xml:space="preserve">Ioana: </w:t>
      </w:r>
      <w:r>
        <w:t xml:space="preserve">Well, </w:t>
      </w:r>
      <w:proofErr w:type="gramStart"/>
      <w:r>
        <w:t>apparently</w:t>
      </w:r>
      <w:proofErr w:type="gramEnd"/>
      <w:r>
        <w:t xml:space="preserve"> </w:t>
      </w:r>
      <w:proofErr w:type="gramStart"/>
      <w:r>
        <w:t>we're</w:t>
      </w:r>
      <w:proofErr w:type="gramEnd"/>
      <w:r>
        <w:t xml:space="preserve"> in the </w:t>
      </w:r>
      <w:proofErr w:type="gramStart"/>
      <w:r>
        <w:t>future,</w:t>
      </w:r>
      <w:r w:rsidR="00F7292F">
        <w:t xml:space="preserve"> </w:t>
      </w:r>
      <w:r>
        <w:t>‘</w:t>
      </w:r>
      <w:proofErr w:type="gramEnd"/>
      <w:r>
        <w:t xml:space="preserve">cause </w:t>
      </w:r>
      <w:proofErr w:type="gramStart"/>
      <w:r>
        <w:t>it's</w:t>
      </w:r>
      <w:proofErr w:type="gramEnd"/>
      <w:r>
        <w:t xml:space="preserve"> </w:t>
      </w:r>
      <w:proofErr w:type="gramStart"/>
      <w:r>
        <w:t>definitely not</w:t>
      </w:r>
      <w:proofErr w:type="gramEnd"/>
      <w:r>
        <w:t xml:space="preserve"> the right time. But, anyways, </w:t>
      </w:r>
      <w:proofErr w:type="gramStart"/>
      <w:r>
        <w:t>that's</w:t>
      </w:r>
      <w:proofErr w:type="gramEnd"/>
      <w:r>
        <w:t xml:space="preserve"> a small detail. </w:t>
      </w:r>
    </w:p>
    <w:p w14:paraId="3F697492" w14:textId="481DB229" w:rsidR="00B34B1E" w:rsidRDefault="00B34B1E" w:rsidP="00B34B1E">
      <w:pPr>
        <w:pStyle w:val="Heading2"/>
      </w:pPr>
      <w:r>
        <w:t>Returning a book</w:t>
      </w:r>
    </w:p>
    <w:p w14:paraId="1EC16B2D" w14:textId="190376A1" w:rsidR="00B34B1E" w:rsidRPr="00B34B1E" w:rsidRDefault="00B34B1E" w:rsidP="00B34B1E">
      <w:r>
        <w:t>00:45:14</w:t>
      </w:r>
    </w:p>
    <w:p w14:paraId="769CF1A9" w14:textId="085E7786" w:rsidR="009C0395" w:rsidRDefault="0051642E" w:rsidP="00DC1FDC">
      <w:r>
        <w:t xml:space="preserve">Okay, so </w:t>
      </w:r>
      <w:proofErr w:type="gramStart"/>
      <w:r>
        <w:t>let's</w:t>
      </w:r>
      <w:proofErr w:type="gramEnd"/>
      <w:r>
        <w:t xml:space="preserve"> say we </w:t>
      </w:r>
      <w:proofErr w:type="gramStart"/>
      <w:r>
        <w:t>are done</w:t>
      </w:r>
      <w:proofErr w:type="gramEnd"/>
      <w:r>
        <w:t xml:space="preserve"> with a book. How can we return it? And this is particularly important if you use automatic selection. That means that if the books </w:t>
      </w:r>
      <w:proofErr w:type="gramStart"/>
      <w:r>
        <w:t>are automatically sent</w:t>
      </w:r>
      <w:proofErr w:type="gramEnd"/>
      <w:r>
        <w:t xml:space="preserve"> by our systems to you,</w:t>
      </w:r>
      <w:r w:rsidR="00F7292F">
        <w:t xml:space="preserve"> </w:t>
      </w:r>
      <w:r>
        <w:t xml:space="preserve">the moment you have too many books on your bookshelf, the system will not give you new titles. </w:t>
      </w:r>
      <w:proofErr w:type="gramStart"/>
      <w:r>
        <w:t>So</w:t>
      </w:r>
      <w:proofErr w:type="gramEnd"/>
      <w:r>
        <w:t xml:space="preserve"> </w:t>
      </w:r>
      <w:proofErr w:type="gramStart"/>
      <w:r>
        <w:t>it's</w:t>
      </w:r>
      <w:proofErr w:type="gramEnd"/>
      <w:r>
        <w:t xml:space="preserve"> </w:t>
      </w:r>
      <w:proofErr w:type="gramStart"/>
      <w:r>
        <w:t>very important</w:t>
      </w:r>
      <w:proofErr w:type="gramEnd"/>
      <w:r>
        <w:t xml:space="preserve"> when </w:t>
      </w:r>
      <w:proofErr w:type="gramStart"/>
      <w:r>
        <w:t>you're</w:t>
      </w:r>
      <w:proofErr w:type="gramEnd"/>
      <w:r>
        <w:t xml:space="preserve"> done with your book, to delete it. </w:t>
      </w:r>
      <w:proofErr w:type="gramStart"/>
      <w:r>
        <w:t>So</w:t>
      </w:r>
      <w:proofErr w:type="gramEnd"/>
      <w:r>
        <w:t xml:space="preserve"> </w:t>
      </w:r>
      <w:proofErr w:type="gramStart"/>
      <w:r>
        <w:t>let's</w:t>
      </w:r>
      <w:proofErr w:type="gramEnd"/>
      <w:r>
        <w:t xml:space="preserve"> say I want to get rid of this one. I will press the Book Management key. </w:t>
      </w:r>
    </w:p>
    <w:p w14:paraId="7DEFE218" w14:textId="094B0FC6" w:rsidR="009C0395" w:rsidRDefault="0051642E" w:rsidP="00DC1FDC">
      <w:r>
        <w:t xml:space="preserve">(device beeps) </w:t>
      </w:r>
    </w:p>
    <w:p w14:paraId="76C19CBD" w14:textId="77777777" w:rsidR="009C0395" w:rsidRDefault="0051642E" w:rsidP="00DC1FDC">
      <w:r>
        <w:rPr>
          <w:b/>
        </w:rPr>
        <w:t xml:space="preserve">device voice: </w:t>
      </w:r>
      <w:r>
        <w:t xml:space="preserve">Return book. </w:t>
      </w:r>
    </w:p>
    <w:p w14:paraId="2DAEB47B" w14:textId="4EBBF6BF" w:rsidR="009C0395" w:rsidRDefault="0051642E" w:rsidP="00DC1FDC">
      <w:r>
        <w:rPr>
          <w:b/>
        </w:rPr>
        <w:t xml:space="preserve">Ioana: </w:t>
      </w:r>
      <w:r>
        <w:t xml:space="preserve">And it asks me if I want to return the book. If I change my mind, I will press any key except the Play button, because the Play is our confirmation key. I will return it. </w:t>
      </w:r>
    </w:p>
    <w:p w14:paraId="224EA807" w14:textId="413A7EA6" w:rsidR="009C0395" w:rsidRDefault="0051642E" w:rsidP="00DC1FDC">
      <w:r>
        <w:t xml:space="preserve">(device beeps) </w:t>
      </w:r>
    </w:p>
    <w:p w14:paraId="3E90EA1D" w14:textId="77777777" w:rsidR="009C0395" w:rsidRDefault="0051642E" w:rsidP="00DC1FDC">
      <w:r>
        <w:rPr>
          <w:b/>
        </w:rPr>
        <w:t xml:space="preserve">device voice: </w:t>
      </w:r>
      <w:r>
        <w:t>Confirm return. Canadian Geographic, March/</w:t>
      </w:r>
      <w:proofErr w:type="gramStart"/>
      <w:r>
        <w:t>April,</w:t>
      </w:r>
      <w:proofErr w:type="gramEnd"/>
      <w:r>
        <w:t xml:space="preserve"> 2026. Press Play/Stop to confirm or any other key to cancel. </w:t>
      </w:r>
    </w:p>
    <w:p w14:paraId="58721EA5" w14:textId="77777777" w:rsidR="009C0395" w:rsidRDefault="0051642E" w:rsidP="00DC1FDC">
      <w:r>
        <w:rPr>
          <w:b/>
        </w:rPr>
        <w:lastRenderedPageBreak/>
        <w:t xml:space="preserve">Ioana: </w:t>
      </w:r>
      <w:proofErr w:type="gramStart"/>
      <w:r>
        <w:t>So</w:t>
      </w:r>
      <w:proofErr w:type="gramEnd"/>
      <w:r>
        <w:t xml:space="preserve"> it asks me really to be </w:t>
      </w:r>
      <w:proofErr w:type="gramStart"/>
      <w:r>
        <w:t>sure</w:t>
      </w:r>
      <w:proofErr w:type="gramEnd"/>
      <w:r>
        <w:t xml:space="preserve"> the title, this is the title that you are going to be returning. And </w:t>
      </w:r>
      <w:proofErr w:type="gramStart"/>
      <w:r>
        <w:t>so</w:t>
      </w:r>
      <w:proofErr w:type="gramEnd"/>
      <w:r>
        <w:t xml:space="preserve"> I </w:t>
      </w:r>
      <w:proofErr w:type="gramStart"/>
      <w:r>
        <w:t>have to</w:t>
      </w:r>
      <w:proofErr w:type="gramEnd"/>
      <w:r>
        <w:t xml:space="preserve"> confirm that once more. </w:t>
      </w:r>
    </w:p>
    <w:p w14:paraId="3F8E3597" w14:textId="77777777" w:rsidR="00865B8C" w:rsidRDefault="0051642E" w:rsidP="00DC1FDC">
      <w:r>
        <w:t xml:space="preserve">(device beeps) </w:t>
      </w:r>
    </w:p>
    <w:p w14:paraId="2D0E7E0E" w14:textId="54F7D1CF" w:rsidR="009C0395" w:rsidRDefault="006B5793" w:rsidP="00DC1FDC">
      <w:r>
        <w:rPr>
          <w:b/>
          <w:bCs/>
        </w:rPr>
        <w:t>d</w:t>
      </w:r>
      <w:r w:rsidRPr="006B5793">
        <w:rPr>
          <w:b/>
          <w:bCs/>
        </w:rPr>
        <w:t>evice voice:</w:t>
      </w:r>
      <w:r>
        <w:t xml:space="preserve"> </w:t>
      </w:r>
      <w:r w:rsidR="00865B8C">
        <w:t>-</w:t>
      </w:r>
      <w:r>
        <w:t xml:space="preserve">-CELA Direct to Player 211,470. </w:t>
      </w:r>
      <w:proofErr w:type="gramStart"/>
      <w:r>
        <w:t>18</w:t>
      </w:r>
      <w:proofErr w:type="gramEnd"/>
      <w:r>
        <w:t xml:space="preserve"> books. Book returned. Four: Canadian Geographic</w:t>
      </w:r>
      <w:r w:rsidR="00F7292F">
        <w:t xml:space="preserve"> </w:t>
      </w:r>
      <w:r>
        <w:t>November/</w:t>
      </w:r>
      <w:proofErr w:type="gramStart"/>
      <w:r>
        <w:t>December,</w:t>
      </w:r>
      <w:proofErr w:type="gramEnd"/>
      <w:r>
        <w:t xml:space="preserve"> 2025. </w:t>
      </w:r>
    </w:p>
    <w:p w14:paraId="200697F5" w14:textId="178FFCB2" w:rsidR="009C0395" w:rsidRDefault="0051642E" w:rsidP="00DC1FDC">
      <w:r>
        <w:rPr>
          <w:b/>
        </w:rPr>
        <w:t xml:space="preserve">Ioana: </w:t>
      </w:r>
      <w:r>
        <w:t xml:space="preserve">Okay, so it told us </w:t>
      </w:r>
      <w:proofErr w:type="gramStart"/>
      <w:r>
        <w:t>a lot of</w:t>
      </w:r>
      <w:proofErr w:type="gramEnd"/>
      <w:r>
        <w:t xml:space="preserve"> information. Now, if you </w:t>
      </w:r>
      <w:proofErr w:type="gramStart"/>
      <w:r>
        <w:t>remembered</w:t>
      </w:r>
      <w:proofErr w:type="gramEnd"/>
      <w:r>
        <w:t>,</w:t>
      </w:r>
      <w:r w:rsidR="00F7292F">
        <w:t xml:space="preserve"> </w:t>
      </w:r>
      <w:r>
        <w:t xml:space="preserve">we used to have </w:t>
      </w:r>
      <w:proofErr w:type="gramStart"/>
      <w:r>
        <w:t>19</w:t>
      </w:r>
      <w:proofErr w:type="gramEnd"/>
      <w:r>
        <w:t xml:space="preserve"> books. Now we have only </w:t>
      </w:r>
      <w:proofErr w:type="gramStart"/>
      <w:r>
        <w:t>18</w:t>
      </w:r>
      <w:proofErr w:type="gramEnd"/>
      <w:r>
        <w:t xml:space="preserve"> because we returned one of them, and it says book returned. And now we landed in another book, which is another version of the-- another issue of the Canadian Geographic. We are </w:t>
      </w:r>
      <w:proofErr w:type="gramStart"/>
      <w:r>
        <w:t>likely already</w:t>
      </w:r>
      <w:proofErr w:type="gramEnd"/>
      <w:r>
        <w:t xml:space="preserve"> in the bookshelf, so I could go right. </w:t>
      </w:r>
    </w:p>
    <w:p w14:paraId="380066AC" w14:textId="1AD84C33" w:rsidR="009C0395" w:rsidRDefault="0051642E" w:rsidP="00DC1FDC">
      <w:r>
        <w:t xml:space="preserve">(device beeps) </w:t>
      </w:r>
    </w:p>
    <w:p w14:paraId="026FB811" w14:textId="77777777" w:rsidR="009C0395" w:rsidRDefault="0051642E" w:rsidP="00DC1FDC">
      <w:r>
        <w:rPr>
          <w:b/>
        </w:rPr>
        <w:t xml:space="preserve">device voice: </w:t>
      </w:r>
      <w:r>
        <w:t xml:space="preserve">Five: Côté Jardin. </w:t>
      </w:r>
    </w:p>
    <w:p w14:paraId="12F52704" w14:textId="713F3BB3" w:rsidR="009C0395" w:rsidRDefault="0051642E" w:rsidP="00DC1FDC">
      <w:r>
        <w:t xml:space="preserve">(device beeps) </w:t>
      </w:r>
    </w:p>
    <w:p w14:paraId="61E678D4" w14:textId="1912200B" w:rsidR="009C0395" w:rsidRDefault="0051642E" w:rsidP="00DC1FDC">
      <w:r>
        <w:rPr>
          <w:b/>
        </w:rPr>
        <w:t xml:space="preserve">device voice: </w:t>
      </w:r>
      <w:r>
        <w:t xml:space="preserve">Six: </w:t>
      </w:r>
      <w:r w:rsidR="001373C0">
        <w:t>(speaks French).</w:t>
      </w:r>
      <w:r>
        <w:t xml:space="preserve"> Seven: </w:t>
      </w:r>
      <w:r w:rsidR="001373C0">
        <w:t>(speaks French).</w:t>
      </w:r>
      <w:r>
        <w:t xml:space="preserve"> </w:t>
      </w:r>
    </w:p>
    <w:p w14:paraId="61B64C95" w14:textId="5B9ACFAA" w:rsidR="009C0395" w:rsidRDefault="0051642E" w:rsidP="00DC1FDC">
      <w:r>
        <w:t xml:space="preserve">(device beeps) </w:t>
      </w:r>
    </w:p>
    <w:p w14:paraId="29A4DBBA" w14:textId="3AEAA98C" w:rsidR="009C0395" w:rsidRDefault="00CB7E01" w:rsidP="00DC1FDC">
      <w:r>
        <w:rPr>
          <w:b/>
        </w:rPr>
        <w:t xml:space="preserve">device voice: </w:t>
      </w:r>
      <w:r>
        <w:t xml:space="preserve">Eight: Finding the Mother Tree. Discovering the Wisdom of the Forest. </w:t>
      </w:r>
    </w:p>
    <w:p w14:paraId="14E76E73" w14:textId="77777777" w:rsidR="00CB7E01" w:rsidRDefault="0051642E" w:rsidP="00DC1FDC">
      <w:r>
        <w:rPr>
          <w:b/>
        </w:rPr>
        <w:t xml:space="preserve">Ioana: </w:t>
      </w:r>
      <w:proofErr w:type="gramStart"/>
      <w:r>
        <w:t>So</w:t>
      </w:r>
      <w:proofErr w:type="gramEnd"/>
      <w:r>
        <w:t xml:space="preserve"> as I was doing before, because we were already </w:t>
      </w:r>
      <w:proofErr w:type="gramStart"/>
      <w:r>
        <w:t>in</w:t>
      </w:r>
      <w:proofErr w:type="gramEnd"/>
      <w:r>
        <w:t xml:space="preserve"> the bookshelf, I was using the Right arrow until I heard a book that interests me. And if I wanted, I could press Play on that one, and it will be the same as before. </w:t>
      </w:r>
    </w:p>
    <w:p w14:paraId="348E421E" w14:textId="57774037" w:rsidR="009C0395" w:rsidRDefault="0051642E" w:rsidP="00DC1FDC">
      <w:r>
        <w:t xml:space="preserve">Okay, </w:t>
      </w:r>
      <w:proofErr w:type="gramStart"/>
      <w:r>
        <w:t>let's</w:t>
      </w:r>
      <w:proofErr w:type="gramEnd"/>
      <w:r>
        <w:t xml:space="preserve"> move on. I think we can... We have already covered how to return a book. </w:t>
      </w:r>
      <w:proofErr w:type="gramStart"/>
      <w:r>
        <w:t>Basically, anytime</w:t>
      </w:r>
      <w:proofErr w:type="gramEnd"/>
      <w:r>
        <w:t xml:space="preserve"> you hear a book that you no longer need, </w:t>
      </w:r>
      <w:proofErr w:type="gramStart"/>
      <w:r>
        <w:t>let's</w:t>
      </w:r>
      <w:proofErr w:type="gramEnd"/>
      <w:r>
        <w:t xml:space="preserve"> say I want to return this Finding the Mother Tree, or no, </w:t>
      </w:r>
      <w:proofErr w:type="gramStart"/>
      <w:r>
        <w:t>let's</w:t>
      </w:r>
      <w:proofErr w:type="gramEnd"/>
      <w:r>
        <w:t xml:space="preserve"> return the French book. </w:t>
      </w:r>
    </w:p>
    <w:p w14:paraId="508B40AE" w14:textId="420D75BD" w:rsidR="009C0395" w:rsidRDefault="0051642E" w:rsidP="00DC1FDC">
      <w:r>
        <w:t xml:space="preserve">(device beeps) </w:t>
      </w:r>
    </w:p>
    <w:p w14:paraId="093D2D81" w14:textId="3A0C117F" w:rsidR="009C0395" w:rsidRDefault="0051642E" w:rsidP="00DC1FDC">
      <w:r>
        <w:rPr>
          <w:b/>
        </w:rPr>
        <w:t xml:space="preserve">device voice: </w:t>
      </w:r>
      <w:r>
        <w:t xml:space="preserve">Seven: </w:t>
      </w:r>
      <w:r w:rsidR="00CB7E01">
        <w:t>(speaks French)</w:t>
      </w:r>
      <w:r>
        <w:t xml:space="preserve"> </w:t>
      </w:r>
    </w:p>
    <w:p w14:paraId="0B075C9F" w14:textId="77777777" w:rsidR="009C0395" w:rsidRDefault="0051642E" w:rsidP="00DC1FDC">
      <w:r>
        <w:rPr>
          <w:b/>
        </w:rPr>
        <w:t xml:space="preserve">Unknown speaker: </w:t>
      </w:r>
      <w:r>
        <w:t xml:space="preserve">(device beeps) </w:t>
      </w:r>
    </w:p>
    <w:p w14:paraId="21122613" w14:textId="5054D12D" w:rsidR="009C0395" w:rsidRDefault="0051642E" w:rsidP="00DC1FDC">
      <w:r>
        <w:lastRenderedPageBreak/>
        <w:t xml:space="preserve">Six: </w:t>
      </w:r>
      <w:r w:rsidR="00772B83">
        <w:t xml:space="preserve">(speaks French). </w:t>
      </w:r>
      <w:r>
        <w:t xml:space="preserve">Number one. </w:t>
      </w:r>
    </w:p>
    <w:p w14:paraId="764FC77A" w14:textId="28592C90" w:rsidR="009C0395" w:rsidRDefault="00772B83" w:rsidP="00DC1FDC">
      <w:r>
        <w:rPr>
          <w:b/>
        </w:rPr>
        <w:t xml:space="preserve">Ioana: </w:t>
      </w:r>
      <w:r>
        <w:t xml:space="preserve">This is a French book, so I will return it. </w:t>
      </w:r>
      <w:proofErr w:type="gramStart"/>
      <w:r>
        <w:t>I'll</w:t>
      </w:r>
      <w:proofErr w:type="gramEnd"/>
      <w:r>
        <w:t xml:space="preserve"> press and hold. </w:t>
      </w:r>
    </w:p>
    <w:p w14:paraId="6DA47F70" w14:textId="66D614F7" w:rsidR="009C0395" w:rsidRDefault="00772B83" w:rsidP="00DC1FDC">
      <w:r>
        <w:rPr>
          <w:b/>
        </w:rPr>
        <w:t xml:space="preserve">device voice: </w:t>
      </w:r>
      <w:r>
        <w:t xml:space="preserve">Battery power, 82% </w:t>
      </w:r>
    </w:p>
    <w:p w14:paraId="5AB9F016" w14:textId="68563B37" w:rsidR="009C0395" w:rsidRDefault="00772B83" w:rsidP="00DC1FDC">
      <w:r>
        <w:rPr>
          <w:b/>
        </w:rPr>
        <w:t xml:space="preserve">Ioana: </w:t>
      </w:r>
      <w:r>
        <w:t xml:space="preserve">Oh, sorry. </w:t>
      </w:r>
    </w:p>
    <w:p w14:paraId="2A3C5456" w14:textId="2E51EEA7" w:rsidR="009C0395" w:rsidRDefault="00772B83" w:rsidP="00DC1FDC">
      <w:r>
        <w:rPr>
          <w:b/>
        </w:rPr>
        <w:t xml:space="preserve">device voice: </w:t>
      </w:r>
      <w:r>
        <w:t xml:space="preserve">Downloads info. No downloads. </w:t>
      </w:r>
    </w:p>
    <w:p w14:paraId="677C20A3" w14:textId="0DB716FD" w:rsidR="009C0395" w:rsidRDefault="00772B83" w:rsidP="00DC1FDC">
      <w:r>
        <w:rPr>
          <w:b/>
        </w:rPr>
        <w:t xml:space="preserve">Ioana: </w:t>
      </w:r>
      <w:r>
        <w:t xml:space="preserve">Okay, okay. </w:t>
      </w:r>
    </w:p>
    <w:p w14:paraId="1FFCEC4D" w14:textId="21B33303" w:rsidR="009C0395" w:rsidRDefault="0051642E" w:rsidP="00DC1FDC">
      <w:r>
        <w:rPr>
          <w:b/>
        </w:rPr>
        <w:t xml:space="preserve">device voice: </w:t>
      </w:r>
      <w:r>
        <w:t>Version. Return book.</w:t>
      </w:r>
      <w:r w:rsidR="00F7292F">
        <w:t xml:space="preserve"> </w:t>
      </w:r>
    </w:p>
    <w:p w14:paraId="45020CB4" w14:textId="0CEB3C44" w:rsidR="009C0395" w:rsidRDefault="0051642E" w:rsidP="00DC1FDC">
      <w:r>
        <w:rPr>
          <w:b/>
        </w:rPr>
        <w:t xml:space="preserve">Ioana: </w:t>
      </w:r>
      <w:r>
        <w:t xml:space="preserve">You </w:t>
      </w:r>
      <w:proofErr w:type="gramStart"/>
      <w:r>
        <w:t>have to</w:t>
      </w:r>
      <w:proofErr w:type="gramEnd"/>
      <w:r>
        <w:t xml:space="preserve"> just press it.</w:t>
      </w:r>
      <w:r w:rsidR="00F7292F">
        <w:t xml:space="preserve"> </w:t>
      </w:r>
      <w:proofErr w:type="gramStart"/>
      <w:r>
        <w:t>Don’t</w:t>
      </w:r>
      <w:proofErr w:type="gramEnd"/>
      <w:r>
        <w:t xml:space="preserve"> press and hold.</w:t>
      </w:r>
      <w:r w:rsidR="00F7292F">
        <w:t xml:space="preserve"> </w:t>
      </w:r>
      <w:proofErr w:type="gramStart"/>
      <w:r>
        <w:t>So</w:t>
      </w:r>
      <w:proofErr w:type="gramEnd"/>
      <w:r>
        <w:t xml:space="preserve"> press the... ...the Book Management key, which is also the Eject key on the 4M. And then I will confirm with the Play button. </w:t>
      </w:r>
    </w:p>
    <w:p w14:paraId="7AAE4136" w14:textId="495ED3EA" w:rsidR="009C0395" w:rsidRDefault="0051642E" w:rsidP="00DC1FDC">
      <w:r>
        <w:rPr>
          <w:b/>
        </w:rPr>
        <w:t xml:space="preserve">device voice: </w:t>
      </w:r>
      <w:r>
        <w:t xml:space="preserve">Confirm return. </w:t>
      </w:r>
      <w:r w:rsidR="00772B83">
        <w:t>(speaks French).</w:t>
      </w:r>
    </w:p>
    <w:p w14:paraId="0A089D12" w14:textId="58E46EF8" w:rsidR="009C0395" w:rsidRDefault="00E91E22" w:rsidP="00DC1FDC">
      <w:r>
        <w:rPr>
          <w:b/>
        </w:rPr>
        <w:t xml:space="preserve">Ioana: </w:t>
      </w:r>
      <w:proofErr w:type="gramStart"/>
      <w:r>
        <w:t>Let's</w:t>
      </w:r>
      <w:proofErr w:type="gramEnd"/>
      <w:r>
        <w:t xml:space="preserve"> say I change my mind.</w:t>
      </w:r>
      <w:r w:rsidR="00F7292F">
        <w:t xml:space="preserve"> </w:t>
      </w:r>
    </w:p>
    <w:p w14:paraId="077E771C" w14:textId="6EFE8DB9" w:rsidR="009C0395" w:rsidRDefault="00E91E22" w:rsidP="00DC1FDC">
      <w:r>
        <w:rPr>
          <w:b/>
        </w:rPr>
        <w:t xml:space="preserve">device voice: </w:t>
      </w:r>
      <w:r>
        <w:t xml:space="preserve">Number one. Canceled. </w:t>
      </w:r>
    </w:p>
    <w:p w14:paraId="19AC3029" w14:textId="5A047D0B" w:rsidR="009C0395" w:rsidRPr="00E91E22" w:rsidRDefault="00E91E22" w:rsidP="00DC1FDC">
      <w:pPr>
        <w:rPr>
          <w:bCs/>
        </w:rPr>
      </w:pPr>
      <w:r w:rsidRPr="00E91E22">
        <w:rPr>
          <w:bCs/>
        </w:rPr>
        <w:t>(device continues talking)</w:t>
      </w:r>
    </w:p>
    <w:p w14:paraId="7DC05734" w14:textId="189D56B0" w:rsidR="009C0395" w:rsidRDefault="00E91E22" w:rsidP="00DC1FDC">
      <w:r>
        <w:rPr>
          <w:b/>
        </w:rPr>
        <w:t xml:space="preserve">Ioana: </w:t>
      </w:r>
      <w:proofErr w:type="gramStart"/>
      <w:r>
        <w:t>So</w:t>
      </w:r>
      <w:proofErr w:type="gramEnd"/>
      <w:r>
        <w:t xml:space="preserve"> I press any other key and </w:t>
      </w:r>
      <w:proofErr w:type="gramStart"/>
      <w:r>
        <w:t>it’s</w:t>
      </w:r>
      <w:proofErr w:type="gramEnd"/>
      <w:r>
        <w:t xml:space="preserve"> still there. </w:t>
      </w:r>
    </w:p>
    <w:p w14:paraId="56DE5C93" w14:textId="6FB06CEE" w:rsidR="009C0395" w:rsidRDefault="00E91E22" w:rsidP="00DC1FDC">
      <w:r>
        <w:rPr>
          <w:b/>
        </w:rPr>
        <w:t xml:space="preserve">device voice: </w:t>
      </w:r>
      <w:r>
        <w:t xml:space="preserve">Number one. </w:t>
      </w:r>
    </w:p>
    <w:p w14:paraId="0EBC04C5" w14:textId="77777777" w:rsidR="004B5FCE" w:rsidRDefault="0051642E" w:rsidP="00DC1FDC">
      <w:r>
        <w:rPr>
          <w:b/>
        </w:rPr>
        <w:t xml:space="preserve">Ioana: </w:t>
      </w:r>
      <w:r w:rsidR="00E91E22">
        <w:t xml:space="preserve">And unfortunately, </w:t>
      </w:r>
      <w:r>
        <w:t>this thing needs to finish speaking until I can... Yeah, okay, so, I canceled the return, so this way, it's a safe way to make sure that you don't accidentally delete a book that you wanted to keep.</w:t>
      </w:r>
    </w:p>
    <w:p w14:paraId="01D4DA2C" w14:textId="24B5B069" w:rsidR="00E91E22" w:rsidRDefault="004B5FCE" w:rsidP="00844D09">
      <w:pPr>
        <w:pStyle w:val="Heading2"/>
      </w:pPr>
      <w:r>
        <w:t xml:space="preserve">Using your Stratus without </w:t>
      </w:r>
      <w:r w:rsidR="00844D09">
        <w:t>internet</w:t>
      </w:r>
      <w:r>
        <w:t xml:space="preserve"> </w:t>
      </w:r>
    </w:p>
    <w:p w14:paraId="47D0CD0A" w14:textId="0831A23A" w:rsidR="004B5FCE" w:rsidRDefault="004B5FCE" w:rsidP="00DC1FDC">
      <w:r>
        <w:t>00:48:36</w:t>
      </w:r>
    </w:p>
    <w:p w14:paraId="552D6009" w14:textId="77777777" w:rsidR="00844D09" w:rsidRDefault="0051642E" w:rsidP="00DC1FDC">
      <w:proofErr w:type="gramStart"/>
      <w:r>
        <w:t>So</w:t>
      </w:r>
      <w:proofErr w:type="gramEnd"/>
      <w:r>
        <w:t xml:space="preserve"> we have covered returning a book. Now, a quick note about how would you use your Stratus if you </w:t>
      </w:r>
      <w:proofErr w:type="gramStart"/>
      <w:r>
        <w:t>don't</w:t>
      </w:r>
      <w:proofErr w:type="gramEnd"/>
      <w:r>
        <w:t xml:space="preserve"> have access to internet? </w:t>
      </w:r>
    </w:p>
    <w:p w14:paraId="0DAA6F8F" w14:textId="77777777" w:rsidR="00844D09" w:rsidRDefault="0051642E" w:rsidP="00DC1FDC">
      <w:r>
        <w:t xml:space="preserve">Basically, what you will do is, we have a tutorial on how to put CELA books, not on your Direct to Player bookshelf, because they will not go direct to your player, but you will download them onto your computer, and then you can place them either on an SD card if you have a 4M, or </w:t>
      </w:r>
      <w:r>
        <w:lastRenderedPageBreak/>
        <w:t xml:space="preserve">on a USB key if you have the Stratus 2, or other options with 12M as well. And you would connect it to-- You would power the player off and insert the SD card or the USB key, turn it back on, and it will detect immediately that you have inserted some kind of storage media with books. And you can use your left and right arrow like we did </w:t>
      </w:r>
      <w:proofErr w:type="gramStart"/>
      <w:r>
        <w:t>in</w:t>
      </w:r>
      <w:proofErr w:type="gramEnd"/>
      <w:r>
        <w:t xml:space="preserve"> the bookshelf, and then press Play on the book we want to choose. </w:t>
      </w:r>
    </w:p>
    <w:p w14:paraId="690795EE" w14:textId="77777777" w:rsidR="00844D09" w:rsidRDefault="0051642E" w:rsidP="00DC1FDC">
      <w:proofErr w:type="gramStart"/>
      <w:r>
        <w:t>So</w:t>
      </w:r>
      <w:proofErr w:type="gramEnd"/>
      <w:r>
        <w:t xml:space="preserve"> this method is...</w:t>
      </w:r>
      <w:r w:rsidR="00F7292F">
        <w:t xml:space="preserve"> </w:t>
      </w:r>
      <w:r>
        <w:t xml:space="preserve">We have tutorials about how to place them on the USB key, but I will not necessarily go into it. But there is a tutorial and even a video of how to transfer... the... the books to your Stratus using a USB key or an SD card. </w:t>
      </w:r>
      <w:proofErr w:type="gramStart"/>
      <w:r>
        <w:t>So</w:t>
      </w:r>
      <w:proofErr w:type="gramEnd"/>
      <w:r>
        <w:t xml:space="preserve"> this covers the main functionality. </w:t>
      </w:r>
    </w:p>
    <w:p w14:paraId="263A1D9C" w14:textId="721CB643" w:rsidR="006E373C" w:rsidRDefault="006E373C" w:rsidP="006E373C">
      <w:pPr>
        <w:pStyle w:val="Heading2"/>
      </w:pPr>
      <w:r>
        <w:t>How to get help</w:t>
      </w:r>
    </w:p>
    <w:p w14:paraId="533FDF4C" w14:textId="438FE7D5" w:rsidR="006E373C" w:rsidRPr="006E373C" w:rsidRDefault="006E373C" w:rsidP="006E373C">
      <w:r>
        <w:t>00:</w:t>
      </w:r>
      <w:r w:rsidR="005A701B">
        <w:t>50:11</w:t>
      </w:r>
    </w:p>
    <w:p w14:paraId="1C1EAF53" w14:textId="77777777" w:rsidR="005A701B" w:rsidRDefault="0051642E" w:rsidP="00DC1FDC">
      <w:r>
        <w:t xml:space="preserve">Now, because this is </w:t>
      </w:r>
      <w:proofErr w:type="gramStart"/>
      <w:r>
        <w:t>a lot of</w:t>
      </w:r>
      <w:proofErr w:type="gramEnd"/>
      <w:r>
        <w:t xml:space="preserve"> information, </w:t>
      </w:r>
      <w:proofErr w:type="gramStart"/>
      <w:r>
        <w:t>it's</w:t>
      </w:r>
      <w:proofErr w:type="gramEnd"/>
      <w:r>
        <w:t xml:space="preserve"> </w:t>
      </w:r>
      <w:proofErr w:type="gramStart"/>
      <w:r>
        <w:t>very important</w:t>
      </w:r>
      <w:proofErr w:type="gramEnd"/>
      <w:r>
        <w:t xml:space="preserve">, if you remember nothing else, how to get help. Of course, you can call CELA tech support, (855) 655-2273, for any issues about how to connect your player to CELA or to your Wi-Fi network, and they will help you, </w:t>
      </w:r>
      <w:proofErr w:type="gramStart"/>
      <w:r>
        <w:t>either by</w:t>
      </w:r>
      <w:proofErr w:type="gramEnd"/>
      <w:r>
        <w:t xml:space="preserve"> sending you a configuration file, they will guide you step by step. </w:t>
      </w:r>
    </w:p>
    <w:p w14:paraId="4C2E786E" w14:textId="4FA2302B" w:rsidR="009C0395" w:rsidRDefault="0051642E" w:rsidP="00DC1FDC">
      <w:r>
        <w:t xml:space="preserve">But there are </w:t>
      </w:r>
      <w:proofErr w:type="gramStart"/>
      <w:r>
        <w:t>some</w:t>
      </w:r>
      <w:proofErr w:type="gramEnd"/>
      <w:r>
        <w:t xml:space="preserve"> useful features built right into the player that might be interesting. If you just touch the Power button without holding it down, because if you hold it down, you will turn off the player... </w:t>
      </w:r>
    </w:p>
    <w:p w14:paraId="2DCEE81B" w14:textId="77777777" w:rsidR="009C0395" w:rsidRDefault="0051642E" w:rsidP="00DC1FDC">
      <w:r>
        <w:rPr>
          <w:b/>
        </w:rPr>
        <w:t xml:space="preserve">device voice: </w:t>
      </w:r>
      <w:r>
        <w:t xml:space="preserve">Key describer on. </w:t>
      </w:r>
    </w:p>
    <w:p w14:paraId="75AB2CF8" w14:textId="77777777" w:rsidR="009C0395" w:rsidRDefault="0051642E" w:rsidP="00DC1FDC">
      <w:r>
        <w:rPr>
          <w:b/>
        </w:rPr>
        <w:t xml:space="preserve">Ioana: </w:t>
      </w:r>
      <w:r>
        <w:t xml:space="preserve">We enter </w:t>
      </w:r>
      <w:proofErr w:type="gramStart"/>
      <w:r>
        <w:t>what's</w:t>
      </w:r>
      <w:proofErr w:type="gramEnd"/>
      <w:r>
        <w:t xml:space="preserve"> called the key describer, and </w:t>
      </w:r>
      <w:proofErr w:type="gramStart"/>
      <w:r>
        <w:t>that's</w:t>
      </w:r>
      <w:proofErr w:type="gramEnd"/>
      <w:r>
        <w:t xml:space="preserve"> </w:t>
      </w:r>
      <w:proofErr w:type="gramStart"/>
      <w:r>
        <w:t>a very useful</w:t>
      </w:r>
      <w:proofErr w:type="gramEnd"/>
      <w:r>
        <w:t xml:space="preserve"> key. If you </w:t>
      </w:r>
      <w:proofErr w:type="gramStart"/>
      <w:r>
        <w:t>don't</w:t>
      </w:r>
      <w:proofErr w:type="gramEnd"/>
      <w:r>
        <w:t xml:space="preserve"> remember what a key does, this key describer puts the player on </w:t>
      </w:r>
      <w:proofErr w:type="gramStart"/>
      <w:r>
        <w:t>hold</w:t>
      </w:r>
      <w:proofErr w:type="gramEnd"/>
      <w:r>
        <w:t xml:space="preserve"> and I will just press any key. </w:t>
      </w:r>
    </w:p>
    <w:p w14:paraId="42E92C24" w14:textId="7CD6D83B" w:rsidR="009C0395" w:rsidRDefault="0051642E" w:rsidP="00DC1FDC">
      <w:r>
        <w:t xml:space="preserve">(device beeps) </w:t>
      </w:r>
    </w:p>
    <w:p w14:paraId="064F3946" w14:textId="77777777" w:rsidR="009C0395" w:rsidRDefault="0051642E" w:rsidP="00DC1FDC">
      <w:r>
        <w:rPr>
          <w:b/>
        </w:rPr>
        <w:t xml:space="preserve">device voice: </w:t>
      </w:r>
      <w:r>
        <w:t xml:space="preserve">Jump forward. Hold to fast-forward. </w:t>
      </w:r>
    </w:p>
    <w:p w14:paraId="2854DDE4" w14:textId="77777777" w:rsidR="009C0395" w:rsidRDefault="0051642E" w:rsidP="00DC1FDC">
      <w:r>
        <w:rPr>
          <w:b/>
        </w:rPr>
        <w:t xml:space="preserve">Ioana: </w:t>
      </w:r>
      <w:proofErr w:type="gramStart"/>
      <w:r>
        <w:t>So</w:t>
      </w:r>
      <w:proofErr w:type="gramEnd"/>
      <w:r>
        <w:t xml:space="preserve"> it tells you what to do. </w:t>
      </w:r>
    </w:p>
    <w:p w14:paraId="5AD134CA" w14:textId="7ACF8A67" w:rsidR="009C0395" w:rsidRDefault="0051642E" w:rsidP="00DC1FDC">
      <w:r>
        <w:t xml:space="preserve">(device beeps) </w:t>
      </w:r>
    </w:p>
    <w:p w14:paraId="26E315BB" w14:textId="77777777" w:rsidR="009C0395" w:rsidRDefault="0051642E" w:rsidP="00DC1FDC">
      <w:r>
        <w:rPr>
          <w:b/>
        </w:rPr>
        <w:t xml:space="preserve">device voice: </w:t>
      </w:r>
      <w:r>
        <w:t xml:space="preserve">Play/Stop. </w:t>
      </w:r>
    </w:p>
    <w:p w14:paraId="70C5736F" w14:textId="3B6215A0" w:rsidR="009C0395" w:rsidRDefault="0051642E" w:rsidP="00DC1FDC">
      <w:r>
        <w:rPr>
          <w:b/>
        </w:rPr>
        <w:lastRenderedPageBreak/>
        <w:t xml:space="preserve">Ioana: </w:t>
      </w:r>
      <w:proofErr w:type="gramStart"/>
      <w:r>
        <w:t>So</w:t>
      </w:r>
      <w:proofErr w:type="gramEnd"/>
      <w:r>
        <w:t xml:space="preserve"> </w:t>
      </w:r>
      <w:proofErr w:type="gramStart"/>
      <w:r>
        <w:t>it's</w:t>
      </w:r>
      <w:proofErr w:type="gramEnd"/>
      <w:r>
        <w:t xml:space="preserve"> play or stop,</w:t>
      </w:r>
      <w:r w:rsidR="00F7292F">
        <w:t xml:space="preserve"> </w:t>
      </w:r>
      <w:r>
        <w:t xml:space="preserve">depending on what you do. </w:t>
      </w:r>
      <w:proofErr w:type="gramStart"/>
      <w:r>
        <w:t>Let's</w:t>
      </w:r>
      <w:proofErr w:type="gramEnd"/>
      <w:r>
        <w:t xml:space="preserve"> see what happens if I press this key, the Bookmark key. </w:t>
      </w:r>
    </w:p>
    <w:p w14:paraId="61EA549F" w14:textId="76CA36AC" w:rsidR="009C0395" w:rsidRDefault="0051642E" w:rsidP="00DC1FDC">
      <w:r>
        <w:t xml:space="preserve">(device beeps) </w:t>
      </w:r>
    </w:p>
    <w:p w14:paraId="75BD35CB" w14:textId="77777777" w:rsidR="009C0395" w:rsidRDefault="0051642E" w:rsidP="00DC1FDC">
      <w:r>
        <w:rPr>
          <w:b/>
        </w:rPr>
        <w:t xml:space="preserve">device voice: </w:t>
      </w:r>
      <w:r>
        <w:t xml:space="preserve">Bookmark. Press and hold to insert a bookmark. </w:t>
      </w:r>
    </w:p>
    <w:p w14:paraId="76C5AB5F" w14:textId="211AB3EB" w:rsidR="009C0395" w:rsidRDefault="0051642E" w:rsidP="00DC1FDC">
      <w:r>
        <w:rPr>
          <w:b/>
        </w:rPr>
        <w:t xml:space="preserve">Ioana: </w:t>
      </w:r>
      <w:r>
        <w:t xml:space="preserve">Exactly. </w:t>
      </w:r>
      <w:proofErr w:type="gramStart"/>
      <w:r>
        <w:t>So</w:t>
      </w:r>
      <w:proofErr w:type="gramEnd"/>
      <w:r>
        <w:t xml:space="preserve"> it tells you how to use any key on the player. </w:t>
      </w:r>
      <w:proofErr w:type="gramStart"/>
      <w:r>
        <w:t>So</w:t>
      </w:r>
      <w:proofErr w:type="gramEnd"/>
      <w:r>
        <w:t xml:space="preserve"> </w:t>
      </w:r>
      <w:proofErr w:type="gramStart"/>
      <w:r>
        <w:t>it's</w:t>
      </w:r>
      <w:proofErr w:type="gramEnd"/>
      <w:r>
        <w:t xml:space="preserve"> a quick way to refresh your memory. Of course, afterwards you need to</w:t>
      </w:r>
      <w:r w:rsidR="00F7292F">
        <w:t xml:space="preserve"> </w:t>
      </w:r>
      <w:proofErr w:type="gramStart"/>
      <w:r>
        <w:t>press quickly</w:t>
      </w:r>
      <w:proofErr w:type="gramEnd"/>
      <w:r>
        <w:t xml:space="preserve"> the Power button to exit this key describer mode, because any key you press here will not do anything, </w:t>
      </w:r>
      <w:proofErr w:type="gramStart"/>
      <w:r>
        <w:t>it's</w:t>
      </w:r>
      <w:proofErr w:type="gramEnd"/>
      <w:r>
        <w:t xml:space="preserve"> just to tell you what they do. </w:t>
      </w:r>
    </w:p>
    <w:p w14:paraId="184C5AD1" w14:textId="77777777" w:rsidR="009C0395" w:rsidRDefault="0051642E" w:rsidP="00DC1FDC">
      <w:r>
        <w:rPr>
          <w:b/>
        </w:rPr>
        <w:t xml:space="preserve">device voice: </w:t>
      </w:r>
      <w:r>
        <w:t xml:space="preserve">Key describer off. </w:t>
      </w:r>
    </w:p>
    <w:p w14:paraId="4444CEC7" w14:textId="4E817F6E" w:rsidR="009C0395" w:rsidRDefault="0051642E" w:rsidP="00DC1FDC">
      <w:r>
        <w:rPr>
          <w:b/>
        </w:rPr>
        <w:t xml:space="preserve">Unknown speaker: </w:t>
      </w:r>
      <w:r>
        <w:t xml:space="preserve">Six: </w:t>
      </w:r>
      <w:r w:rsidR="00432A25">
        <w:t>(speaks French).</w:t>
      </w:r>
      <w:r>
        <w:t xml:space="preserve"> </w:t>
      </w:r>
    </w:p>
    <w:p w14:paraId="1EBD93BE" w14:textId="1E7950DD" w:rsidR="009C0395" w:rsidRDefault="00432A25" w:rsidP="00DC1FDC">
      <w:r>
        <w:rPr>
          <w:b/>
        </w:rPr>
        <w:t>Ioana</w:t>
      </w:r>
      <w:r w:rsidR="0051642E">
        <w:rPr>
          <w:b/>
        </w:rPr>
        <w:t xml:space="preserve">: </w:t>
      </w:r>
      <w:r w:rsidR="0051642E">
        <w:t xml:space="preserve">Yes, yes, okay. </w:t>
      </w:r>
    </w:p>
    <w:p w14:paraId="69D9A5A1" w14:textId="77777777" w:rsidR="009C0395" w:rsidRDefault="0051642E" w:rsidP="00DC1FDC">
      <w:r>
        <w:rPr>
          <w:b/>
        </w:rPr>
        <w:t xml:space="preserve">device voice: </w:t>
      </w:r>
      <w:r>
        <w:t xml:space="preserve">Number one. </w:t>
      </w:r>
    </w:p>
    <w:p w14:paraId="5DB407E0" w14:textId="3FC00DDA" w:rsidR="009C0395" w:rsidRDefault="0051642E" w:rsidP="00DC1FDC">
      <w:r>
        <w:rPr>
          <w:b/>
        </w:rPr>
        <w:t xml:space="preserve">Ioana: </w:t>
      </w:r>
      <w:r>
        <w:t>Okay, finally,</w:t>
      </w:r>
      <w:r w:rsidR="00F7292F">
        <w:t xml:space="preserve"> </w:t>
      </w:r>
      <w:proofErr w:type="gramStart"/>
      <w:r>
        <w:t>a very useful</w:t>
      </w:r>
      <w:proofErr w:type="gramEnd"/>
      <w:r>
        <w:t xml:space="preserve"> thing</w:t>
      </w:r>
      <w:r w:rsidR="00F7292F">
        <w:t xml:space="preserve"> </w:t>
      </w:r>
      <w:r>
        <w:t xml:space="preserve">is every player that you buy comes with a pre-loaded user guide, including the 4M. </w:t>
      </w:r>
      <w:proofErr w:type="gramStart"/>
      <w:r>
        <w:t>So</w:t>
      </w:r>
      <w:proofErr w:type="gramEnd"/>
      <w:r>
        <w:t xml:space="preserve"> if </w:t>
      </w:r>
      <w:proofErr w:type="gramStart"/>
      <w:r>
        <w:t>I would</w:t>
      </w:r>
      <w:proofErr w:type="gramEnd"/>
      <w:r>
        <w:t xml:space="preserve"> press the Bookshelf </w:t>
      </w:r>
      <w:proofErr w:type="gramStart"/>
      <w:r>
        <w:t>button, but</w:t>
      </w:r>
      <w:proofErr w:type="gramEnd"/>
      <w:r>
        <w:t xml:space="preserve"> press and hold it. </w:t>
      </w:r>
      <w:proofErr w:type="gramStart"/>
      <w:r>
        <w:t>So</w:t>
      </w:r>
      <w:proofErr w:type="gramEnd"/>
      <w:r>
        <w:t xml:space="preserve"> </w:t>
      </w:r>
      <w:proofErr w:type="gramStart"/>
      <w:r>
        <w:t>it's</w:t>
      </w:r>
      <w:proofErr w:type="gramEnd"/>
      <w:r>
        <w:t xml:space="preserve"> an easy thing to remember because </w:t>
      </w:r>
      <w:proofErr w:type="gramStart"/>
      <w:r>
        <w:t>it's</w:t>
      </w:r>
      <w:proofErr w:type="gramEnd"/>
      <w:r>
        <w:t xml:space="preserve"> related to books. </w:t>
      </w:r>
      <w:proofErr w:type="gramStart"/>
      <w:r>
        <w:t>So</w:t>
      </w:r>
      <w:proofErr w:type="gramEnd"/>
      <w:r>
        <w:t xml:space="preserve"> if I press and hold the Bookshelf, it opens a preloaded user guide of the player. </w:t>
      </w:r>
    </w:p>
    <w:p w14:paraId="5E9EF5EA" w14:textId="77777777" w:rsidR="009C0395" w:rsidRDefault="0051642E" w:rsidP="00DC1FDC">
      <w:r>
        <w:t xml:space="preserve">(device beeps) </w:t>
      </w:r>
    </w:p>
    <w:p w14:paraId="134CEE2C" w14:textId="77777777" w:rsidR="009C0395" w:rsidRDefault="0051642E" w:rsidP="00DC1FDC">
      <w:r>
        <w:rPr>
          <w:b/>
        </w:rPr>
        <w:t xml:space="preserve">device voice: </w:t>
      </w:r>
      <w:r>
        <w:t xml:space="preserve">Entering user guide. Stratus </w:t>
      </w:r>
      <w:proofErr w:type="gramStart"/>
      <w:r>
        <w:t>2</w:t>
      </w:r>
      <w:proofErr w:type="gramEnd"/>
      <w:r>
        <w:t xml:space="preserve"> user guide. Victor Reader Stratus 2 user guide by Humanware. </w:t>
      </w:r>
    </w:p>
    <w:p w14:paraId="0959D180" w14:textId="3B6AF132" w:rsidR="009C0395" w:rsidRDefault="00432A25" w:rsidP="00DC1FDC">
      <w:r>
        <w:rPr>
          <w:b/>
        </w:rPr>
        <w:t>Ioana</w:t>
      </w:r>
      <w:r w:rsidR="0051642E">
        <w:rPr>
          <w:b/>
        </w:rPr>
        <w:t xml:space="preserve">: </w:t>
      </w:r>
      <w:r w:rsidR="0051642E">
        <w:t xml:space="preserve">I can now... </w:t>
      </w:r>
    </w:p>
    <w:p w14:paraId="45081520" w14:textId="5D632A01" w:rsidR="009C0395" w:rsidRDefault="00432A25" w:rsidP="00DC1FDC">
      <w:r>
        <w:rPr>
          <w:b/>
        </w:rPr>
        <w:t>device voice</w:t>
      </w:r>
      <w:r w:rsidR="0051642E">
        <w:rPr>
          <w:b/>
        </w:rPr>
        <w:t xml:space="preserve">: </w:t>
      </w:r>
      <w:r w:rsidR="0051642E">
        <w:t xml:space="preserve">Version 1.6. March 30th, 2026. </w:t>
      </w:r>
      <w:r w:rsidR="0051642E">
        <w:t xml:space="preserve">Copyright. Copyright 2026. </w:t>
      </w:r>
    </w:p>
    <w:p w14:paraId="621F3E4C" w14:textId="46B055A9" w:rsidR="009C0395" w:rsidRDefault="00D33DB0" w:rsidP="00DC1FDC">
      <w:r>
        <w:rPr>
          <w:b/>
        </w:rPr>
        <w:t>Ioana</w:t>
      </w:r>
      <w:r w:rsidR="0051642E">
        <w:rPr>
          <w:b/>
        </w:rPr>
        <w:t xml:space="preserve">: </w:t>
      </w:r>
      <w:r w:rsidR="0051642E">
        <w:t xml:space="preserve">Okay, okay. </w:t>
      </w:r>
    </w:p>
    <w:p w14:paraId="63A5C2FF" w14:textId="3DD2DA17" w:rsidR="009C0395" w:rsidRDefault="00D33DB0" w:rsidP="00DC1FDC">
      <w:r>
        <w:rPr>
          <w:b/>
        </w:rPr>
        <w:t>device voice</w:t>
      </w:r>
      <w:r w:rsidR="0051642E">
        <w:rPr>
          <w:b/>
        </w:rPr>
        <w:t xml:space="preserve">: </w:t>
      </w:r>
      <w:r w:rsidR="0051642E">
        <w:t xml:space="preserve">All rights reserved. </w:t>
      </w:r>
    </w:p>
    <w:p w14:paraId="6936A539" w14:textId="3420B45C" w:rsidR="009C0395" w:rsidRDefault="0051642E" w:rsidP="00DC1FDC">
      <w:r>
        <w:t xml:space="preserve">(device beeps) </w:t>
      </w:r>
    </w:p>
    <w:p w14:paraId="706D6DD2" w14:textId="3847608F" w:rsidR="009C0395" w:rsidRDefault="0051642E" w:rsidP="00DC1FDC">
      <w:r>
        <w:rPr>
          <w:b/>
        </w:rPr>
        <w:t xml:space="preserve">Ioana: </w:t>
      </w:r>
      <w:r>
        <w:t xml:space="preserve">Okay. I thought it would-- It started reading the user guide automatically, and it will remember, of course, as with any book, the </w:t>
      </w:r>
      <w:r>
        <w:lastRenderedPageBreak/>
        <w:t xml:space="preserve">playback position. </w:t>
      </w:r>
      <w:proofErr w:type="gramStart"/>
      <w:r>
        <w:t>So</w:t>
      </w:r>
      <w:proofErr w:type="gramEnd"/>
      <w:r>
        <w:t xml:space="preserve"> if you feel like reviewing, at your leisure, the whole user guide, you can do that directly from the player. I will press and hold this button again </w:t>
      </w:r>
      <w:r w:rsidR="00D33DB0">
        <w:t>to exit.</w:t>
      </w:r>
    </w:p>
    <w:p w14:paraId="74671884" w14:textId="15E18BA8" w:rsidR="009C0395" w:rsidRDefault="0051642E" w:rsidP="00DC1FDC">
      <w:r>
        <w:t xml:space="preserve">(device beeps) </w:t>
      </w:r>
    </w:p>
    <w:p w14:paraId="322488C6" w14:textId="3FAE6148" w:rsidR="009C0395" w:rsidRDefault="0051642E" w:rsidP="00DC1FDC">
      <w:r>
        <w:rPr>
          <w:b/>
        </w:rPr>
        <w:t xml:space="preserve">device voice: </w:t>
      </w:r>
      <w:r>
        <w:t xml:space="preserve">Exiting user guide. Six: </w:t>
      </w:r>
      <w:r w:rsidR="00D33DB0">
        <w:t>(speaks French)</w:t>
      </w:r>
      <w:r>
        <w:t xml:space="preserve"> Number one. </w:t>
      </w:r>
    </w:p>
    <w:p w14:paraId="0F40A24E" w14:textId="77777777" w:rsidR="00D33DB0" w:rsidRDefault="0051642E" w:rsidP="00DC1FDC">
      <w:r>
        <w:rPr>
          <w:b/>
        </w:rPr>
        <w:t xml:space="preserve">Ioana: </w:t>
      </w:r>
      <w:r>
        <w:t xml:space="preserve">Now we are back in our CELA </w:t>
      </w:r>
      <w:proofErr w:type="gramStart"/>
      <w:r>
        <w:t>bookshelf</w:t>
      </w:r>
      <w:proofErr w:type="gramEnd"/>
      <w:r>
        <w:t xml:space="preserve"> and I could use my left and right arrows. And this was the sixth book on my shelf. And I could either play or return, </w:t>
      </w:r>
      <w:proofErr w:type="gramStart"/>
      <w:r>
        <w:t>etc.</w:t>
      </w:r>
      <w:proofErr w:type="gramEnd"/>
      <w:r>
        <w:t xml:space="preserve"> </w:t>
      </w:r>
    </w:p>
    <w:p w14:paraId="2468DFD4" w14:textId="77777777" w:rsidR="00D33DB0" w:rsidRDefault="0051642E" w:rsidP="00DC1FDC">
      <w:proofErr w:type="gramStart"/>
      <w:r>
        <w:t>So</w:t>
      </w:r>
      <w:proofErr w:type="gramEnd"/>
      <w:r>
        <w:t xml:space="preserve"> I know this is </w:t>
      </w:r>
      <w:proofErr w:type="gramStart"/>
      <w:r>
        <w:t>a lot of</w:t>
      </w:r>
      <w:proofErr w:type="gramEnd"/>
      <w:r>
        <w:t xml:space="preserve"> information, but I hope that this gives you </w:t>
      </w:r>
      <w:proofErr w:type="gramStart"/>
      <w:r>
        <w:t>kind of an</w:t>
      </w:r>
      <w:proofErr w:type="gramEnd"/>
      <w:r>
        <w:t xml:space="preserve"> overview of... of what is possible with </w:t>
      </w:r>
      <w:proofErr w:type="gramStart"/>
      <w:r>
        <w:t xml:space="preserve">the </w:t>
      </w:r>
      <w:r w:rsidR="0043285E">
        <w:t>Stratus4</w:t>
      </w:r>
      <w:proofErr w:type="gramEnd"/>
      <w:r w:rsidR="0043285E">
        <w:t xml:space="preserve"> M</w:t>
      </w:r>
      <w:r>
        <w:t xml:space="preserve"> or the new Stratus 2. </w:t>
      </w:r>
    </w:p>
    <w:p w14:paraId="788CFCE2" w14:textId="77777777" w:rsidR="00D33DB0" w:rsidRDefault="0051642E" w:rsidP="00DC1FDC">
      <w:r>
        <w:t xml:space="preserve">Oh, I should say, yes, indeed. </w:t>
      </w:r>
      <w:proofErr w:type="gramStart"/>
      <w:r>
        <w:t>So</w:t>
      </w:r>
      <w:proofErr w:type="gramEnd"/>
      <w:r>
        <w:t xml:space="preserve"> the book management key,</w:t>
      </w:r>
      <w:r w:rsidR="00F7292F">
        <w:t xml:space="preserve"> </w:t>
      </w:r>
      <w:r>
        <w:t xml:space="preserve">you can also use it-- and I did it accidentally because instead of pressing it quickly to delete a book, I pressed and hold, and if you do that, you will hear battery status and other useful information like how much room there is left on the player, and how many books are downloaded onto the player, etc. </w:t>
      </w:r>
    </w:p>
    <w:p w14:paraId="3E9FE17B" w14:textId="53CE521A" w:rsidR="009C0395" w:rsidRDefault="0051642E" w:rsidP="00DC1FDC">
      <w:r>
        <w:t xml:space="preserve">And we also have links to the user guides and the support pages from Humanware for the </w:t>
      </w:r>
      <w:r w:rsidR="0043285E">
        <w:t>Stratus4 M</w:t>
      </w:r>
      <w:r>
        <w:t xml:space="preserve"> and the </w:t>
      </w:r>
      <w:proofErr w:type="gramStart"/>
      <w:r>
        <w:t>2</w:t>
      </w:r>
      <w:proofErr w:type="gramEnd"/>
      <w:r>
        <w:t>, and, of course, you can reach</w:t>
      </w:r>
      <w:r w:rsidR="00F7292F">
        <w:t xml:space="preserve"> </w:t>
      </w:r>
      <w:r>
        <w:t xml:space="preserve">Humanware tech support as well for any specific information about the player itself. And again, CELA has our own customer service that will be happy to help you using CELA with the player. </w:t>
      </w:r>
    </w:p>
    <w:p w14:paraId="169A0573" w14:textId="77777777" w:rsidR="009C0395" w:rsidRDefault="0051642E" w:rsidP="00DC1FDC">
      <w:r>
        <w:rPr>
          <w:b/>
        </w:rPr>
        <w:t xml:space="preserve">End of </w:t>
      </w:r>
      <w:proofErr w:type="gramStart"/>
      <w:r>
        <w:rPr>
          <w:b/>
        </w:rPr>
        <w:t>webinar</w:t>
      </w:r>
      <w:proofErr w:type="gramEnd"/>
      <w:r>
        <w:rPr>
          <w:b/>
        </w:rPr>
        <w:t xml:space="preserve"> transcription.</w:t>
      </w:r>
    </w:p>
    <w:sectPr w:rsidR="009C0395"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2A9CB" w14:textId="77777777" w:rsidR="0051642E" w:rsidRDefault="0051642E" w:rsidP="00EE63CE">
      <w:pPr>
        <w:spacing w:after="0" w:line="240" w:lineRule="auto"/>
      </w:pPr>
      <w:r>
        <w:separator/>
      </w:r>
    </w:p>
  </w:endnote>
  <w:endnote w:type="continuationSeparator" w:id="0">
    <w:p w14:paraId="5F42A485" w14:textId="77777777" w:rsidR="0051642E" w:rsidRDefault="0051642E" w:rsidP="00EE6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D07F" w14:textId="77777777" w:rsidR="0051642E" w:rsidRDefault="0051642E" w:rsidP="00EE63CE">
      <w:pPr>
        <w:spacing w:after="0" w:line="240" w:lineRule="auto"/>
      </w:pPr>
      <w:r>
        <w:separator/>
      </w:r>
    </w:p>
  </w:footnote>
  <w:footnote w:type="continuationSeparator" w:id="0">
    <w:p w14:paraId="2780E462" w14:textId="77777777" w:rsidR="0051642E" w:rsidRDefault="0051642E" w:rsidP="00EE6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022288"/>
      <w:docPartObj>
        <w:docPartGallery w:val="Page Numbers (Top of Page)"/>
        <w:docPartUnique/>
      </w:docPartObj>
    </w:sdtPr>
    <w:sdtEndPr>
      <w:rPr>
        <w:noProof/>
      </w:rPr>
    </w:sdtEndPr>
    <w:sdtContent>
      <w:p w14:paraId="727EEB4C" w14:textId="4AAFF8D1" w:rsidR="00EE63CE" w:rsidRDefault="00EE63C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10E17E" w14:textId="77777777" w:rsidR="00EE63CE" w:rsidRDefault="00EE6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97201255">
    <w:abstractNumId w:val="8"/>
  </w:num>
  <w:num w:numId="2" w16cid:durableId="169831363">
    <w:abstractNumId w:val="6"/>
  </w:num>
  <w:num w:numId="3" w16cid:durableId="744843013">
    <w:abstractNumId w:val="5"/>
  </w:num>
  <w:num w:numId="4" w16cid:durableId="178667730">
    <w:abstractNumId w:val="4"/>
  </w:num>
  <w:num w:numId="5" w16cid:durableId="267125129">
    <w:abstractNumId w:val="7"/>
  </w:num>
  <w:num w:numId="6" w16cid:durableId="231892170">
    <w:abstractNumId w:val="3"/>
  </w:num>
  <w:num w:numId="7" w16cid:durableId="971323656">
    <w:abstractNumId w:val="2"/>
  </w:num>
  <w:num w:numId="8" w16cid:durableId="279410711">
    <w:abstractNumId w:val="1"/>
  </w:num>
  <w:num w:numId="9" w16cid:durableId="141593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042A"/>
    <w:rsid w:val="00034616"/>
    <w:rsid w:val="000526B9"/>
    <w:rsid w:val="0006063C"/>
    <w:rsid w:val="00090B14"/>
    <w:rsid w:val="00102FF7"/>
    <w:rsid w:val="0012204F"/>
    <w:rsid w:val="001373C0"/>
    <w:rsid w:val="0015074B"/>
    <w:rsid w:val="0019475C"/>
    <w:rsid w:val="00217C4D"/>
    <w:rsid w:val="00223D4A"/>
    <w:rsid w:val="00262BE5"/>
    <w:rsid w:val="0029639D"/>
    <w:rsid w:val="002D34F9"/>
    <w:rsid w:val="002E47FC"/>
    <w:rsid w:val="002F4F47"/>
    <w:rsid w:val="00326F90"/>
    <w:rsid w:val="00334099"/>
    <w:rsid w:val="00351365"/>
    <w:rsid w:val="003B2499"/>
    <w:rsid w:val="003B7B97"/>
    <w:rsid w:val="003C434E"/>
    <w:rsid w:val="003D23F3"/>
    <w:rsid w:val="003E6520"/>
    <w:rsid w:val="0043285E"/>
    <w:rsid w:val="00432A25"/>
    <w:rsid w:val="00446C1A"/>
    <w:rsid w:val="00452F7F"/>
    <w:rsid w:val="00492617"/>
    <w:rsid w:val="004B5FCE"/>
    <w:rsid w:val="00504E14"/>
    <w:rsid w:val="0051642E"/>
    <w:rsid w:val="005626FD"/>
    <w:rsid w:val="005A4C3A"/>
    <w:rsid w:val="005A701B"/>
    <w:rsid w:val="005C12D7"/>
    <w:rsid w:val="005E4493"/>
    <w:rsid w:val="006B5793"/>
    <w:rsid w:val="006B697B"/>
    <w:rsid w:val="006E17A3"/>
    <w:rsid w:val="006E1E60"/>
    <w:rsid w:val="006E373C"/>
    <w:rsid w:val="0073315A"/>
    <w:rsid w:val="00744005"/>
    <w:rsid w:val="007502FD"/>
    <w:rsid w:val="0075569A"/>
    <w:rsid w:val="0076218C"/>
    <w:rsid w:val="00772B83"/>
    <w:rsid w:val="00797175"/>
    <w:rsid w:val="007C2FE2"/>
    <w:rsid w:val="00844D09"/>
    <w:rsid w:val="00865B8C"/>
    <w:rsid w:val="008A2D93"/>
    <w:rsid w:val="008E3BC6"/>
    <w:rsid w:val="00907DD7"/>
    <w:rsid w:val="00935D86"/>
    <w:rsid w:val="009C0395"/>
    <w:rsid w:val="00A1347D"/>
    <w:rsid w:val="00A41BA6"/>
    <w:rsid w:val="00A57209"/>
    <w:rsid w:val="00AA1D8D"/>
    <w:rsid w:val="00AB40BF"/>
    <w:rsid w:val="00AD6BCA"/>
    <w:rsid w:val="00B00019"/>
    <w:rsid w:val="00B06F04"/>
    <w:rsid w:val="00B34B1E"/>
    <w:rsid w:val="00B47730"/>
    <w:rsid w:val="00B7584A"/>
    <w:rsid w:val="00B81874"/>
    <w:rsid w:val="00B9259C"/>
    <w:rsid w:val="00BA4858"/>
    <w:rsid w:val="00BE3DF4"/>
    <w:rsid w:val="00C14A01"/>
    <w:rsid w:val="00C45768"/>
    <w:rsid w:val="00C4629B"/>
    <w:rsid w:val="00C94694"/>
    <w:rsid w:val="00CA738A"/>
    <w:rsid w:val="00CB0664"/>
    <w:rsid w:val="00CB7E01"/>
    <w:rsid w:val="00CE6169"/>
    <w:rsid w:val="00CF198A"/>
    <w:rsid w:val="00D14EE7"/>
    <w:rsid w:val="00D33DB0"/>
    <w:rsid w:val="00D35DBB"/>
    <w:rsid w:val="00D41555"/>
    <w:rsid w:val="00D44D20"/>
    <w:rsid w:val="00D65A1C"/>
    <w:rsid w:val="00D859A5"/>
    <w:rsid w:val="00D92CA4"/>
    <w:rsid w:val="00DC1FDC"/>
    <w:rsid w:val="00DD6EB9"/>
    <w:rsid w:val="00DE5A8C"/>
    <w:rsid w:val="00DF2288"/>
    <w:rsid w:val="00DF64F5"/>
    <w:rsid w:val="00E65512"/>
    <w:rsid w:val="00E91E22"/>
    <w:rsid w:val="00EE63CE"/>
    <w:rsid w:val="00F01B8C"/>
    <w:rsid w:val="00F43820"/>
    <w:rsid w:val="00F7292F"/>
    <w:rsid w:val="00FC1507"/>
    <w:rsid w:val="00FC693F"/>
    <w:rsid w:val="00FE4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17159F1-3910-43B3-BC9C-B7790901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FDC"/>
    <w:rPr>
      <w:rFonts w:ascii="Verdana" w:hAnsi="Verdana"/>
      <w:sz w:val="24"/>
    </w:rPr>
  </w:style>
  <w:style w:type="paragraph" w:styleId="Heading1">
    <w:name w:val="heading 1"/>
    <w:basedOn w:val="Normal"/>
    <w:next w:val="Normal"/>
    <w:link w:val="Heading1Char"/>
    <w:uiPriority w:val="9"/>
    <w:qFormat/>
    <w:rsid w:val="00DD6EB9"/>
    <w:pPr>
      <w:keepNext/>
      <w:keepLines/>
      <w:spacing w:before="480" w:after="0"/>
      <w:outlineLvl w:val="0"/>
    </w:pPr>
    <w:rPr>
      <w:rFonts w:eastAsiaTheme="majorEastAsia"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DC1FDC"/>
    <w:pPr>
      <w:keepNext/>
      <w:keepLines/>
      <w:spacing w:before="200" w:after="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A1347D"/>
    <w:pPr>
      <w:keepNext/>
      <w:keepLines/>
      <w:spacing w:before="20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D6EB9"/>
    <w:rPr>
      <w:rFonts w:ascii="Verdana" w:eastAsiaTheme="majorEastAsia" w:hAnsi="Verdana" w:cstheme="majorBidi"/>
      <w:b/>
      <w:bCs/>
      <w:color w:val="365F91" w:themeColor="accent1" w:themeShade="BF"/>
      <w:sz w:val="36"/>
      <w:szCs w:val="28"/>
    </w:rPr>
  </w:style>
  <w:style w:type="character" w:customStyle="1" w:styleId="Heading2Char">
    <w:name w:val="Heading 2 Char"/>
    <w:basedOn w:val="DefaultParagraphFont"/>
    <w:link w:val="Heading2"/>
    <w:uiPriority w:val="9"/>
    <w:rsid w:val="00DC1FDC"/>
    <w:rPr>
      <w:rFonts w:ascii="Verdana" w:eastAsiaTheme="majorEastAsia" w:hAnsi="Verdana" w:cstheme="majorBidi"/>
      <w:b/>
      <w:bCs/>
      <w:color w:val="4F81BD" w:themeColor="accent1"/>
      <w:sz w:val="32"/>
      <w:szCs w:val="26"/>
    </w:rPr>
  </w:style>
  <w:style w:type="character" w:customStyle="1" w:styleId="Heading3Char">
    <w:name w:val="Heading 3 Char"/>
    <w:basedOn w:val="DefaultParagraphFont"/>
    <w:link w:val="Heading3"/>
    <w:uiPriority w:val="9"/>
    <w:rsid w:val="00A1347D"/>
    <w:rPr>
      <w:rFonts w:ascii="Verdana" w:eastAsiaTheme="majorEastAsia" w:hAnsi="Verdana" w:cstheme="majorBidi"/>
      <w:b/>
      <w:bCs/>
      <w:color w:val="4F81BD" w:themeColor="accent1"/>
      <w:sz w:val="28"/>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93E1E-E15A-49DF-AC5C-FB19626FD009}">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A428772B-6207-4C9C-A851-D8F5A425B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6D3636-DB35-4E3A-9BF1-B447A9869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29</Pages>
  <Words>6678</Words>
  <Characters>38068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Desormeaux</cp:lastModifiedBy>
  <cp:revision>92</cp:revision>
  <dcterms:created xsi:type="dcterms:W3CDTF">2013-12-23T23:15:00Z</dcterms:created>
  <dcterms:modified xsi:type="dcterms:W3CDTF">2026-08-06T15:35:00Z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