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A21DC" w14:textId="56301582" w:rsidR="00C96FB9" w:rsidRDefault="00905718" w:rsidP="00905718">
      <w:pPr>
        <w:pStyle w:val="Heading1"/>
      </w:pPr>
      <w:r>
        <w:t>Transcript of Stratus 2 configuration for CELA Direct to Player access tutorial</w:t>
      </w:r>
    </w:p>
    <w:p w14:paraId="1965EAA9" w14:textId="7B02D892" w:rsidR="00905718" w:rsidRDefault="00905718" w:rsidP="00905718">
      <w:pPr>
        <w:pStyle w:val="Heading2"/>
      </w:pPr>
      <w:r>
        <w:t>How to get started</w:t>
      </w:r>
    </w:p>
    <w:p w14:paraId="656C3C78" w14:textId="6D3F66A8" w:rsidR="00905718" w:rsidRPr="00905718" w:rsidRDefault="00905718" w:rsidP="00905718">
      <w:r>
        <w:t>00:00</w:t>
      </w:r>
    </w:p>
    <w:p w14:paraId="7608202E" w14:textId="77777777" w:rsidR="00964688" w:rsidRDefault="00115663" w:rsidP="00905718">
      <w:r>
        <w:rPr>
          <w:b/>
        </w:rPr>
        <w:t xml:space="preserve">Ioana: </w:t>
      </w:r>
      <w:r>
        <w:t>This tutorial explains how to connect your Stratus 2 player to the internet and to your CELA account to access books</w:t>
      </w:r>
      <w:r w:rsidR="00D203AA">
        <w:t xml:space="preserve"> </w:t>
      </w:r>
      <w:r>
        <w:t xml:space="preserve">on your Direct to Player bookshelf. </w:t>
      </w:r>
    </w:p>
    <w:p w14:paraId="1E21E40B" w14:textId="30C770D6" w:rsidR="00C96FB9" w:rsidRDefault="00115663" w:rsidP="00905718">
      <w:r>
        <w:t>If you haven't already done so, turn on the player by pressing and holding the round Power button located on the right side of the player. After a few seconds, a welcome message will sound</w:t>
      </w:r>
      <w:r w:rsidR="00964688">
        <w:t>,</w:t>
      </w:r>
      <w:r>
        <w:t xml:space="preserve"> and you will get information about the number of books available on your player. </w:t>
      </w:r>
    </w:p>
    <w:p w14:paraId="15363BC9" w14:textId="1DAE18DC" w:rsidR="00C96FB9" w:rsidRDefault="00115663" w:rsidP="00905718">
      <w:r>
        <w:rPr>
          <w:b/>
        </w:rPr>
        <w:t xml:space="preserve">Victor Reader: </w:t>
      </w:r>
      <w:r>
        <w:t>Welcome</w:t>
      </w:r>
      <w:r w:rsidR="00D203AA">
        <w:t xml:space="preserve"> </w:t>
      </w:r>
      <w:r>
        <w:t xml:space="preserve">to Victor Reader. </w:t>
      </w:r>
    </w:p>
    <w:p w14:paraId="5CA053ED" w14:textId="040A48DB" w:rsidR="00C96FB9" w:rsidRDefault="00115663" w:rsidP="00905718">
      <w:r>
        <w:rPr>
          <w:b/>
        </w:rPr>
        <w:t xml:space="preserve">Synthetic voice: </w:t>
      </w:r>
      <w:r>
        <w:t>Talking books,</w:t>
      </w:r>
      <w:r w:rsidR="00D203AA">
        <w:t xml:space="preserve"> </w:t>
      </w:r>
      <w:r>
        <w:t xml:space="preserve">two books. </w:t>
      </w:r>
    </w:p>
    <w:p w14:paraId="0DC096FF" w14:textId="0C3606CA" w:rsidR="00C96FB9" w:rsidRDefault="00115663" w:rsidP="00905718">
      <w:r>
        <w:rPr>
          <w:b/>
        </w:rPr>
        <w:t xml:space="preserve">Ioana: </w:t>
      </w:r>
      <w:r>
        <w:t>Note that</w:t>
      </w:r>
      <w:r w:rsidR="00D203AA">
        <w:t xml:space="preserve"> </w:t>
      </w:r>
      <w:r>
        <w:t>if you have a protective keyboard cover</w:t>
      </w:r>
      <w:r w:rsidR="00D203AA">
        <w:t xml:space="preserve"> </w:t>
      </w:r>
      <w:r>
        <w:t xml:space="preserve">on your player, it needs to be removed to access advanced functions of the player. Press and hold the Information key situated in the centre of the navigation keys in the middle of the player. </w:t>
      </w:r>
    </w:p>
    <w:p w14:paraId="306D7DB1" w14:textId="77777777" w:rsidR="00C96FB9" w:rsidRDefault="00115663" w:rsidP="00905718">
      <w:r>
        <w:rPr>
          <w:b/>
        </w:rPr>
        <w:t xml:space="preserve">Synthetic voice: </w:t>
      </w:r>
      <w:r>
        <w:t xml:space="preserve">Menu. General settings. </w:t>
      </w:r>
    </w:p>
    <w:p w14:paraId="3DEE4833" w14:textId="77777777" w:rsidR="00964688" w:rsidRDefault="00115663" w:rsidP="00905718">
      <w:r>
        <w:rPr>
          <w:b/>
        </w:rPr>
        <w:t xml:space="preserve">Ioana: </w:t>
      </w:r>
      <w:r>
        <w:t xml:space="preserve">Now that we are in the player menus, we can navigate through the various options using the left and right navigation key. </w:t>
      </w:r>
      <w:r>
        <w:t xml:space="preserve">To return to the previous menu, we can use the </w:t>
      </w:r>
      <w:proofErr w:type="gramStart"/>
      <w:r>
        <w:t>up navigation</w:t>
      </w:r>
      <w:proofErr w:type="gramEnd"/>
      <w:r>
        <w:t xml:space="preserve"> key, and to confirm our selection, use the Play/Stop key. This is an orange square key with an indentation situated on the bottom edge of the front face of the player. </w:t>
      </w:r>
    </w:p>
    <w:p w14:paraId="4014AF18" w14:textId="7AED90B7" w:rsidR="00964688" w:rsidRDefault="00964688" w:rsidP="00964688">
      <w:pPr>
        <w:pStyle w:val="Heading2"/>
      </w:pPr>
      <w:r>
        <w:t xml:space="preserve">Connecting </w:t>
      </w:r>
      <w:proofErr w:type="gramStart"/>
      <w:r>
        <w:t>the Stratus</w:t>
      </w:r>
      <w:proofErr w:type="gramEnd"/>
      <w:r>
        <w:t xml:space="preserve"> 2 to Wi-Fi</w:t>
      </w:r>
    </w:p>
    <w:p w14:paraId="02FFAC0F" w14:textId="4E56879F" w:rsidR="00E21BCA" w:rsidRPr="00E21BCA" w:rsidRDefault="00E21BCA" w:rsidP="00E21BCA">
      <w:r>
        <w:t>01:38</w:t>
      </w:r>
    </w:p>
    <w:p w14:paraId="737BCCF5" w14:textId="7954AA42" w:rsidR="00C96FB9" w:rsidRDefault="00115663" w:rsidP="00905718">
      <w:r>
        <w:t xml:space="preserve">Let's find the wireless menu. I will use my right navigation key. </w:t>
      </w:r>
    </w:p>
    <w:p w14:paraId="6F72D527" w14:textId="4D4499AA" w:rsidR="00C96FB9" w:rsidRDefault="00115663" w:rsidP="00905718">
      <w:r>
        <w:rPr>
          <w:b/>
        </w:rPr>
        <w:t xml:space="preserve">Synthetic voice: </w:t>
      </w:r>
      <w:r>
        <w:t>Navigation</w:t>
      </w:r>
      <w:r w:rsidR="00D203AA">
        <w:t xml:space="preserve"> </w:t>
      </w:r>
      <w:r>
        <w:t xml:space="preserve">and playback. Wireless. </w:t>
      </w:r>
    </w:p>
    <w:p w14:paraId="236826A4" w14:textId="77777777" w:rsidR="00C96FB9" w:rsidRDefault="00115663" w:rsidP="00905718">
      <w:r>
        <w:rPr>
          <w:b/>
        </w:rPr>
        <w:lastRenderedPageBreak/>
        <w:t xml:space="preserve">Ioana: </w:t>
      </w:r>
      <w:r>
        <w:t xml:space="preserve">Press Play/Stop. </w:t>
      </w:r>
    </w:p>
    <w:p w14:paraId="6D9F2396" w14:textId="77777777" w:rsidR="00C96FB9" w:rsidRDefault="00115663" w:rsidP="00905718">
      <w:r>
        <w:rPr>
          <w:b/>
        </w:rPr>
        <w:t xml:space="preserve">Synthetic voice: </w:t>
      </w:r>
      <w:r>
        <w:t xml:space="preserve">Airplane mode off. </w:t>
      </w:r>
    </w:p>
    <w:p w14:paraId="0D2532AC" w14:textId="77777777" w:rsidR="00C96FB9" w:rsidRDefault="00115663" w:rsidP="00905718">
      <w:r>
        <w:rPr>
          <w:b/>
        </w:rPr>
        <w:t xml:space="preserve">Ioana: </w:t>
      </w:r>
      <w:r>
        <w:t xml:space="preserve">We will now select Wi-Fi. Pressing right arrow. </w:t>
      </w:r>
    </w:p>
    <w:p w14:paraId="6715A9A7" w14:textId="77777777" w:rsidR="00C96FB9" w:rsidRDefault="00115663" w:rsidP="00905718">
      <w:r>
        <w:rPr>
          <w:b/>
        </w:rPr>
        <w:t xml:space="preserve">Synthetic voice: </w:t>
      </w:r>
      <w:r>
        <w:t xml:space="preserve">Wi-Fi. </w:t>
      </w:r>
    </w:p>
    <w:p w14:paraId="451A5C36" w14:textId="2DF55920" w:rsidR="00C96FB9" w:rsidRDefault="00E21BCA" w:rsidP="00905718">
      <w:r>
        <w:rPr>
          <w:b/>
        </w:rPr>
        <w:t>Ioana</w:t>
      </w:r>
      <w:r w:rsidR="00115663">
        <w:rPr>
          <w:b/>
        </w:rPr>
        <w:t xml:space="preserve">: </w:t>
      </w:r>
      <w:r w:rsidR="00115663">
        <w:t xml:space="preserve">Pressing Play/Pause. </w:t>
      </w:r>
    </w:p>
    <w:p w14:paraId="1F5056B7" w14:textId="5B8D64E2" w:rsidR="00C96FB9" w:rsidRDefault="00E21BCA" w:rsidP="00905718">
      <w:r>
        <w:rPr>
          <w:b/>
        </w:rPr>
        <w:t>Synthetic voice</w:t>
      </w:r>
      <w:r w:rsidR="00115663">
        <w:rPr>
          <w:b/>
        </w:rPr>
        <w:t xml:space="preserve">: </w:t>
      </w:r>
      <w:r w:rsidR="00115663">
        <w:t xml:space="preserve">Wi-Fi on. </w:t>
      </w:r>
    </w:p>
    <w:p w14:paraId="681B6ED0" w14:textId="1D83DAA8" w:rsidR="00C96FB9" w:rsidRDefault="00115663" w:rsidP="00905718">
      <w:r>
        <w:rPr>
          <w:b/>
        </w:rPr>
        <w:t xml:space="preserve">Ioana: </w:t>
      </w:r>
      <w:r>
        <w:t>Now we need to select</w:t>
      </w:r>
      <w:r w:rsidR="00D203AA">
        <w:t xml:space="preserve"> </w:t>
      </w:r>
      <w:r>
        <w:t xml:space="preserve">“New connection.” </w:t>
      </w:r>
    </w:p>
    <w:p w14:paraId="7F771493" w14:textId="77777777" w:rsidR="00C96FB9" w:rsidRDefault="00115663" w:rsidP="00905718">
      <w:r>
        <w:rPr>
          <w:b/>
        </w:rPr>
        <w:t xml:space="preserve">Synthetic voice: </w:t>
      </w:r>
      <w:r>
        <w:t xml:space="preserve">Status. New connection. </w:t>
      </w:r>
    </w:p>
    <w:p w14:paraId="165D44A4" w14:textId="77777777" w:rsidR="00C96FB9" w:rsidRDefault="00115663" w:rsidP="00905718">
      <w:r>
        <w:rPr>
          <w:b/>
        </w:rPr>
        <w:t xml:space="preserve">Ioana: </w:t>
      </w:r>
      <w:r>
        <w:t xml:space="preserve">Press Play/Stop. </w:t>
      </w:r>
    </w:p>
    <w:p w14:paraId="131EF729" w14:textId="77777777" w:rsidR="00C96FB9" w:rsidRDefault="00115663" w:rsidP="00905718">
      <w:r>
        <w:rPr>
          <w:b/>
        </w:rPr>
        <w:t xml:space="preserve">Synthetic voice: </w:t>
      </w:r>
      <w:r>
        <w:t xml:space="preserve">Scan for SSID. </w:t>
      </w:r>
    </w:p>
    <w:p w14:paraId="25FCA07C" w14:textId="77777777" w:rsidR="00C96FB9" w:rsidRDefault="00115663" w:rsidP="00905718">
      <w:r>
        <w:rPr>
          <w:b/>
        </w:rPr>
        <w:t xml:space="preserve">Ioana: </w:t>
      </w:r>
      <w:r>
        <w:t xml:space="preserve">This is the option we want, so I will press Play/Stop again. </w:t>
      </w:r>
    </w:p>
    <w:p w14:paraId="67A57E8D" w14:textId="77777777" w:rsidR="00C96FB9" w:rsidRDefault="00115663" w:rsidP="00905718">
      <w:r>
        <w:rPr>
          <w:b/>
        </w:rPr>
        <w:t xml:space="preserve">Synthetic voice: </w:t>
      </w:r>
      <w:r>
        <w:t xml:space="preserve">Cheerio_GUEST. Cap C-H-E-E-R-I-O-underscore- cap G-U-E-S-T. Signal strength, excellent. </w:t>
      </w:r>
    </w:p>
    <w:p w14:paraId="52F4C854" w14:textId="77777777" w:rsidR="00C96FB9" w:rsidRDefault="00115663" w:rsidP="00905718">
      <w:r>
        <w:rPr>
          <w:b/>
        </w:rPr>
        <w:t xml:space="preserve">Ioana: </w:t>
      </w:r>
      <w:r>
        <w:t xml:space="preserve">We now have a list of available wireless networks that the player can detect. I will use my right and left navigation keys </w:t>
      </w:r>
      <w:r>
        <w:t xml:space="preserve">to select the network I am interested in. </w:t>
      </w:r>
    </w:p>
    <w:p w14:paraId="13B627F1" w14:textId="77777777" w:rsidR="00C96FB9" w:rsidRDefault="00115663" w:rsidP="00905718">
      <w:r>
        <w:rPr>
          <w:b/>
        </w:rPr>
        <w:t xml:space="preserve">Synthetic voice: </w:t>
      </w:r>
      <w:r>
        <w:t>Cheerio, cap C-H-E-E-R-I-</w:t>
      </w:r>
      <w:proofErr w:type="gramStart"/>
      <w:r>
        <w:t>O-- Enter</w:t>
      </w:r>
      <w:proofErr w:type="gramEnd"/>
      <w:r>
        <w:t xml:space="preserve"> password. A. </w:t>
      </w:r>
    </w:p>
    <w:p w14:paraId="4E2711D5" w14:textId="646E267D" w:rsidR="00C96FB9" w:rsidRDefault="00115663" w:rsidP="00905718">
      <w:r>
        <w:rPr>
          <w:b/>
        </w:rPr>
        <w:t xml:space="preserve">Ioana: </w:t>
      </w:r>
      <w:r>
        <w:t>To enter text</w:t>
      </w:r>
      <w:r w:rsidR="00D203AA">
        <w:t xml:space="preserve"> </w:t>
      </w:r>
      <w:r>
        <w:t xml:space="preserve">using </w:t>
      </w:r>
      <w:proofErr w:type="gramStart"/>
      <w:r>
        <w:t>the Stratus</w:t>
      </w:r>
      <w:proofErr w:type="gramEnd"/>
      <w:r>
        <w:t xml:space="preserve"> 2, you can use the up and down navigation keys</w:t>
      </w:r>
      <w:r w:rsidR="00D203AA">
        <w:t xml:space="preserve"> </w:t>
      </w:r>
      <w:r>
        <w:t xml:space="preserve">to select the character you </w:t>
      </w:r>
      <w:proofErr w:type="gramStart"/>
      <w:r>
        <w:t>like, and</w:t>
      </w:r>
      <w:proofErr w:type="gramEnd"/>
      <w:r>
        <w:t xml:space="preserve"> insert it with the right arrow key. Because we have many characters- uppercase, lowercase,</w:t>
      </w:r>
      <w:r w:rsidR="00D203AA">
        <w:t xml:space="preserve"> </w:t>
      </w:r>
      <w:r>
        <w:t xml:space="preserve">numbers, special punctuation- you can quickly jump from one character section to the other by using the Bookmark key. This is the key located on the left side of the player, </w:t>
      </w:r>
      <w:r>
        <w:t xml:space="preserve">right under the bookshelf. I will need a capital C, so I will press the Bookmark key. </w:t>
      </w:r>
    </w:p>
    <w:p w14:paraId="4BE3E495" w14:textId="77777777" w:rsidR="00C96FB9" w:rsidRDefault="00115663" w:rsidP="00905718">
      <w:r>
        <w:rPr>
          <w:b/>
        </w:rPr>
        <w:t xml:space="preserve">Synthetic voice: </w:t>
      </w:r>
      <w:r>
        <w:t xml:space="preserve">Uppercase A cap. </w:t>
      </w:r>
    </w:p>
    <w:p w14:paraId="00C4F78F" w14:textId="305EF013" w:rsidR="00C96FB9" w:rsidRDefault="00115663" w:rsidP="00905718">
      <w:r>
        <w:rPr>
          <w:b/>
        </w:rPr>
        <w:t xml:space="preserve">Ioana: </w:t>
      </w:r>
      <w:r>
        <w:t xml:space="preserve">I will press the </w:t>
      </w:r>
      <w:proofErr w:type="gramStart"/>
      <w:r>
        <w:t>up navigation</w:t>
      </w:r>
      <w:proofErr w:type="gramEnd"/>
      <w:r w:rsidR="00D203AA">
        <w:t xml:space="preserve"> </w:t>
      </w:r>
      <w:r>
        <w:t xml:space="preserve">key twice to reach the C letter. </w:t>
      </w:r>
    </w:p>
    <w:p w14:paraId="1F59CABF" w14:textId="77777777" w:rsidR="00C96FB9" w:rsidRDefault="00115663" w:rsidP="00905718">
      <w:r>
        <w:rPr>
          <w:b/>
        </w:rPr>
        <w:t xml:space="preserve">Synthetic voice: </w:t>
      </w:r>
      <w:r>
        <w:t xml:space="preserve">B-C cap. </w:t>
      </w:r>
    </w:p>
    <w:p w14:paraId="52C3B1CA" w14:textId="77777777" w:rsidR="00C96FB9" w:rsidRDefault="00115663" w:rsidP="00905718">
      <w:r>
        <w:rPr>
          <w:b/>
        </w:rPr>
        <w:t xml:space="preserve">Ioana: </w:t>
      </w:r>
      <w:r>
        <w:t xml:space="preserve">I will insert it using the right navigation key. </w:t>
      </w:r>
    </w:p>
    <w:p w14:paraId="388884C3" w14:textId="77777777" w:rsidR="00C96FB9" w:rsidRDefault="00115663" w:rsidP="00905718">
      <w:r>
        <w:rPr>
          <w:b/>
        </w:rPr>
        <w:lastRenderedPageBreak/>
        <w:t xml:space="preserve">Synthetic voice: </w:t>
      </w:r>
      <w:r>
        <w:t xml:space="preserve">C inserted. </w:t>
      </w:r>
    </w:p>
    <w:p w14:paraId="6859FE0F" w14:textId="77777777" w:rsidR="00C96FB9" w:rsidRDefault="00115663" w:rsidP="00905718">
      <w:r>
        <w:rPr>
          <w:b/>
        </w:rPr>
        <w:t xml:space="preserve">Ioana: </w:t>
      </w:r>
      <w:r>
        <w:t xml:space="preserve">Now I need a lowercase, so I will press the bookmarks key repeatedly until I get to that section. </w:t>
      </w:r>
    </w:p>
    <w:p w14:paraId="5F7481C1" w14:textId="77777777" w:rsidR="00C96FB9" w:rsidRDefault="00115663" w:rsidP="00905718">
      <w:r>
        <w:rPr>
          <w:b/>
        </w:rPr>
        <w:t xml:space="preserve">Synthetic voice: </w:t>
      </w:r>
      <w:r>
        <w:t xml:space="preserve">Numbers. Punctuation. Special. Exclamation mark. Lowercase. A. </w:t>
      </w:r>
    </w:p>
    <w:p w14:paraId="13A2B011" w14:textId="77777777" w:rsidR="00C96FB9" w:rsidRDefault="00115663" w:rsidP="00905718">
      <w:r>
        <w:rPr>
          <w:b/>
        </w:rPr>
        <w:t xml:space="preserve">Ioana: </w:t>
      </w:r>
      <w:r>
        <w:t xml:space="preserve">I will look for the letter I. </w:t>
      </w:r>
    </w:p>
    <w:p w14:paraId="634945AE" w14:textId="77777777" w:rsidR="00C96FB9" w:rsidRDefault="00115663" w:rsidP="00905718">
      <w:r>
        <w:rPr>
          <w:b/>
        </w:rPr>
        <w:t xml:space="preserve">Synthetic voice: </w:t>
      </w:r>
      <w:r>
        <w:t xml:space="preserve">E, H, I. </w:t>
      </w:r>
    </w:p>
    <w:p w14:paraId="0D030552" w14:textId="77777777" w:rsidR="00C96FB9" w:rsidRDefault="00115663" w:rsidP="00905718">
      <w:r>
        <w:rPr>
          <w:b/>
        </w:rPr>
        <w:t xml:space="preserve">Ioana: </w:t>
      </w:r>
      <w:r>
        <w:t xml:space="preserve">Press right arrow. </w:t>
      </w:r>
    </w:p>
    <w:p w14:paraId="47EFDDDA" w14:textId="77777777" w:rsidR="00C96FB9" w:rsidRDefault="00115663" w:rsidP="00905718">
      <w:r>
        <w:rPr>
          <w:b/>
        </w:rPr>
        <w:t xml:space="preserve">Synthetic voice: </w:t>
      </w:r>
      <w:r>
        <w:t xml:space="preserve">I inserted </w:t>
      </w:r>
    </w:p>
    <w:p w14:paraId="581EBD79" w14:textId="77777777" w:rsidR="00C96FB9" w:rsidRDefault="00115663" w:rsidP="00905718">
      <w:r>
        <w:rPr>
          <w:b/>
        </w:rPr>
        <w:t xml:space="preserve">Ioana: </w:t>
      </w:r>
      <w:r>
        <w:t xml:space="preserve">Now I need a cap U. </w:t>
      </w:r>
    </w:p>
    <w:p w14:paraId="2E57BD86" w14:textId="77777777" w:rsidR="00C96FB9" w:rsidRDefault="00115663" w:rsidP="00905718">
      <w:r>
        <w:rPr>
          <w:b/>
        </w:rPr>
        <w:t xml:space="preserve">Synthetic voice: </w:t>
      </w:r>
      <w:r>
        <w:t xml:space="preserve">Uppercase. A. Cap. L, P, Q, R, S, T, U, V, inserted. </w:t>
      </w:r>
    </w:p>
    <w:p w14:paraId="770E8D1A" w14:textId="77777777" w:rsidR="00C96FB9" w:rsidRDefault="00115663" w:rsidP="00905718">
      <w:r>
        <w:rPr>
          <w:b/>
        </w:rPr>
        <w:t xml:space="preserve">Ioana: </w:t>
      </w:r>
      <w:r>
        <w:t xml:space="preserve">To delete the last character, press the rewind key located on the bottom edge of the front face of the player. </w:t>
      </w:r>
    </w:p>
    <w:p w14:paraId="04480CF8" w14:textId="77777777" w:rsidR="00C96FB9" w:rsidRDefault="00115663" w:rsidP="00905718">
      <w:r>
        <w:rPr>
          <w:b/>
        </w:rPr>
        <w:t xml:space="preserve">Synthetic voice: </w:t>
      </w:r>
      <w:r>
        <w:t xml:space="preserve">V, deleted. V. </w:t>
      </w:r>
    </w:p>
    <w:p w14:paraId="5B263692" w14:textId="61A816DF" w:rsidR="00C96FB9" w:rsidRDefault="00115663" w:rsidP="00905718">
      <w:r>
        <w:rPr>
          <w:b/>
        </w:rPr>
        <w:t xml:space="preserve">Ioana: </w:t>
      </w:r>
      <w:r>
        <w:t>Now if I want to review</w:t>
      </w:r>
      <w:r w:rsidR="00D203AA">
        <w:t xml:space="preserve"> </w:t>
      </w:r>
      <w:r>
        <w:t xml:space="preserve">the characters I have already entered, I can press the fast forward key. </w:t>
      </w:r>
    </w:p>
    <w:p w14:paraId="64086CE2" w14:textId="77777777" w:rsidR="00C96FB9" w:rsidRDefault="00115663" w:rsidP="00905718">
      <w:r>
        <w:rPr>
          <w:b/>
        </w:rPr>
        <w:t xml:space="preserve">Synthetic voice: </w:t>
      </w:r>
      <w:r>
        <w:t xml:space="preserve">C, cap C, I. </w:t>
      </w:r>
    </w:p>
    <w:p w14:paraId="3245FEE2" w14:textId="77777777" w:rsidR="00C96FB9" w:rsidRDefault="00115663" w:rsidP="00905718">
      <w:r>
        <w:rPr>
          <w:b/>
        </w:rPr>
        <w:t xml:space="preserve">Ioana: </w:t>
      </w:r>
      <w:proofErr w:type="gramStart"/>
      <w:r>
        <w:t>So</w:t>
      </w:r>
      <w:proofErr w:type="gramEnd"/>
      <w:r>
        <w:t xml:space="preserve"> you get the gist of how text entry works. We will skip forward to the last character. I have just inserted the last character of my Wi-Fi password, and we'll press Play/Stop key to confirm my selection. </w:t>
      </w:r>
    </w:p>
    <w:p w14:paraId="424FE357" w14:textId="77777777" w:rsidR="00C96FB9" w:rsidRDefault="00115663" w:rsidP="00905718">
      <w:r>
        <w:rPr>
          <w:b/>
        </w:rPr>
        <w:t xml:space="preserve">Synthetic voice: </w:t>
      </w:r>
      <w:r>
        <w:t xml:space="preserve">Confirmed. Connection successful. Enter nickname for this network. A-- </w:t>
      </w:r>
    </w:p>
    <w:p w14:paraId="0DD16623" w14:textId="77777777" w:rsidR="00C96FB9" w:rsidRDefault="00115663" w:rsidP="00905718">
      <w:r>
        <w:rPr>
          <w:b/>
        </w:rPr>
        <w:t xml:space="preserve">Ioana: </w:t>
      </w:r>
      <w:r>
        <w:t xml:space="preserve">We can give our Wi-Fi network a friendly name. I will skip this step by pressing Play/Stop. </w:t>
      </w:r>
    </w:p>
    <w:p w14:paraId="354804E9" w14:textId="0C228AA4" w:rsidR="00C96FB9" w:rsidRDefault="00115663" w:rsidP="00905718">
      <w:r>
        <w:rPr>
          <w:b/>
        </w:rPr>
        <w:t xml:space="preserve">Synthetic voice: </w:t>
      </w:r>
      <w:r>
        <w:t>Confirmed.</w:t>
      </w:r>
      <w:r w:rsidR="00D203AA">
        <w:t xml:space="preserve"> </w:t>
      </w:r>
      <w:r>
        <w:t xml:space="preserve">Connected to Cheerio. New connection. </w:t>
      </w:r>
    </w:p>
    <w:p w14:paraId="26F14154" w14:textId="77777777" w:rsidR="00C96FB9" w:rsidRDefault="00115663" w:rsidP="00905718">
      <w:r>
        <w:rPr>
          <w:b/>
        </w:rPr>
        <w:lastRenderedPageBreak/>
        <w:t xml:space="preserve">Ioana: </w:t>
      </w:r>
      <w:r>
        <w:t xml:space="preserve">I am still </w:t>
      </w:r>
      <w:proofErr w:type="gramStart"/>
      <w:r>
        <w:t>in</w:t>
      </w:r>
      <w:proofErr w:type="gramEnd"/>
      <w:r>
        <w:t xml:space="preserve"> the Wi-Fi menu, ready </w:t>
      </w:r>
      <w:r>
        <w:t xml:space="preserve">to enter a new connection. However, we don't need this menu any longer so we will return to the previous menu with the </w:t>
      </w:r>
      <w:proofErr w:type="gramStart"/>
      <w:r>
        <w:t>up navigation</w:t>
      </w:r>
      <w:proofErr w:type="gramEnd"/>
      <w:r>
        <w:t xml:space="preserve"> key. </w:t>
      </w:r>
    </w:p>
    <w:p w14:paraId="1063EF76" w14:textId="77777777" w:rsidR="00C96FB9" w:rsidRDefault="00115663" w:rsidP="00905718">
      <w:r>
        <w:rPr>
          <w:b/>
        </w:rPr>
        <w:t xml:space="preserve">Synthetic voice: </w:t>
      </w:r>
      <w:r>
        <w:t xml:space="preserve">Wi-Fi. Wireless. </w:t>
      </w:r>
    </w:p>
    <w:p w14:paraId="346155EC" w14:textId="02240410" w:rsidR="003B265C" w:rsidRDefault="003B265C" w:rsidP="003B265C">
      <w:pPr>
        <w:pStyle w:val="Heading2"/>
      </w:pPr>
      <w:r>
        <w:t xml:space="preserve">Connecting </w:t>
      </w:r>
      <w:proofErr w:type="gramStart"/>
      <w:r>
        <w:t>the Stratus</w:t>
      </w:r>
      <w:proofErr w:type="gramEnd"/>
      <w:r>
        <w:t xml:space="preserve"> 2 to CELA Direct to Player bookshelf</w:t>
      </w:r>
    </w:p>
    <w:p w14:paraId="74EAAFD8" w14:textId="5DAC2D59" w:rsidR="00B35B52" w:rsidRPr="00B35B52" w:rsidRDefault="00B35B52" w:rsidP="00B35B52">
      <w:r>
        <w:t>06:36</w:t>
      </w:r>
    </w:p>
    <w:p w14:paraId="64E64154" w14:textId="77777777" w:rsidR="00C96FB9" w:rsidRDefault="00115663" w:rsidP="00905718">
      <w:r>
        <w:rPr>
          <w:b/>
        </w:rPr>
        <w:t xml:space="preserve">Ioana: </w:t>
      </w:r>
      <w:r>
        <w:t xml:space="preserve">After exiting the wireless menu with the </w:t>
      </w:r>
      <w:proofErr w:type="gramStart"/>
      <w:r>
        <w:t>up navigation</w:t>
      </w:r>
      <w:proofErr w:type="gramEnd"/>
      <w:r>
        <w:t xml:space="preserve"> key, we need to locate the online settings menu. I will use my right navigation key </w:t>
      </w:r>
    </w:p>
    <w:p w14:paraId="70652DF2" w14:textId="7E93FF33" w:rsidR="00C96FB9" w:rsidRDefault="00115663" w:rsidP="00905718">
      <w:r>
        <w:rPr>
          <w:b/>
        </w:rPr>
        <w:t xml:space="preserve">Synthetic voice: </w:t>
      </w:r>
      <w:r>
        <w:t>About.</w:t>
      </w:r>
      <w:r w:rsidR="00D203AA">
        <w:t xml:space="preserve"> </w:t>
      </w:r>
      <w:r>
        <w:t xml:space="preserve">Online settings. Software update. </w:t>
      </w:r>
    </w:p>
    <w:p w14:paraId="74A09579" w14:textId="69D552E6" w:rsidR="00C96FB9" w:rsidRDefault="00115663" w:rsidP="00905718">
      <w:r>
        <w:rPr>
          <w:b/>
        </w:rPr>
        <w:t xml:space="preserve">Ioana: </w:t>
      </w:r>
      <w:r>
        <w:t>Now we need</w:t>
      </w:r>
      <w:r w:rsidR="00D203AA">
        <w:t xml:space="preserve"> </w:t>
      </w:r>
      <w:r>
        <w:t xml:space="preserve">to look for book services. </w:t>
      </w:r>
    </w:p>
    <w:p w14:paraId="4F9326D6" w14:textId="4B785CE1" w:rsidR="00C96FB9" w:rsidRDefault="00115663" w:rsidP="00905718">
      <w:r>
        <w:rPr>
          <w:b/>
        </w:rPr>
        <w:t xml:space="preserve">Synthetic voice: </w:t>
      </w:r>
      <w:r>
        <w:t>Notification mode,</w:t>
      </w:r>
      <w:r w:rsidR="00D203AA">
        <w:t xml:space="preserve"> </w:t>
      </w:r>
      <w:r>
        <w:t xml:space="preserve">book services, Bookshare. </w:t>
      </w:r>
    </w:p>
    <w:p w14:paraId="5B45BE86" w14:textId="288C6B15" w:rsidR="00C96FB9" w:rsidRDefault="00115663" w:rsidP="00905718">
      <w:r>
        <w:rPr>
          <w:b/>
        </w:rPr>
        <w:t xml:space="preserve">Ioana: </w:t>
      </w:r>
      <w:r>
        <w:t>The next option we need</w:t>
      </w:r>
      <w:r w:rsidR="00D203AA">
        <w:t xml:space="preserve"> </w:t>
      </w:r>
      <w:r>
        <w:t xml:space="preserve">is DAISY online. </w:t>
      </w:r>
    </w:p>
    <w:p w14:paraId="1DAB1245" w14:textId="23BFED85" w:rsidR="00C96FB9" w:rsidRDefault="00115663" w:rsidP="00905718">
      <w:r>
        <w:rPr>
          <w:b/>
        </w:rPr>
        <w:t xml:space="preserve">Synthetic voice: </w:t>
      </w:r>
      <w:r>
        <w:t>DAISY online.</w:t>
      </w:r>
      <w:r w:rsidR="00D203AA">
        <w:t xml:space="preserve"> </w:t>
      </w:r>
      <w:r>
        <w:t xml:space="preserve">Add account. </w:t>
      </w:r>
    </w:p>
    <w:p w14:paraId="46E890A5" w14:textId="77777777" w:rsidR="00C96FB9" w:rsidRDefault="00115663" w:rsidP="00905718">
      <w:r>
        <w:rPr>
          <w:b/>
        </w:rPr>
        <w:t xml:space="preserve">Ioana: </w:t>
      </w:r>
      <w:r>
        <w:t xml:space="preserve">Here we need to add an account to connect to the CELA Library account. </w:t>
      </w:r>
    </w:p>
    <w:p w14:paraId="6301F0E4" w14:textId="77777777" w:rsidR="00C96FB9" w:rsidRDefault="00115663" w:rsidP="00905718">
      <w:r>
        <w:rPr>
          <w:b/>
        </w:rPr>
        <w:t xml:space="preserve">Synthetic voice: </w:t>
      </w:r>
      <w:r>
        <w:t xml:space="preserve">Anders Lesen. </w:t>
      </w:r>
    </w:p>
    <w:p w14:paraId="5C834AB2" w14:textId="6927BAC8" w:rsidR="00C96FB9" w:rsidRDefault="00115663" w:rsidP="00905718">
      <w:r>
        <w:rPr>
          <w:b/>
        </w:rPr>
        <w:t xml:space="preserve">Ioana: </w:t>
      </w:r>
      <w:r>
        <w:t>We are presented</w:t>
      </w:r>
      <w:r w:rsidR="00D203AA">
        <w:t xml:space="preserve"> </w:t>
      </w:r>
      <w:r>
        <w:t xml:space="preserve">with an alphabetical list of various accessible library services. </w:t>
      </w:r>
    </w:p>
    <w:p w14:paraId="33D56FC6" w14:textId="00E6FC18" w:rsidR="00C96FB9" w:rsidRDefault="00115663" w:rsidP="00905718">
      <w:r>
        <w:rPr>
          <w:b/>
        </w:rPr>
        <w:t xml:space="preserve">Synthetic voice: </w:t>
      </w:r>
      <w:proofErr w:type="spellStart"/>
      <w:r>
        <w:t>Beierishce</w:t>
      </w:r>
      <w:proofErr w:type="spellEnd"/>
      <w:r w:rsidR="00D203AA">
        <w:t xml:space="preserve"> </w:t>
      </w:r>
      <w:proofErr w:type="spellStart"/>
      <w:r>
        <w:t>Hörbücherei</w:t>
      </w:r>
      <w:proofErr w:type="spellEnd"/>
      <w:r>
        <w:t xml:space="preserve">-- </w:t>
      </w:r>
      <w:proofErr w:type="spellStart"/>
      <w:r>
        <w:t>Blista</w:t>
      </w:r>
      <w:proofErr w:type="spellEnd"/>
      <w:r>
        <w:t xml:space="preserve">. </w:t>
      </w:r>
    </w:p>
    <w:p w14:paraId="1E2DC1FE" w14:textId="1E3F55DD" w:rsidR="00C96FB9" w:rsidRDefault="00115663" w:rsidP="00905718">
      <w:r>
        <w:rPr>
          <w:b/>
        </w:rPr>
        <w:t xml:space="preserve">Ioana: </w:t>
      </w:r>
      <w:r>
        <w:t>We will look for</w:t>
      </w:r>
      <w:r w:rsidR="00D203AA">
        <w:t xml:space="preserve"> </w:t>
      </w:r>
      <w:r>
        <w:t xml:space="preserve">“CELA Direct to Player”. </w:t>
      </w:r>
    </w:p>
    <w:p w14:paraId="5C77F68D" w14:textId="365ADCFA" w:rsidR="00C96FB9" w:rsidRDefault="00115663" w:rsidP="00905718">
      <w:r>
        <w:rPr>
          <w:b/>
        </w:rPr>
        <w:t xml:space="preserve">Synthetic voice: </w:t>
      </w:r>
      <w:r>
        <w:t>CBB--</w:t>
      </w:r>
      <w:r w:rsidR="00D203AA">
        <w:t xml:space="preserve"> </w:t>
      </w:r>
      <w:r>
        <w:t xml:space="preserve">CELA Direct to Player. </w:t>
      </w:r>
    </w:p>
    <w:p w14:paraId="013A71CB" w14:textId="77777777" w:rsidR="00C96FB9" w:rsidRDefault="00115663" w:rsidP="00905718">
      <w:r>
        <w:rPr>
          <w:b/>
        </w:rPr>
        <w:t xml:space="preserve">Ioana: </w:t>
      </w:r>
      <w:r>
        <w:t xml:space="preserve">Confirm with the Play/Stop key. </w:t>
      </w:r>
    </w:p>
    <w:p w14:paraId="3A2C21CF" w14:textId="77777777" w:rsidR="00C96FB9" w:rsidRDefault="00115663" w:rsidP="00905718">
      <w:r>
        <w:rPr>
          <w:b/>
        </w:rPr>
        <w:t xml:space="preserve">Synthetic voice: </w:t>
      </w:r>
      <w:r>
        <w:t xml:space="preserve">Enter username. Zero. </w:t>
      </w:r>
    </w:p>
    <w:p w14:paraId="4A19CA5B" w14:textId="46C57C3A" w:rsidR="00C96FB9" w:rsidRDefault="00115663" w:rsidP="00905718">
      <w:r>
        <w:rPr>
          <w:b/>
        </w:rPr>
        <w:lastRenderedPageBreak/>
        <w:t xml:space="preserve">Ioana: </w:t>
      </w:r>
      <w:r>
        <w:t>We have already selected the number section of our characters</w:t>
      </w:r>
      <w:r w:rsidR="00F0088D">
        <w:t>,</w:t>
      </w:r>
      <w:r>
        <w:t xml:space="preserve"> and we will enter them the same way we did with the password for the Wi-Fi network. </w:t>
      </w:r>
    </w:p>
    <w:p w14:paraId="5A74E74A" w14:textId="77777777" w:rsidR="00C96FB9" w:rsidRDefault="00115663" w:rsidP="00905718">
      <w:r>
        <w:rPr>
          <w:b/>
        </w:rPr>
        <w:t xml:space="preserve">Synthetic voice: </w:t>
      </w:r>
      <w:r>
        <w:t xml:space="preserve">1-2-2-1-1, inserted. 1, inserted. 4-4-7-7-0-0, inserted. </w:t>
      </w:r>
    </w:p>
    <w:p w14:paraId="51D9E0BE" w14:textId="77777777" w:rsidR="00C96FB9" w:rsidRDefault="00115663" w:rsidP="00905718">
      <w:r>
        <w:rPr>
          <w:b/>
        </w:rPr>
        <w:t xml:space="preserve">Ioana: </w:t>
      </w:r>
      <w:proofErr w:type="gramStart"/>
      <w:r>
        <w:t>So</w:t>
      </w:r>
      <w:proofErr w:type="gramEnd"/>
      <w:r>
        <w:t xml:space="preserve"> I used the up arrow to select a character and the right arrow to insert it. Let's check our entry with a fast forward button. </w:t>
      </w:r>
    </w:p>
    <w:p w14:paraId="2E8FB137" w14:textId="77777777" w:rsidR="00C96FB9" w:rsidRDefault="00115663" w:rsidP="00905718">
      <w:r>
        <w:rPr>
          <w:b/>
        </w:rPr>
        <w:t xml:space="preserve">Synthetic voice: </w:t>
      </w:r>
      <w:r>
        <w:t xml:space="preserve">211,470. 2-1-1-4-7-0. </w:t>
      </w:r>
    </w:p>
    <w:p w14:paraId="598E5CCD" w14:textId="77777777" w:rsidR="00C96FB9" w:rsidRDefault="00115663" w:rsidP="00905718">
      <w:r>
        <w:rPr>
          <w:b/>
        </w:rPr>
        <w:t xml:space="preserve">Ioana: </w:t>
      </w:r>
      <w:r>
        <w:t xml:space="preserve">This is the account I need. We will press Play/Stop to confirm. </w:t>
      </w:r>
    </w:p>
    <w:p w14:paraId="458B0BCC" w14:textId="56D41650" w:rsidR="00C96FB9" w:rsidRDefault="00115663" w:rsidP="00905718">
      <w:r>
        <w:rPr>
          <w:b/>
        </w:rPr>
        <w:t xml:space="preserve">Synthetic voice: </w:t>
      </w:r>
      <w:r>
        <w:t>Confirmed.</w:t>
      </w:r>
      <w:r w:rsidR="00D203AA">
        <w:t xml:space="preserve"> </w:t>
      </w:r>
      <w:r>
        <w:t xml:space="preserve">Enter password. A. </w:t>
      </w:r>
    </w:p>
    <w:p w14:paraId="02507D76" w14:textId="77777777" w:rsidR="00C96FB9" w:rsidRDefault="00115663" w:rsidP="00905718">
      <w:r>
        <w:rPr>
          <w:b/>
        </w:rPr>
        <w:t xml:space="preserve">Ioana: </w:t>
      </w:r>
      <w:r>
        <w:t xml:space="preserve">Like the Wi-Fi password, this is case </w:t>
      </w:r>
      <w:proofErr w:type="gramStart"/>
      <w:r>
        <w:t>sensitive</w:t>
      </w:r>
      <w:proofErr w:type="gramEnd"/>
      <w:r>
        <w:t xml:space="preserve"> so you need to enter the password respecting uppercase in lowercase and all other punctuations. </w:t>
      </w:r>
    </w:p>
    <w:p w14:paraId="64E9BE01" w14:textId="77777777" w:rsidR="00C96FB9" w:rsidRDefault="00115663" w:rsidP="00905718">
      <w:r>
        <w:rPr>
          <w:b/>
        </w:rPr>
        <w:t xml:space="preserve">Synthetic voice: </w:t>
      </w:r>
      <w:r>
        <w:t xml:space="preserve">Uppercase A. </w:t>
      </w:r>
    </w:p>
    <w:p w14:paraId="762B17A9" w14:textId="77777777" w:rsidR="00C96FB9" w:rsidRDefault="00115663" w:rsidP="00905718">
      <w:r>
        <w:rPr>
          <w:b/>
        </w:rPr>
        <w:t xml:space="preserve">Ioana: </w:t>
      </w:r>
      <w:r>
        <w:t xml:space="preserve">I selected the uppercase with the bookmarks button. </w:t>
      </w:r>
    </w:p>
    <w:p w14:paraId="6E37A36E" w14:textId="77777777" w:rsidR="00C96FB9" w:rsidRDefault="00115663" w:rsidP="00905718">
      <w:r>
        <w:rPr>
          <w:b/>
        </w:rPr>
        <w:t xml:space="preserve">Synthetic voice: </w:t>
      </w:r>
      <w:r>
        <w:t xml:space="preserve">L, P, Q, R, S, cap. </w:t>
      </w:r>
    </w:p>
    <w:p w14:paraId="6785A8AC" w14:textId="77777777" w:rsidR="00C96FB9" w:rsidRDefault="00115663" w:rsidP="00905718">
      <w:r>
        <w:rPr>
          <w:b/>
        </w:rPr>
        <w:t xml:space="preserve">Ioana: </w:t>
      </w:r>
      <w:r>
        <w:t xml:space="preserve">This is the letter I need. Right arrow. </w:t>
      </w:r>
    </w:p>
    <w:p w14:paraId="0DA4B61D" w14:textId="77777777" w:rsidR="00C96FB9" w:rsidRDefault="00115663" w:rsidP="00905718">
      <w:r>
        <w:rPr>
          <w:b/>
        </w:rPr>
        <w:t xml:space="preserve">Synthetic voice: </w:t>
      </w:r>
      <w:r>
        <w:t xml:space="preserve">S inserted. </w:t>
      </w:r>
    </w:p>
    <w:p w14:paraId="02EB3208" w14:textId="77777777" w:rsidR="00C96FB9" w:rsidRDefault="00115663" w:rsidP="00905718">
      <w:r>
        <w:rPr>
          <w:b/>
        </w:rPr>
        <w:t xml:space="preserve">Ioana: </w:t>
      </w:r>
      <w:r>
        <w:t xml:space="preserve">Now lowercase with the bookmark button. </w:t>
      </w:r>
    </w:p>
    <w:p w14:paraId="13EB18ED" w14:textId="4D4F3881" w:rsidR="00C96FB9" w:rsidRDefault="00115663" w:rsidP="00905718">
      <w:r>
        <w:rPr>
          <w:b/>
        </w:rPr>
        <w:t xml:space="preserve">Synthetic voice: </w:t>
      </w:r>
      <w:r>
        <w:t>Numbers. Special.</w:t>
      </w:r>
      <w:r w:rsidR="00D203AA">
        <w:t xml:space="preserve"> </w:t>
      </w:r>
      <w:r>
        <w:t xml:space="preserve">Lowercase. A. </w:t>
      </w:r>
      <w:r>
        <w:t xml:space="preserve">K, Q, R, T, U, U, inserted. </w:t>
      </w:r>
    </w:p>
    <w:p w14:paraId="3D280288" w14:textId="77777777" w:rsidR="00C96FB9" w:rsidRDefault="00115663" w:rsidP="00905718">
      <w:r>
        <w:rPr>
          <w:b/>
        </w:rPr>
        <w:t xml:space="preserve">Ioana: </w:t>
      </w:r>
      <w:r>
        <w:t xml:space="preserve">Now we remain in the lowercase, so I will just go back to </w:t>
      </w:r>
      <w:proofErr w:type="gramStart"/>
      <w:r>
        <w:t>the letter</w:t>
      </w:r>
      <w:proofErr w:type="gramEnd"/>
      <w:r>
        <w:t xml:space="preserve"> N with the down navigation key. </w:t>
      </w:r>
    </w:p>
    <w:p w14:paraId="42F6025C" w14:textId="483C835C" w:rsidR="00C96FB9" w:rsidRDefault="00F0088D" w:rsidP="00905718">
      <w:r>
        <w:rPr>
          <w:b/>
        </w:rPr>
        <w:t>Synthetic voice</w:t>
      </w:r>
      <w:r w:rsidR="00115663">
        <w:rPr>
          <w:b/>
        </w:rPr>
        <w:t xml:space="preserve">: </w:t>
      </w:r>
      <w:r w:rsidR="00115663">
        <w:t xml:space="preserve">Q, L, K </w:t>
      </w:r>
    </w:p>
    <w:p w14:paraId="72C54CEC" w14:textId="22D407C9" w:rsidR="00C96FB9" w:rsidRDefault="00F0088D" w:rsidP="00905718">
      <w:r>
        <w:rPr>
          <w:b/>
        </w:rPr>
        <w:t>Ioana</w:t>
      </w:r>
      <w:r w:rsidR="00115663">
        <w:rPr>
          <w:b/>
        </w:rPr>
        <w:t xml:space="preserve">: </w:t>
      </w:r>
      <w:r w:rsidR="00115663">
        <w:t xml:space="preserve">Oh, too far. </w:t>
      </w:r>
    </w:p>
    <w:p w14:paraId="16250135" w14:textId="77777777" w:rsidR="00C96FB9" w:rsidRDefault="00115663" w:rsidP="00905718">
      <w:r>
        <w:rPr>
          <w:b/>
        </w:rPr>
        <w:t xml:space="preserve">Synthetic voice: </w:t>
      </w:r>
      <w:r>
        <w:t xml:space="preserve">N, O, N, N, uppercase. Numbers, zero. </w:t>
      </w:r>
    </w:p>
    <w:p w14:paraId="24AC1151" w14:textId="77777777" w:rsidR="00C96FB9" w:rsidRDefault="00115663" w:rsidP="00905718">
      <w:r>
        <w:rPr>
          <w:b/>
        </w:rPr>
        <w:t xml:space="preserve">Ioana: </w:t>
      </w:r>
      <w:r>
        <w:t xml:space="preserve">Now we need some numbers. </w:t>
      </w:r>
    </w:p>
    <w:p w14:paraId="782119B4" w14:textId="77777777" w:rsidR="00C96FB9" w:rsidRDefault="00115663" w:rsidP="00905718">
      <w:r>
        <w:rPr>
          <w:b/>
        </w:rPr>
        <w:lastRenderedPageBreak/>
        <w:t xml:space="preserve">Synthetic voice: </w:t>
      </w:r>
      <w:r>
        <w:t xml:space="preserve">2-2-1-1, inserted. </w:t>
      </w:r>
    </w:p>
    <w:p w14:paraId="28E400F5" w14:textId="349EF468" w:rsidR="00C96FB9" w:rsidRDefault="00115663" w:rsidP="00905718">
      <w:r>
        <w:rPr>
          <w:b/>
        </w:rPr>
        <w:t xml:space="preserve">Ioana: </w:t>
      </w:r>
      <w:r>
        <w:t>If you need to enter the same letter twice, you just press right away</w:t>
      </w:r>
      <w:r w:rsidR="00D203AA">
        <w:t xml:space="preserve"> </w:t>
      </w:r>
      <w:r>
        <w:t xml:space="preserve">the right arrow. </w:t>
      </w:r>
    </w:p>
    <w:p w14:paraId="4E058681" w14:textId="77777777" w:rsidR="00C96FB9" w:rsidRDefault="00115663" w:rsidP="00905718">
      <w:r>
        <w:rPr>
          <w:b/>
        </w:rPr>
        <w:t xml:space="preserve">Synthetic voice: </w:t>
      </w:r>
      <w:r>
        <w:t xml:space="preserve">1, inserted. </w:t>
      </w:r>
    </w:p>
    <w:p w14:paraId="4505D1FD" w14:textId="649C8428" w:rsidR="00C96FB9" w:rsidRDefault="00115663" w:rsidP="00905718">
      <w:r>
        <w:rPr>
          <w:b/>
        </w:rPr>
        <w:t xml:space="preserve">Ioana: </w:t>
      </w:r>
      <w:r>
        <w:t>I will press Play/Stop key</w:t>
      </w:r>
      <w:r w:rsidR="00D203AA">
        <w:t xml:space="preserve"> </w:t>
      </w:r>
      <w:r>
        <w:t xml:space="preserve">to confirm my selection. </w:t>
      </w:r>
    </w:p>
    <w:p w14:paraId="0B55A98F" w14:textId="77777777" w:rsidR="00C96FB9" w:rsidRDefault="00115663" w:rsidP="00905718">
      <w:r>
        <w:rPr>
          <w:b/>
        </w:rPr>
        <w:t xml:space="preserve">Synthetic voice: </w:t>
      </w:r>
      <w:r>
        <w:t xml:space="preserve">Confirmed. Login successful. </w:t>
      </w:r>
    </w:p>
    <w:p w14:paraId="705693D6" w14:textId="3D109D37" w:rsidR="00C96FB9" w:rsidRDefault="00115663" w:rsidP="00905718">
      <w:r>
        <w:rPr>
          <w:b/>
        </w:rPr>
        <w:t xml:space="preserve">Ioana: </w:t>
      </w:r>
      <w:r>
        <w:t>We have heard the confirmation that we are logged in and books</w:t>
      </w:r>
      <w:r w:rsidR="00D203AA">
        <w:t xml:space="preserve"> </w:t>
      </w:r>
      <w:r>
        <w:t xml:space="preserve">from the Direct to Player bookshelf will start downloading automatically using the Wi-Fi connection we have just established. This concludes the tutorial on how to set up </w:t>
      </w:r>
      <w:proofErr w:type="gramStart"/>
      <w:r>
        <w:t>the Stratus</w:t>
      </w:r>
      <w:proofErr w:type="gramEnd"/>
      <w:r>
        <w:t xml:space="preserve"> 2</w:t>
      </w:r>
      <w:r w:rsidR="00D203AA">
        <w:t xml:space="preserve"> </w:t>
      </w:r>
      <w:r>
        <w:t xml:space="preserve">for Direct to Player access. </w:t>
      </w:r>
    </w:p>
    <w:p w14:paraId="44725E1F" w14:textId="5617FF8D" w:rsidR="00C96FB9" w:rsidRDefault="00115663" w:rsidP="00905718">
      <w:r>
        <w:rPr>
          <w:b/>
        </w:rPr>
        <w:t xml:space="preserve">End of </w:t>
      </w:r>
      <w:r w:rsidR="009466F1">
        <w:rPr>
          <w:b/>
        </w:rPr>
        <w:t>tutorial</w:t>
      </w:r>
      <w:r>
        <w:rPr>
          <w:b/>
        </w:rPr>
        <w:t xml:space="preserve"> transcription.</w:t>
      </w:r>
    </w:p>
    <w:sectPr w:rsidR="00C96FB9" w:rsidSect="00034616">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1A931" w14:textId="77777777" w:rsidR="00115663" w:rsidRDefault="00115663" w:rsidP="005156C4">
      <w:pPr>
        <w:spacing w:after="0" w:line="240" w:lineRule="auto"/>
      </w:pPr>
      <w:r>
        <w:separator/>
      </w:r>
    </w:p>
  </w:endnote>
  <w:endnote w:type="continuationSeparator" w:id="0">
    <w:p w14:paraId="699BEB86" w14:textId="77777777" w:rsidR="00115663" w:rsidRDefault="00115663" w:rsidP="00515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778CE" w14:textId="77777777" w:rsidR="00115663" w:rsidRDefault="00115663" w:rsidP="005156C4">
      <w:pPr>
        <w:spacing w:after="0" w:line="240" w:lineRule="auto"/>
      </w:pPr>
      <w:r>
        <w:separator/>
      </w:r>
    </w:p>
  </w:footnote>
  <w:footnote w:type="continuationSeparator" w:id="0">
    <w:p w14:paraId="178A5751" w14:textId="77777777" w:rsidR="00115663" w:rsidRDefault="00115663" w:rsidP="00515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102112"/>
      <w:docPartObj>
        <w:docPartGallery w:val="Page Numbers (Top of Page)"/>
        <w:docPartUnique/>
      </w:docPartObj>
    </w:sdtPr>
    <w:sdtEndPr>
      <w:rPr>
        <w:noProof/>
      </w:rPr>
    </w:sdtEndPr>
    <w:sdtContent>
      <w:p w14:paraId="10A6C30B" w14:textId="15A8E84F" w:rsidR="005156C4" w:rsidRDefault="005156C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2CA39F7" w14:textId="77777777" w:rsidR="005156C4" w:rsidRDefault="005156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83241147">
    <w:abstractNumId w:val="8"/>
  </w:num>
  <w:num w:numId="2" w16cid:durableId="1943609490">
    <w:abstractNumId w:val="6"/>
  </w:num>
  <w:num w:numId="3" w16cid:durableId="2032025036">
    <w:abstractNumId w:val="5"/>
  </w:num>
  <w:num w:numId="4" w16cid:durableId="414909699">
    <w:abstractNumId w:val="4"/>
  </w:num>
  <w:num w:numId="5" w16cid:durableId="1250390805">
    <w:abstractNumId w:val="7"/>
  </w:num>
  <w:num w:numId="6" w16cid:durableId="730930786">
    <w:abstractNumId w:val="3"/>
  </w:num>
  <w:num w:numId="7" w16cid:durableId="1635403695">
    <w:abstractNumId w:val="2"/>
  </w:num>
  <w:num w:numId="8" w16cid:durableId="326792298">
    <w:abstractNumId w:val="1"/>
  </w:num>
  <w:num w:numId="9" w16cid:durableId="528758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15663"/>
    <w:rsid w:val="0015074B"/>
    <w:rsid w:val="0029639D"/>
    <w:rsid w:val="00326F90"/>
    <w:rsid w:val="00351365"/>
    <w:rsid w:val="003B265C"/>
    <w:rsid w:val="005156C4"/>
    <w:rsid w:val="00905718"/>
    <w:rsid w:val="009466F1"/>
    <w:rsid w:val="00964688"/>
    <w:rsid w:val="00AA1D8D"/>
    <w:rsid w:val="00B35B52"/>
    <w:rsid w:val="00B47730"/>
    <w:rsid w:val="00C96FB9"/>
    <w:rsid w:val="00CB0664"/>
    <w:rsid w:val="00D203AA"/>
    <w:rsid w:val="00E21BCA"/>
    <w:rsid w:val="00F0088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BF05980-3911-4F10-BC0A-6A0A4014C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718"/>
    <w:rPr>
      <w:rFonts w:ascii="Verdana" w:hAnsi="Verdana"/>
      <w:sz w:val="24"/>
    </w:rPr>
  </w:style>
  <w:style w:type="paragraph" w:styleId="Heading1">
    <w:name w:val="heading 1"/>
    <w:basedOn w:val="Normal"/>
    <w:next w:val="Normal"/>
    <w:link w:val="Heading1Char"/>
    <w:uiPriority w:val="9"/>
    <w:qFormat/>
    <w:rsid w:val="00905718"/>
    <w:pPr>
      <w:keepNext/>
      <w:keepLines/>
      <w:spacing w:before="480" w:after="0"/>
      <w:outlineLvl w:val="0"/>
    </w:pPr>
    <w:rPr>
      <w:rFonts w:eastAsiaTheme="majorEastAsia"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905718"/>
    <w:pPr>
      <w:keepNext/>
      <w:keepLines/>
      <w:spacing w:before="200" w:after="0"/>
      <w:outlineLvl w:val="1"/>
    </w:pPr>
    <w:rPr>
      <w:rFonts w:eastAsiaTheme="majorEastAsia" w:cstheme="majorBidi"/>
      <w:b/>
      <w:bCs/>
      <w:color w:val="4F81BD" w:themeColor="accent1"/>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905718"/>
    <w:rPr>
      <w:rFonts w:ascii="Verdana" w:eastAsiaTheme="majorEastAsia" w:hAnsi="Verdana" w:cstheme="majorBidi"/>
      <w:b/>
      <w:bCs/>
      <w:color w:val="365F91" w:themeColor="accent1" w:themeShade="BF"/>
      <w:sz w:val="36"/>
      <w:szCs w:val="28"/>
    </w:rPr>
  </w:style>
  <w:style w:type="character" w:customStyle="1" w:styleId="Heading2Char">
    <w:name w:val="Heading 2 Char"/>
    <w:basedOn w:val="DefaultParagraphFont"/>
    <w:link w:val="Heading2"/>
    <w:uiPriority w:val="9"/>
    <w:rsid w:val="00905718"/>
    <w:rPr>
      <w:rFonts w:ascii="Verdana" w:eastAsiaTheme="majorEastAsia" w:hAnsi="Verdana" w:cstheme="majorBidi"/>
      <w:b/>
      <w:bCs/>
      <w:color w:val="4F81BD" w:themeColor="accent1"/>
      <w:sz w:val="32"/>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a063f01-faea-4c9e-8a02-d223cffde0c5">
      <Terms xmlns="http://schemas.microsoft.com/office/infopath/2007/PartnerControls"/>
    </lcf76f155ced4ddcb4097134ff3c332f>
    <TaxCatchAll xmlns="d8838bea-bcac-41ad-91f9-c646e9be633d"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88BE21877C794E8C767319E61FFC96" ma:contentTypeVersion="21" ma:contentTypeDescription="Create a new document." ma:contentTypeScope="" ma:versionID="84f94807165026ee1f881611ea8f4d3c">
  <xsd:schema xmlns:xsd="http://www.w3.org/2001/XMLSchema" xmlns:xs="http://www.w3.org/2001/XMLSchema" xmlns:p="http://schemas.microsoft.com/office/2006/metadata/properties" xmlns:ns1="http://schemas.microsoft.com/sharepoint/v3" xmlns:ns2="7a063f01-faea-4c9e-8a02-d223cffde0c5" xmlns:ns3="d8838bea-bcac-41ad-91f9-c646e9be633d" targetNamespace="http://schemas.microsoft.com/office/2006/metadata/properties" ma:root="true" ma:fieldsID="5064b1cd68c03adac97816ad39ac8284" ns1:_="" ns2:_="" ns3:_="">
    <xsd:import namespace="http://schemas.microsoft.com/sharepoint/v3"/>
    <xsd:import namespace="7a063f01-faea-4c9e-8a02-d223cffde0c5"/>
    <xsd:import namespace="d8838bea-bcac-41ad-91f9-c646e9be63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063f01-faea-4c9e-8a02-d223cffde0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59938e-b3a8-4d66-a2c9-44a493279f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38bea-bcac-41ad-91f9-c646e9be63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9b0353-a37a-4f25-83a3-c0dd55ceaf3a}" ma:internalName="TaxCatchAll" ma:showField="CatchAllData" ma:web="d8838bea-bcac-41ad-91f9-c646e9be6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F9E29F38-D4E1-4A9D-BA65-02DB35A6AC0C}">
  <ds:schemaRefs>
    <ds:schemaRef ds:uri="http://schemas.microsoft.com/office/2006/metadata/properties"/>
    <ds:schemaRef ds:uri="http://schemas.microsoft.com/office/infopath/2007/PartnerControls"/>
    <ds:schemaRef ds:uri="7a063f01-faea-4c9e-8a02-d223cffde0c5"/>
    <ds:schemaRef ds:uri="d8838bea-bcac-41ad-91f9-c646e9be633d"/>
    <ds:schemaRef ds:uri="http://schemas.microsoft.com/sharepoint/v3"/>
  </ds:schemaRefs>
</ds:datastoreItem>
</file>

<file path=customXml/itemProps3.xml><?xml version="1.0" encoding="utf-8"?>
<ds:datastoreItem xmlns:ds="http://schemas.openxmlformats.org/officeDocument/2006/customXml" ds:itemID="{2B9B7898-8659-4274-A007-508C230F0F77}">
  <ds:schemaRefs>
    <ds:schemaRef ds:uri="http://schemas.microsoft.com/sharepoint/v3/contenttype/forms"/>
  </ds:schemaRefs>
</ds:datastoreItem>
</file>

<file path=customXml/itemProps4.xml><?xml version="1.0" encoding="utf-8"?>
<ds:datastoreItem xmlns:ds="http://schemas.openxmlformats.org/officeDocument/2006/customXml" ds:itemID="{9A928049-8C92-4AA8-871E-C83FD05CD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063f01-faea-4c9e-8a02-d223cffde0c5"/>
    <ds:schemaRef ds:uri="d8838bea-bcac-41ad-91f9-c646e9be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1048</Words>
  <Characters>5979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Jessica  Desormeaux</cp:lastModifiedBy>
  <cp:revision>10</cp:revision>
  <dcterms:created xsi:type="dcterms:W3CDTF">2013-12-23T23:15:00Z</dcterms:created>
  <dcterms:modified xsi:type="dcterms:W3CDTF">2026-08-07T19:07:00Z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0x0101007388BE21877C794E8C767319E61FFC96</vt:lpwstr>
  </property>
  <property fmtid="{D5CDD505-2E9C-101B-9397-08002B2CF9AE}" pid="3" name="MediaServiceImageTags">
    <vt:lpwstr/>
  </property>
</Properties>
</file>