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6DA17" w14:textId="0521D23B" w:rsidR="00CF32D0" w:rsidRDefault="00F46E9C" w:rsidP="00726071">
      <w:pPr>
        <w:pStyle w:val="Heading1"/>
        <w:rPr>
          <w:lang w:val="fr-CA"/>
        </w:rPr>
      </w:pPr>
      <w:r w:rsidRPr="00F46E9C">
        <w:rPr>
          <w:lang w:val="fr-CA"/>
        </w:rPr>
        <w:t>Transcription du t</w:t>
      </w:r>
      <w:r w:rsidR="00FA68BA" w:rsidRPr="00F46E9C">
        <w:rPr>
          <w:lang w:val="fr-CA"/>
        </w:rPr>
        <w:t>utoriel</w:t>
      </w:r>
      <w:r w:rsidR="00DB38C6" w:rsidRPr="00F46E9C">
        <w:rPr>
          <w:lang w:val="fr-CA"/>
        </w:rPr>
        <w:t xml:space="preserve"> </w:t>
      </w:r>
      <w:r w:rsidR="00CF32D0">
        <w:rPr>
          <w:lang w:val="fr-CA"/>
        </w:rPr>
        <w:t>Comment configurer un Stratus 2 pour accéder au service de Téléchargement direct du CAÉB</w:t>
      </w:r>
    </w:p>
    <w:p w14:paraId="53BA6D6F" w14:textId="3F006F2C" w:rsidR="00726071" w:rsidRDefault="004478CC" w:rsidP="004478CC">
      <w:pPr>
        <w:pStyle w:val="Heading2"/>
        <w:rPr>
          <w:lang w:val="fr-CA"/>
        </w:rPr>
      </w:pPr>
      <w:r w:rsidRPr="004478CC">
        <w:rPr>
          <w:lang w:val="fr-CA"/>
        </w:rPr>
        <w:t>Comment commencer</w:t>
      </w:r>
    </w:p>
    <w:p w14:paraId="1E44C839" w14:textId="77F4C384" w:rsidR="004478CC" w:rsidRPr="004478CC" w:rsidRDefault="004478CC" w:rsidP="004478CC">
      <w:pPr>
        <w:rPr>
          <w:lang w:val="fr-CA"/>
        </w:rPr>
      </w:pPr>
      <w:r>
        <w:rPr>
          <w:lang w:val="fr-CA"/>
        </w:rPr>
        <w:t>00:00</w:t>
      </w:r>
    </w:p>
    <w:p w14:paraId="5C001F80" w14:textId="77777777" w:rsidR="001F5B79" w:rsidRDefault="005009D4" w:rsidP="00FA68BA">
      <w:pPr>
        <w:rPr>
          <w:lang w:val="fr-CA"/>
        </w:rPr>
      </w:pPr>
      <w:r w:rsidRPr="00F46E9C">
        <w:rPr>
          <w:b/>
          <w:lang w:val="fr-CA"/>
        </w:rPr>
        <w:t xml:space="preserve">Ioana: </w:t>
      </w:r>
      <w:r w:rsidRPr="00F46E9C">
        <w:rPr>
          <w:lang w:val="fr-CA"/>
        </w:rPr>
        <w:t>Ce tutoriel explique</w:t>
      </w:r>
      <w:r w:rsidR="00726071">
        <w:rPr>
          <w:lang w:val="fr-CA"/>
        </w:rPr>
        <w:t xml:space="preserve"> </w:t>
      </w:r>
      <w:r w:rsidRPr="00F46E9C">
        <w:rPr>
          <w:lang w:val="fr-CA"/>
        </w:rPr>
        <w:t>comment configurer le lecteur Stratus 2 pour accéder aux livres du CAÉB sur votre</w:t>
      </w:r>
      <w:r w:rsidR="00726071">
        <w:rPr>
          <w:lang w:val="fr-CA"/>
        </w:rPr>
        <w:t xml:space="preserve"> </w:t>
      </w:r>
      <w:r w:rsidRPr="00F46E9C">
        <w:rPr>
          <w:lang w:val="fr-CA"/>
        </w:rPr>
        <w:t xml:space="preserve">étagère de Téléchargement direct. Il y a deux étapes. </w:t>
      </w:r>
    </w:p>
    <w:p w14:paraId="2AA03D83" w14:textId="606497EA" w:rsidR="001F5B79" w:rsidRDefault="005009D4" w:rsidP="00FA68BA">
      <w:pPr>
        <w:rPr>
          <w:lang w:val="fr-CA"/>
        </w:rPr>
      </w:pPr>
      <w:r w:rsidRPr="00F46E9C">
        <w:rPr>
          <w:lang w:val="fr-CA"/>
        </w:rPr>
        <w:t>Premièrement, il faut connecter le lecteur au réseau Wi-Fi pour accéder à l'Internet et deuxièmement, il faut connecter le lecteur à votre compte CAÉB.</w:t>
      </w:r>
    </w:p>
    <w:p w14:paraId="745A2313" w14:textId="0BC54978" w:rsidR="00962C31" w:rsidRPr="00F46E9C" w:rsidRDefault="005009D4" w:rsidP="00FA68BA">
      <w:pPr>
        <w:rPr>
          <w:lang w:val="fr-CA"/>
        </w:rPr>
      </w:pPr>
      <w:r w:rsidRPr="00F46E9C">
        <w:rPr>
          <w:lang w:val="fr-CA"/>
        </w:rPr>
        <w:t>Si ce n'est pas déjà fait, appuyez et maintenez enfoncé</w:t>
      </w:r>
      <w:r w:rsidR="00726071">
        <w:rPr>
          <w:lang w:val="fr-CA"/>
        </w:rPr>
        <w:t xml:space="preserve"> </w:t>
      </w:r>
      <w:r w:rsidRPr="00F46E9C">
        <w:rPr>
          <w:lang w:val="fr-CA"/>
        </w:rPr>
        <w:t>le bouton d'alimentation. C'est un bouton rond situé sur le côté droit de la face de lecteur. Après quelques secondes, nous allons</w:t>
      </w:r>
      <w:r w:rsidR="00726071">
        <w:rPr>
          <w:lang w:val="fr-CA"/>
        </w:rPr>
        <w:t xml:space="preserve"> </w:t>
      </w:r>
      <w:r w:rsidRPr="00F46E9C">
        <w:rPr>
          <w:lang w:val="fr-CA"/>
        </w:rPr>
        <w:t xml:space="preserve">entendre le message de bienvenue et de l'information sur les livres présents sur le lecteur. </w:t>
      </w:r>
    </w:p>
    <w:p w14:paraId="41008A86" w14:textId="1C3B1E18" w:rsidR="00962C31" w:rsidRPr="00F46E9C" w:rsidRDefault="005009D4" w:rsidP="00FA68BA">
      <w:pPr>
        <w:rPr>
          <w:lang w:val="fr-CA"/>
        </w:rPr>
      </w:pPr>
      <w:r w:rsidRPr="00F46E9C">
        <w:rPr>
          <w:b/>
          <w:lang w:val="fr-CA"/>
        </w:rPr>
        <w:t xml:space="preserve">Victor Reader: </w:t>
      </w:r>
      <w:r w:rsidRPr="00F46E9C">
        <w:rPr>
          <w:lang w:val="fr-CA"/>
        </w:rPr>
        <w:t>Bienvenue</w:t>
      </w:r>
      <w:r w:rsidR="00726071">
        <w:rPr>
          <w:lang w:val="fr-CA"/>
        </w:rPr>
        <w:t xml:space="preserve"> </w:t>
      </w:r>
      <w:r w:rsidRPr="00F46E9C">
        <w:rPr>
          <w:lang w:val="fr-CA"/>
        </w:rPr>
        <w:t xml:space="preserve">à Victor Reader. </w:t>
      </w:r>
    </w:p>
    <w:p w14:paraId="4CCF073A" w14:textId="0E486949" w:rsidR="00962C31" w:rsidRPr="00F46E9C" w:rsidRDefault="005009D4" w:rsidP="00FA68BA">
      <w:pPr>
        <w:rPr>
          <w:lang w:val="fr-CA"/>
        </w:rPr>
      </w:pPr>
      <w:r w:rsidRPr="00F46E9C">
        <w:rPr>
          <w:b/>
          <w:lang w:val="fr-CA"/>
        </w:rPr>
        <w:t xml:space="preserve">Voix de synthèse: </w:t>
      </w:r>
      <w:r w:rsidRPr="00F46E9C">
        <w:rPr>
          <w:lang w:val="fr-CA"/>
        </w:rPr>
        <w:t>Livres parler.</w:t>
      </w:r>
      <w:r w:rsidR="00726071">
        <w:rPr>
          <w:lang w:val="fr-CA"/>
        </w:rPr>
        <w:t xml:space="preserve"> </w:t>
      </w:r>
      <w:r w:rsidRPr="00F46E9C">
        <w:rPr>
          <w:lang w:val="fr-CA"/>
        </w:rPr>
        <w:t xml:space="preserve">Deux livres. Un, </w:t>
      </w:r>
    </w:p>
    <w:p w14:paraId="3D552006" w14:textId="77777777" w:rsidR="00962C31" w:rsidRPr="00F46E9C" w:rsidRDefault="005009D4" w:rsidP="00FA68BA">
      <w:pPr>
        <w:rPr>
          <w:lang w:val="fr-CA"/>
        </w:rPr>
      </w:pPr>
      <w:r w:rsidRPr="00F46E9C">
        <w:rPr>
          <w:b/>
          <w:lang w:val="fr-CA"/>
        </w:rPr>
        <w:t xml:space="preserve">Narratrice du livre: </w:t>
      </w:r>
      <w:r w:rsidRPr="00F46E9C">
        <w:rPr>
          <w:lang w:val="fr-CA"/>
        </w:rPr>
        <w:t xml:space="preserve">Rose Friedman’s-- </w:t>
      </w:r>
    </w:p>
    <w:p w14:paraId="4159FD07" w14:textId="77777777" w:rsidR="00485311" w:rsidRDefault="005009D4" w:rsidP="00FA68BA">
      <w:pPr>
        <w:rPr>
          <w:lang w:val="fr-CA"/>
        </w:rPr>
      </w:pPr>
      <w:r w:rsidRPr="00F46E9C">
        <w:rPr>
          <w:b/>
          <w:lang w:val="fr-CA"/>
        </w:rPr>
        <w:t xml:space="preserve">Ioana: </w:t>
      </w:r>
      <w:r w:rsidRPr="00F46E9C">
        <w:rPr>
          <w:lang w:val="fr-CA"/>
        </w:rPr>
        <w:t xml:space="preserve">Pour paramétrer le lecteur, il faut vous assurer d'avoir enlevé l'étui couvre touches pour accéder aux fonctions de menu du lecteur. </w:t>
      </w:r>
    </w:p>
    <w:p w14:paraId="00808281" w14:textId="2024D764" w:rsidR="00485311" w:rsidRDefault="00485311" w:rsidP="00485311">
      <w:pPr>
        <w:pStyle w:val="Heading2"/>
        <w:rPr>
          <w:lang w:val="fr-CA"/>
        </w:rPr>
      </w:pPr>
      <w:r>
        <w:rPr>
          <w:lang w:val="fr-CA"/>
        </w:rPr>
        <w:t>Connecter le lecteur à un réseau Wi-Fi</w:t>
      </w:r>
    </w:p>
    <w:p w14:paraId="784B7E18" w14:textId="4A4B09E1" w:rsidR="0018106F" w:rsidRPr="0018106F" w:rsidRDefault="0018106F" w:rsidP="0018106F">
      <w:pPr>
        <w:rPr>
          <w:lang w:val="fr-CA"/>
        </w:rPr>
      </w:pPr>
      <w:r>
        <w:rPr>
          <w:lang w:val="fr-CA"/>
        </w:rPr>
        <w:t>01:13</w:t>
      </w:r>
    </w:p>
    <w:p w14:paraId="05BA6BDC" w14:textId="344CC724" w:rsidR="00962C31" w:rsidRPr="00F46E9C" w:rsidRDefault="005009D4" w:rsidP="00FA68BA">
      <w:pPr>
        <w:rPr>
          <w:lang w:val="fr-CA"/>
        </w:rPr>
      </w:pPr>
      <w:r w:rsidRPr="00F46E9C">
        <w:rPr>
          <w:lang w:val="fr-CA"/>
        </w:rPr>
        <w:t>Pour entrer dans le menu,</w:t>
      </w:r>
      <w:r w:rsidR="00726071">
        <w:rPr>
          <w:lang w:val="fr-CA"/>
        </w:rPr>
        <w:t xml:space="preserve"> </w:t>
      </w:r>
      <w:r w:rsidRPr="00F46E9C">
        <w:rPr>
          <w:lang w:val="fr-CA"/>
        </w:rPr>
        <w:t xml:space="preserve">il faut appuyer sur le bouton information, situé au centre des touches de navigation. On l’appuie et maintient enfoncé. </w:t>
      </w:r>
    </w:p>
    <w:p w14:paraId="5BC89D0E" w14:textId="72AA9964" w:rsidR="00962C31" w:rsidRPr="00F46E9C" w:rsidRDefault="005009D4" w:rsidP="00FA68BA">
      <w:pPr>
        <w:rPr>
          <w:lang w:val="fr-CA"/>
        </w:rPr>
      </w:pPr>
      <w:r w:rsidRPr="00F46E9C">
        <w:rPr>
          <w:b/>
          <w:lang w:val="fr-CA"/>
        </w:rPr>
        <w:t xml:space="preserve">Voix de synthèse: </w:t>
      </w:r>
      <w:r w:rsidRPr="00F46E9C">
        <w:rPr>
          <w:lang w:val="fr-CA"/>
        </w:rPr>
        <w:t>Menu.</w:t>
      </w:r>
      <w:r w:rsidR="00726071">
        <w:rPr>
          <w:lang w:val="fr-CA"/>
        </w:rPr>
        <w:t xml:space="preserve"> </w:t>
      </w:r>
      <w:r w:rsidRPr="00F46E9C">
        <w:rPr>
          <w:lang w:val="fr-CA"/>
        </w:rPr>
        <w:t xml:space="preserve">Paramètres généraux. </w:t>
      </w:r>
    </w:p>
    <w:p w14:paraId="3A3DFC86" w14:textId="3B6499B5" w:rsidR="00962C31" w:rsidRPr="00F46E9C" w:rsidRDefault="005009D4" w:rsidP="00FA68BA">
      <w:pPr>
        <w:rPr>
          <w:lang w:val="fr-CA"/>
        </w:rPr>
      </w:pPr>
      <w:r w:rsidRPr="00F46E9C">
        <w:rPr>
          <w:b/>
          <w:lang w:val="fr-CA"/>
        </w:rPr>
        <w:t xml:space="preserve">Ioana: </w:t>
      </w:r>
      <w:r w:rsidRPr="00F46E9C">
        <w:rPr>
          <w:lang w:val="fr-CA"/>
        </w:rPr>
        <w:t>Pour défiler</w:t>
      </w:r>
      <w:r w:rsidR="00726071">
        <w:rPr>
          <w:lang w:val="fr-CA"/>
        </w:rPr>
        <w:t xml:space="preserve"> </w:t>
      </w:r>
      <w:r w:rsidRPr="00F46E9C">
        <w:rPr>
          <w:lang w:val="fr-CA"/>
        </w:rPr>
        <w:t xml:space="preserve">les options de menu, utilisez les touches de navigation gauche et droite. Quand vous avez trouvé l'option qui vous </w:t>
      </w:r>
      <w:r w:rsidRPr="00F46E9C">
        <w:rPr>
          <w:lang w:val="fr-CA"/>
        </w:rPr>
        <w:lastRenderedPageBreak/>
        <w:t xml:space="preserve">intéresse, vous la sélectionnez avec le bouton écoute/arrêt. C'est le bouton orange carré concave situé sur le côté inférieur du lecteur. Nous allons tout d'abord chercher le menu sans fil. J'appuie sur la touche de navigation droite. </w:t>
      </w:r>
    </w:p>
    <w:p w14:paraId="770D83BB" w14:textId="72C46F17" w:rsidR="00962C31" w:rsidRPr="00F46E9C" w:rsidRDefault="005009D4" w:rsidP="00FA68BA">
      <w:pPr>
        <w:rPr>
          <w:lang w:val="fr-CA"/>
        </w:rPr>
      </w:pPr>
      <w:r w:rsidRPr="00F46E9C">
        <w:rPr>
          <w:b/>
          <w:lang w:val="fr-CA"/>
        </w:rPr>
        <w:t xml:space="preserve">Voix de synthèse: </w:t>
      </w:r>
      <w:r w:rsidRPr="00F46E9C">
        <w:rPr>
          <w:lang w:val="fr-CA"/>
        </w:rPr>
        <w:t>Déplacement</w:t>
      </w:r>
      <w:r w:rsidR="00726071">
        <w:rPr>
          <w:lang w:val="fr-CA"/>
        </w:rPr>
        <w:t xml:space="preserve"> </w:t>
      </w:r>
      <w:r w:rsidRPr="00F46E9C">
        <w:rPr>
          <w:lang w:val="fr-CA"/>
        </w:rPr>
        <w:t xml:space="preserve">et lecture. Sans fil. </w:t>
      </w:r>
    </w:p>
    <w:p w14:paraId="5C83A214" w14:textId="77777777" w:rsidR="00962C31" w:rsidRPr="00F46E9C" w:rsidRDefault="005009D4" w:rsidP="00FA68BA">
      <w:pPr>
        <w:rPr>
          <w:lang w:val="fr-CA"/>
        </w:rPr>
      </w:pPr>
      <w:r w:rsidRPr="00F46E9C">
        <w:rPr>
          <w:b/>
          <w:lang w:val="fr-CA"/>
        </w:rPr>
        <w:t xml:space="preserve">Ioana: </w:t>
      </w:r>
      <w:r w:rsidRPr="00F46E9C">
        <w:rPr>
          <w:lang w:val="fr-CA"/>
        </w:rPr>
        <w:t xml:space="preserve">C'est l'option que nous voulons. J'appuie sur écoute/arrêt. </w:t>
      </w:r>
    </w:p>
    <w:p w14:paraId="40EDD0ED" w14:textId="77777777" w:rsidR="00962C31" w:rsidRPr="00F46E9C" w:rsidRDefault="005009D4" w:rsidP="00FA68BA">
      <w:pPr>
        <w:rPr>
          <w:lang w:val="fr-CA"/>
        </w:rPr>
      </w:pPr>
      <w:r w:rsidRPr="00F46E9C">
        <w:rPr>
          <w:b/>
          <w:lang w:val="fr-CA"/>
        </w:rPr>
        <w:t xml:space="preserve">Voix de synthèse: </w:t>
      </w:r>
      <w:r w:rsidRPr="00F46E9C">
        <w:rPr>
          <w:lang w:val="fr-CA"/>
        </w:rPr>
        <w:t xml:space="preserve">Mode avion désactivé. </w:t>
      </w:r>
    </w:p>
    <w:p w14:paraId="7E74F101" w14:textId="52B1C214" w:rsidR="00962C31" w:rsidRPr="00F46E9C" w:rsidRDefault="005009D4" w:rsidP="00FA68BA">
      <w:pPr>
        <w:rPr>
          <w:lang w:val="fr-CA"/>
        </w:rPr>
      </w:pPr>
      <w:r w:rsidRPr="00F46E9C">
        <w:rPr>
          <w:b/>
          <w:lang w:val="fr-CA"/>
        </w:rPr>
        <w:t xml:space="preserve">Ioana: </w:t>
      </w:r>
      <w:r w:rsidRPr="00F46E9C">
        <w:rPr>
          <w:lang w:val="fr-CA"/>
        </w:rPr>
        <w:t>Maintenant, nous cherchons</w:t>
      </w:r>
      <w:r w:rsidR="00726071">
        <w:rPr>
          <w:lang w:val="fr-CA"/>
        </w:rPr>
        <w:t xml:space="preserve"> </w:t>
      </w:r>
      <w:r w:rsidRPr="00F46E9C">
        <w:rPr>
          <w:lang w:val="fr-CA"/>
        </w:rPr>
        <w:t xml:space="preserve">l'option Wi-Fi. </w:t>
      </w:r>
    </w:p>
    <w:p w14:paraId="674EBC8E" w14:textId="77777777" w:rsidR="00962C31" w:rsidRPr="00F46E9C" w:rsidRDefault="005009D4" w:rsidP="00FA68BA">
      <w:pPr>
        <w:rPr>
          <w:lang w:val="fr-CA"/>
        </w:rPr>
      </w:pPr>
      <w:r w:rsidRPr="00F46E9C">
        <w:rPr>
          <w:b/>
          <w:lang w:val="fr-CA"/>
        </w:rPr>
        <w:t xml:space="preserve">Voix de synthèse: </w:t>
      </w:r>
      <w:r w:rsidRPr="00F46E9C">
        <w:rPr>
          <w:lang w:val="fr-CA"/>
        </w:rPr>
        <w:t xml:space="preserve">Wi-Fi. </w:t>
      </w:r>
    </w:p>
    <w:p w14:paraId="52A483E7" w14:textId="34A863E4" w:rsidR="00962C31" w:rsidRPr="00F46E9C" w:rsidRDefault="005009D4" w:rsidP="00FA68BA">
      <w:pPr>
        <w:rPr>
          <w:lang w:val="fr-CA"/>
        </w:rPr>
      </w:pPr>
      <w:r w:rsidRPr="00F46E9C">
        <w:rPr>
          <w:b/>
          <w:lang w:val="fr-CA"/>
        </w:rPr>
        <w:t xml:space="preserve">Ioana: </w:t>
      </w:r>
      <w:r w:rsidRPr="00F46E9C">
        <w:rPr>
          <w:lang w:val="fr-CA"/>
        </w:rPr>
        <w:t>Je confirme avec</w:t>
      </w:r>
      <w:r w:rsidR="00726071">
        <w:rPr>
          <w:lang w:val="fr-CA"/>
        </w:rPr>
        <w:t xml:space="preserve"> </w:t>
      </w:r>
      <w:r w:rsidRPr="00F46E9C">
        <w:rPr>
          <w:lang w:val="fr-CA"/>
        </w:rPr>
        <w:t xml:space="preserve">écoute/arrêt. </w:t>
      </w:r>
    </w:p>
    <w:p w14:paraId="0C65197A" w14:textId="77777777" w:rsidR="00962C31" w:rsidRPr="00F46E9C" w:rsidRDefault="005009D4" w:rsidP="00FA68BA">
      <w:pPr>
        <w:rPr>
          <w:lang w:val="fr-CA"/>
        </w:rPr>
      </w:pPr>
      <w:r w:rsidRPr="00F46E9C">
        <w:rPr>
          <w:b/>
          <w:lang w:val="fr-CA"/>
        </w:rPr>
        <w:t xml:space="preserve">Voix de synthèse: </w:t>
      </w:r>
      <w:r w:rsidRPr="00F46E9C">
        <w:rPr>
          <w:lang w:val="fr-CA"/>
        </w:rPr>
        <w:t xml:space="preserve">Wi-Fi activé. </w:t>
      </w:r>
    </w:p>
    <w:p w14:paraId="1D8F07A8" w14:textId="77777777" w:rsidR="00962C31" w:rsidRPr="00F46E9C" w:rsidRDefault="005009D4" w:rsidP="00FA68BA">
      <w:pPr>
        <w:rPr>
          <w:lang w:val="fr-CA"/>
        </w:rPr>
      </w:pPr>
      <w:r w:rsidRPr="00F46E9C">
        <w:rPr>
          <w:b/>
          <w:lang w:val="fr-CA"/>
        </w:rPr>
        <w:t xml:space="preserve">Ioana: </w:t>
      </w:r>
      <w:r w:rsidRPr="00F46E9C">
        <w:rPr>
          <w:lang w:val="fr-CA"/>
        </w:rPr>
        <w:t xml:space="preserve">Maintenant, nous cherchons l'option Nouvelle connexion. </w:t>
      </w:r>
    </w:p>
    <w:p w14:paraId="13258390" w14:textId="7BA6E639" w:rsidR="00962C31" w:rsidRPr="00F46E9C" w:rsidRDefault="005009D4" w:rsidP="00FA68BA">
      <w:pPr>
        <w:rPr>
          <w:lang w:val="fr-CA"/>
        </w:rPr>
      </w:pPr>
      <w:r w:rsidRPr="00F46E9C">
        <w:rPr>
          <w:b/>
          <w:lang w:val="fr-CA"/>
        </w:rPr>
        <w:t xml:space="preserve">Voix de synthèse: </w:t>
      </w:r>
      <w:r w:rsidRPr="00F46E9C">
        <w:rPr>
          <w:lang w:val="fr-CA"/>
        </w:rPr>
        <w:t>Statut.</w:t>
      </w:r>
      <w:r w:rsidR="00726071">
        <w:rPr>
          <w:lang w:val="fr-CA"/>
        </w:rPr>
        <w:t xml:space="preserve"> </w:t>
      </w:r>
      <w:r w:rsidRPr="00F46E9C">
        <w:rPr>
          <w:lang w:val="fr-CA"/>
        </w:rPr>
        <w:t xml:space="preserve">Nouvelle connexion. </w:t>
      </w:r>
    </w:p>
    <w:p w14:paraId="2134E263" w14:textId="77777777" w:rsidR="00962C31" w:rsidRPr="00F46E9C" w:rsidRDefault="005009D4" w:rsidP="00FA68BA">
      <w:pPr>
        <w:rPr>
          <w:lang w:val="fr-CA"/>
        </w:rPr>
      </w:pPr>
      <w:r w:rsidRPr="00F46E9C">
        <w:rPr>
          <w:b/>
          <w:lang w:val="fr-CA"/>
        </w:rPr>
        <w:t xml:space="preserve">Ioana: </w:t>
      </w:r>
      <w:r w:rsidRPr="00F46E9C">
        <w:rPr>
          <w:lang w:val="fr-CA"/>
        </w:rPr>
        <w:t xml:space="preserve">Confirmer avec écoute/arrêt. </w:t>
      </w:r>
    </w:p>
    <w:p w14:paraId="04DDB6DA" w14:textId="09779581" w:rsidR="00962C31" w:rsidRPr="00F46E9C" w:rsidRDefault="005009D4" w:rsidP="00FA68BA">
      <w:pPr>
        <w:rPr>
          <w:lang w:val="fr-CA"/>
        </w:rPr>
      </w:pPr>
      <w:r w:rsidRPr="00F46E9C">
        <w:rPr>
          <w:b/>
          <w:lang w:val="fr-CA"/>
        </w:rPr>
        <w:t xml:space="preserve">Voix de synthèse: </w:t>
      </w:r>
      <w:r w:rsidRPr="00F46E9C">
        <w:rPr>
          <w:lang w:val="fr-CA"/>
        </w:rPr>
        <w:t>Rechercher</w:t>
      </w:r>
      <w:r w:rsidR="00726071">
        <w:rPr>
          <w:lang w:val="fr-CA"/>
        </w:rPr>
        <w:t xml:space="preserve"> </w:t>
      </w:r>
      <w:r w:rsidRPr="00F46E9C">
        <w:rPr>
          <w:lang w:val="fr-CA"/>
        </w:rPr>
        <w:t xml:space="preserve">une connexion. </w:t>
      </w:r>
    </w:p>
    <w:p w14:paraId="48BC763A" w14:textId="77777777" w:rsidR="00962C31" w:rsidRPr="00F46E9C" w:rsidRDefault="005009D4" w:rsidP="00FA68BA">
      <w:pPr>
        <w:rPr>
          <w:lang w:val="fr-CA"/>
        </w:rPr>
      </w:pPr>
      <w:r w:rsidRPr="00F46E9C">
        <w:rPr>
          <w:b/>
          <w:lang w:val="fr-CA"/>
        </w:rPr>
        <w:t xml:space="preserve">Ioana: </w:t>
      </w:r>
      <w:r w:rsidRPr="00F46E9C">
        <w:rPr>
          <w:lang w:val="fr-CA"/>
        </w:rPr>
        <w:t xml:space="preserve">C'est l'option que nous voulons, donc je confirme tout de suite avec écoute/arrêt. </w:t>
      </w:r>
    </w:p>
    <w:p w14:paraId="01106F48" w14:textId="77777777" w:rsidR="00962C31" w:rsidRPr="00F46E9C" w:rsidRDefault="005009D4" w:rsidP="00FA68BA">
      <w:pPr>
        <w:rPr>
          <w:lang w:val="fr-CA"/>
        </w:rPr>
      </w:pPr>
      <w:r w:rsidRPr="00F46E9C">
        <w:rPr>
          <w:b/>
          <w:lang w:val="fr-CA"/>
        </w:rPr>
        <w:t xml:space="preserve">Voix de synthèse: </w:t>
      </w:r>
      <w:r w:rsidRPr="00F46E9C">
        <w:rPr>
          <w:lang w:val="fr-CA"/>
        </w:rPr>
        <w:t xml:space="preserve">Veuillez patienter. Cheerio. Maj C-H-E-E-R-I-O. Intensité du signal, excellent. </w:t>
      </w:r>
    </w:p>
    <w:p w14:paraId="6E89D952" w14:textId="77777777" w:rsidR="00962C31" w:rsidRPr="00F46E9C" w:rsidRDefault="005009D4" w:rsidP="00FA68BA">
      <w:pPr>
        <w:rPr>
          <w:lang w:val="fr-CA"/>
        </w:rPr>
      </w:pPr>
      <w:r w:rsidRPr="00F46E9C">
        <w:rPr>
          <w:b/>
          <w:lang w:val="fr-CA"/>
        </w:rPr>
        <w:t xml:space="preserve">Ioana: </w:t>
      </w:r>
      <w:r w:rsidRPr="00F46E9C">
        <w:rPr>
          <w:lang w:val="fr-CA"/>
        </w:rPr>
        <w:t xml:space="preserve">Ici, nous avons une liste des réseaux disponibles et vous pouvez les sélectionner comme toute autre option du menu avec les touches de navigation gauche et droite. Comme nous sommes directement arrivés sur l'option que nous voulons, j'appuie sur écoute/arrêt pour sélectionner ce réseau. </w:t>
      </w:r>
    </w:p>
    <w:p w14:paraId="39631986" w14:textId="17EBF623" w:rsidR="00962C31" w:rsidRPr="00F46E9C" w:rsidRDefault="005009D4" w:rsidP="00FA68BA">
      <w:pPr>
        <w:rPr>
          <w:lang w:val="fr-CA"/>
        </w:rPr>
      </w:pPr>
      <w:r w:rsidRPr="00F46E9C">
        <w:rPr>
          <w:b/>
          <w:lang w:val="fr-CA"/>
        </w:rPr>
        <w:t xml:space="preserve">Voix de synthèse: </w:t>
      </w:r>
      <w:r w:rsidRPr="00F46E9C">
        <w:rPr>
          <w:lang w:val="fr-CA"/>
        </w:rPr>
        <w:t>Entrez</w:t>
      </w:r>
      <w:r w:rsidR="00726071">
        <w:rPr>
          <w:lang w:val="fr-CA"/>
        </w:rPr>
        <w:t xml:space="preserve"> </w:t>
      </w:r>
      <w:r w:rsidRPr="00F46E9C">
        <w:rPr>
          <w:lang w:val="fr-CA"/>
        </w:rPr>
        <w:t xml:space="preserve">le mot de passe. A. </w:t>
      </w:r>
    </w:p>
    <w:p w14:paraId="29D6FCED" w14:textId="77777777" w:rsidR="00962C31" w:rsidRPr="00F46E9C" w:rsidRDefault="005009D4" w:rsidP="00FA68BA">
      <w:pPr>
        <w:rPr>
          <w:lang w:val="fr-CA"/>
        </w:rPr>
      </w:pPr>
      <w:r w:rsidRPr="00F46E9C">
        <w:rPr>
          <w:b/>
          <w:lang w:val="fr-CA"/>
        </w:rPr>
        <w:t xml:space="preserve">Ioana: </w:t>
      </w:r>
      <w:r w:rsidRPr="00F46E9C">
        <w:rPr>
          <w:lang w:val="fr-CA"/>
        </w:rPr>
        <w:t xml:space="preserve">Pour entrer du texte à l'aide du lecteur Stratus 2 il faut choisir le caractère que vous voulez insérer en utilisant les touches de navigation haut et bas. Toutefois, comme nous avons plusieurs types de caractères minuscules, majuscules, ponctuation et autres </w:t>
      </w:r>
      <w:r w:rsidRPr="00F46E9C">
        <w:rPr>
          <w:lang w:val="fr-CA"/>
        </w:rPr>
        <w:lastRenderedPageBreak/>
        <w:t xml:space="preserve">caractères spéciaux, il y a une manière rapide de chercher la section de caractères dont nous avons besoin en utilisant le bouton signet, qui est situé juste en bas du bouton étagère </w:t>
      </w:r>
      <w:r w:rsidRPr="00F46E9C">
        <w:rPr>
          <w:lang w:val="fr-CA"/>
        </w:rPr>
        <w:t xml:space="preserve">sur le côté gauche de la face du lecteur. Moi, j'ai besoin du caractère C majuscule. </w:t>
      </w:r>
    </w:p>
    <w:p w14:paraId="37B1E25F" w14:textId="77777777" w:rsidR="00962C31" w:rsidRPr="00F46E9C" w:rsidRDefault="005009D4" w:rsidP="00FA68BA">
      <w:pPr>
        <w:rPr>
          <w:lang w:val="fr-CA"/>
        </w:rPr>
      </w:pPr>
      <w:r w:rsidRPr="00F46E9C">
        <w:rPr>
          <w:b/>
          <w:lang w:val="fr-CA"/>
        </w:rPr>
        <w:t xml:space="preserve">Voix de synthèse: </w:t>
      </w:r>
      <w:r w:rsidRPr="00F46E9C">
        <w:rPr>
          <w:lang w:val="fr-CA"/>
        </w:rPr>
        <w:t xml:space="preserve">Majuscule A maj. </w:t>
      </w:r>
    </w:p>
    <w:p w14:paraId="3E461AEC" w14:textId="77777777" w:rsidR="00962C31" w:rsidRPr="00F46E9C" w:rsidRDefault="005009D4" w:rsidP="00FA68BA">
      <w:pPr>
        <w:rPr>
          <w:lang w:val="fr-CA"/>
        </w:rPr>
      </w:pPr>
      <w:r w:rsidRPr="00F46E9C">
        <w:rPr>
          <w:b/>
          <w:lang w:val="fr-CA"/>
        </w:rPr>
        <w:t xml:space="preserve">Ioana: </w:t>
      </w:r>
      <w:r w:rsidRPr="00F46E9C">
        <w:rPr>
          <w:lang w:val="fr-CA"/>
        </w:rPr>
        <w:t xml:space="preserve">J'ai appuyé sur le bouton signet et nous entendons que nous sommes dans la section majuscules. Je vais utiliser la touche de navigation en haut pour trouver la lettre C. </w:t>
      </w:r>
    </w:p>
    <w:p w14:paraId="2283A35B" w14:textId="77777777" w:rsidR="00962C31" w:rsidRPr="00F46E9C" w:rsidRDefault="005009D4" w:rsidP="00FA68BA">
      <w:pPr>
        <w:rPr>
          <w:lang w:val="fr-CA"/>
        </w:rPr>
      </w:pPr>
      <w:r w:rsidRPr="00F46E9C">
        <w:rPr>
          <w:b/>
          <w:lang w:val="fr-CA"/>
        </w:rPr>
        <w:t xml:space="preserve">Voix de synthèse: </w:t>
      </w:r>
      <w:r w:rsidRPr="00F46E9C">
        <w:rPr>
          <w:lang w:val="fr-CA"/>
        </w:rPr>
        <w:t xml:space="preserve">B, C maj. Pour insérer un caractère, utilisez la touche de navigation droite. </w:t>
      </w:r>
    </w:p>
    <w:p w14:paraId="2F1EA8CF" w14:textId="77777777" w:rsidR="00962C31" w:rsidRPr="00F46E9C" w:rsidRDefault="005009D4" w:rsidP="00FA68BA">
      <w:pPr>
        <w:rPr>
          <w:lang w:val="fr-CA"/>
        </w:rPr>
      </w:pPr>
      <w:r w:rsidRPr="00F46E9C">
        <w:rPr>
          <w:b/>
          <w:lang w:val="fr-CA"/>
        </w:rPr>
        <w:t xml:space="preserve">Voix de synthèse: </w:t>
      </w:r>
      <w:r w:rsidRPr="00F46E9C">
        <w:rPr>
          <w:lang w:val="fr-CA"/>
        </w:rPr>
        <w:t xml:space="preserve">C inséré. </w:t>
      </w:r>
    </w:p>
    <w:p w14:paraId="463EE35E" w14:textId="22391009" w:rsidR="00962C31" w:rsidRPr="00F46E9C" w:rsidRDefault="005009D4" w:rsidP="00FA68BA">
      <w:pPr>
        <w:rPr>
          <w:lang w:val="fr-CA"/>
        </w:rPr>
      </w:pPr>
      <w:r w:rsidRPr="00F46E9C">
        <w:rPr>
          <w:b/>
          <w:lang w:val="fr-CA"/>
        </w:rPr>
        <w:t xml:space="preserve">Ioana: </w:t>
      </w:r>
      <w:r w:rsidRPr="00F46E9C">
        <w:rPr>
          <w:lang w:val="fr-CA"/>
        </w:rPr>
        <w:t>Maintenant, je vais chercher la lettre I minuscule. J'appuie plusieurs fois</w:t>
      </w:r>
      <w:r w:rsidR="00726071">
        <w:rPr>
          <w:lang w:val="fr-CA"/>
        </w:rPr>
        <w:t xml:space="preserve"> </w:t>
      </w:r>
      <w:r w:rsidRPr="00F46E9C">
        <w:rPr>
          <w:lang w:val="fr-CA"/>
        </w:rPr>
        <w:t xml:space="preserve">sur le bouton signet. </w:t>
      </w:r>
    </w:p>
    <w:p w14:paraId="75A562A3" w14:textId="7580F35B" w:rsidR="00962C31" w:rsidRPr="00F46E9C" w:rsidRDefault="005009D4" w:rsidP="00FA68BA">
      <w:pPr>
        <w:rPr>
          <w:lang w:val="fr-CA"/>
        </w:rPr>
      </w:pPr>
      <w:r w:rsidRPr="00F46E9C">
        <w:rPr>
          <w:b/>
          <w:lang w:val="fr-CA"/>
        </w:rPr>
        <w:t xml:space="preserve">Voix de synthèse: </w:t>
      </w:r>
      <w:r w:rsidRPr="00F46E9C">
        <w:rPr>
          <w:lang w:val="fr-CA"/>
        </w:rPr>
        <w:t>Chiffres, ponctuation,</w:t>
      </w:r>
      <w:r w:rsidR="00726071">
        <w:rPr>
          <w:lang w:val="fr-CA"/>
        </w:rPr>
        <w:t xml:space="preserve"> </w:t>
      </w:r>
      <w:r w:rsidRPr="00F46E9C">
        <w:rPr>
          <w:lang w:val="fr-CA"/>
        </w:rPr>
        <w:t xml:space="preserve">symboles, minuscules, A. </w:t>
      </w:r>
    </w:p>
    <w:p w14:paraId="64C61115" w14:textId="77777777" w:rsidR="00962C31" w:rsidRPr="00F46E9C" w:rsidRDefault="005009D4" w:rsidP="00FA68BA">
      <w:pPr>
        <w:rPr>
          <w:lang w:val="fr-CA"/>
        </w:rPr>
      </w:pPr>
      <w:r w:rsidRPr="00F46E9C">
        <w:rPr>
          <w:b/>
          <w:lang w:val="fr-CA"/>
        </w:rPr>
        <w:t xml:space="preserve">Ioana: </w:t>
      </w:r>
      <w:r w:rsidRPr="00F46E9C">
        <w:rPr>
          <w:lang w:val="fr-CA"/>
        </w:rPr>
        <w:t xml:space="preserve">Et plusieurs fois la touche de navigation en haut pour trouver la lettre I minuscule. </w:t>
      </w:r>
    </w:p>
    <w:p w14:paraId="1D8A34DD" w14:textId="77777777" w:rsidR="00962C31" w:rsidRPr="00F46E9C" w:rsidRDefault="005009D4" w:rsidP="00FA68BA">
      <w:pPr>
        <w:rPr>
          <w:lang w:val="fr-CA"/>
        </w:rPr>
      </w:pPr>
      <w:r w:rsidRPr="00F46E9C">
        <w:rPr>
          <w:b/>
          <w:lang w:val="fr-CA"/>
        </w:rPr>
        <w:t xml:space="preserve">Voix de synthèse: </w:t>
      </w:r>
      <w:r w:rsidRPr="00F46E9C">
        <w:rPr>
          <w:lang w:val="fr-CA"/>
        </w:rPr>
        <w:t xml:space="preserve">G, H, I. </w:t>
      </w:r>
    </w:p>
    <w:p w14:paraId="5A1ABAC8" w14:textId="77777777" w:rsidR="00962C31" w:rsidRPr="00F46E9C" w:rsidRDefault="005009D4" w:rsidP="00FA68BA">
      <w:pPr>
        <w:rPr>
          <w:lang w:val="fr-CA"/>
        </w:rPr>
      </w:pPr>
      <w:r w:rsidRPr="00F46E9C">
        <w:rPr>
          <w:b/>
          <w:lang w:val="fr-CA"/>
        </w:rPr>
        <w:t xml:space="preserve">Ioana: </w:t>
      </w:r>
      <w:r w:rsidRPr="00F46E9C">
        <w:rPr>
          <w:lang w:val="fr-CA"/>
        </w:rPr>
        <w:t xml:space="preserve">J'appuie sur la touche droite pour insérer le caractère. </w:t>
      </w:r>
    </w:p>
    <w:p w14:paraId="4E7C62D9" w14:textId="77777777" w:rsidR="00962C31" w:rsidRPr="00F46E9C" w:rsidRDefault="005009D4" w:rsidP="00FA68BA">
      <w:pPr>
        <w:rPr>
          <w:lang w:val="fr-CA"/>
        </w:rPr>
      </w:pPr>
      <w:r w:rsidRPr="00F46E9C">
        <w:rPr>
          <w:b/>
          <w:lang w:val="fr-CA"/>
        </w:rPr>
        <w:t xml:space="preserve">Voix de synthèse: </w:t>
      </w:r>
      <w:r w:rsidRPr="00F46E9C">
        <w:rPr>
          <w:lang w:val="fr-CA"/>
        </w:rPr>
        <w:t xml:space="preserve">I inséré. -[Ioana] Pour vérifier les caractères que nous avons entré, nous appuyer sur le bouton avance rapide situé sur le côté inférieur de la face de lecteur, à droite du bouton écoute/arrêt. </w:t>
      </w:r>
    </w:p>
    <w:p w14:paraId="14E8F0A8" w14:textId="77777777" w:rsidR="00962C31" w:rsidRPr="00F46E9C" w:rsidRDefault="005009D4" w:rsidP="00FA68BA">
      <w:pPr>
        <w:rPr>
          <w:lang w:val="fr-CA"/>
        </w:rPr>
      </w:pPr>
      <w:r w:rsidRPr="00F46E9C">
        <w:rPr>
          <w:b/>
          <w:lang w:val="fr-CA"/>
        </w:rPr>
        <w:t xml:space="preserve">Voix de synthèse: </w:t>
      </w:r>
      <w:r w:rsidRPr="00F46E9C">
        <w:rPr>
          <w:lang w:val="fr-CA"/>
        </w:rPr>
        <w:t xml:space="preserve">C maj. C, I-- </w:t>
      </w:r>
    </w:p>
    <w:p w14:paraId="47651DFE" w14:textId="2A37599E" w:rsidR="00962C31" w:rsidRPr="00F46E9C" w:rsidRDefault="005009D4" w:rsidP="00FA68BA">
      <w:pPr>
        <w:rPr>
          <w:lang w:val="fr-CA"/>
        </w:rPr>
      </w:pPr>
      <w:r w:rsidRPr="00F46E9C">
        <w:rPr>
          <w:b/>
          <w:lang w:val="fr-CA"/>
        </w:rPr>
        <w:t xml:space="preserve">Ioana: </w:t>
      </w:r>
      <w:r w:rsidRPr="00F46E9C">
        <w:rPr>
          <w:lang w:val="fr-CA"/>
        </w:rPr>
        <w:t>Le prochaine caractère</w:t>
      </w:r>
      <w:r w:rsidR="00726071">
        <w:rPr>
          <w:lang w:val="fr-CA"/>
        </w:rPr>
        <w:t xml:space="preserve"> </w:t>
      </w:r>
      <w:r w:rsidRPr="00F46E9C">
        <w:rPr>
          <w:lang w:val="fr-CA"/>
        </w:rPr>
        <w:t xml:space="preserve">dans mon mot de passe, c'est un U majuscule. </w:t>
      </w:r>
    </w:p>
    <w:p w14:paraId="0D3C85A0" w14:textId="77777777" w:rsidR="00962C31" w:rsidRPr="00F46E9C" w:rsidRDefault="005009D4" w:rsidP="00FA68BA">
      <w:pPr>
        <w:rPr>
          <w:lang w:val="fr-CA"/>
        </w:rPr>
      </w:pPr>
      <w:r w:rsidRPr="00F46E9C">
        <w:rPr>
          <w:b/>
          <w:lang w:val="fr-CA"/>
        </w:rPr>
        <w:t xml:space="preserve">Ioana: </w:t>
      </w:r>
      <w:r w:rsidRPr="00F46E9C">
        <w:rPr>
          <w:lang w:val="fr-CA"/>
        </w:rPr>
        <w:t xml:space="preserve">J'appuie sur le bouton signet. </w:t>
      </w:r>
    </w:p>
    <w:p w14:paraId="65DEF143" w14:textId="77777777" w:rsidR="00962C31" w:rsidRPr="00F46E9C" w:rsidRDefault="005009D4" w:rsidP="00FA68BA">
      <w:pPr>
        <w:rPr>
          <w:lang w:val="fr-CA"/>
        </w:rPr>
      </w:pPr>
      <w:r w:rsidRPr="00F46E9C">
        <w:rPr>
          <w:b/>
          <w:lang w:val="fr-CA"/>
        </w:rPr>
        <w:t xml:space="preserve">Voix de synthèse: </w:t>
      </w:r>
      <w:r w:rsidRPr="00F46E9C">
        <w:rPr>
          <w:lang w:val="fr-CA"/>
        </w:rPr>
        <w:t xml:space="preserve">Majuscule A. </w:t>
      </w:r>
    </w:p>
    <w:p w14:paraId="34DA82A3" w14:textId="6E4A8C36" w:rsidR="00962C31" w:rsidRPr="00F46E9C" w:rsidRDefault="0018106F" w:rsidP="00FA68BA">
      <w:pPr>
        <w:rPr>
          <w:lang w:val="fr-CA"/>
        </w:rPr>
      </w:pPr>
      <w:r>
        <w:rPr>
          <w:b/>
          <w:lang w:val="fr-CA"/>
        </w:rPr>
        <w:t>Ioana</w:t>
      </w:r>
      <w:r w:rsidR="005009D4" w:rsidRPr="00F46E9C">
        <w:rPr>
          <w:b/>
          <w:lang w:val="fr-CA"/>
        </w:rPr>
        <w:t xml:space="preserve">: </w:t>
      </w:r>
      <w:r w:rsidR="005009D4" w:rsidRPr="00F46E9C">
        <w:rPr>
          <w:lang w:val="fr-CA"/>
        </w:rPr>
        <w:t>Maintenant, je cherche la lettre U-</w:t>
      </w:r>
    </w:p>
    <w:p w14:paraId="3DD28540" w14:textId="6BA035AD" w:rsidR="00962C31" w:rsidRPr="00F46E9C" w:rsidRDefault="0018106F" w:rsidP="00FA68BA">
      <w:pPr>
        <w:rPr>
          <w:lang w:val="fr-CA"/>
        </w:rPr>
      </w:pPr>
      <w:r>
        <w:rPr>
          <w:b/>
          <w:lang w:val="fr-CA"/>
        </w:rPr>
        <w:t>Voix de synthèse</w:t>
      </w:r>
      <w:r w:rsidR="005009D4" w:rsidRPr="00F46E9C">
        <w:rPr>
          <w:b/>
          <w:lang w:val="fr-CA"/>
        </w:rPr>
        <w:t xml:space="preserve">: </w:t>
      </w:r>
      <w:r w:rsidR="005009D4" w:rsidRPr="00F46E9C">
        <w:rPr>
          <w:lang w:val="fr-CA"/>
        </w:rPr>
        <w:t xml:space="preserve">Maj. </w:t>
      </w:r>
    </w:p>
    <w:p w14:paraId="504EC084" w14:textId="77777777" w:rsidR="00962C31" w:rsidRPr="00F46E9C" w:rsidRDefault="005009D4" w:rsidP="00FA68BA">
      <w:pPr>
        <w:rPr>
          <w:lang w:val="fr-CA"/>
        </w:rPr>
      </w:pPr>
      <w:r w:rsidRPr="00F46E9C">
        <w:rPr>
          <w:b/>
          <w:lang w:val="fr-CA"/>
        </w:rPr>
        <w:lastRenderedPageBreak/>
        <w:t xml:space="preserve">Ioana: </w:t>
      </w:r>
      <w:r w:rsidRPr="00F46E9C">
        <w:rPr>
          <w:lang w:val="fr-CA"/>
        </w:rPr>
        <w:t xml:space="preserve">--avec la touche en haut. </w:t>
      </w:r>
    </w:p>
    <w:p w14:paraId="783C60BD" w14:textId="77777777" w:rsidR="00962C31" w:rsidRPr="00F46E9C" w:rsidRDefault="005009D4" w:rsidP="00FA68BA">
      <w:pPr>
        <w:rPr>
          <w:lang w:val="fr-CA"/>
        </w:rPr>
      </w:pPr>
      <w:r w:rsidRPr="00F46E9C">
        <w:rPr>
          <w:b/>
          <w:lang w:val="fr-CA"/>
        </w:rPr>
        <w:t xml:space="preserve">Voix de synthèse: </w:t>
      </w:r>
      <w:r w:rsidRPr="00F46E9C">
        <w:rPr>
          <w:lang w:val="fr-CA"/>
        </w:rPr>
        <w:t xml:space="preserve">V maj, U maj. </w:t>
      </w:r>
    </w:p>
    <w:p w14:paraId="3F583C3B" w14:textId="4ACE7602" w:rsidR="00962C31" w:rsidRPr="00F46E9C" w:rsidRDefault="005009D4" w:rsidP="00FA68BA">
      <w:pPr>
        <w:rPr>
          <w:lang w:val="fr-CA"/>
        </w:rPr>
      </w:pPr>
      <w:r w:rsidRPr="00F46E9C">
        <w:rPr>
          <w:b/>
          <w:lang w:val="fr-CA"/>
        </w:rPr>
        <w:t xml:space="preserve">Ioana: </w:t>
      </w:r>
      <w:r w:rsidRPr="00F46E9C">
        <w:rPr>
          <w:lang w:val="fr-CA"/>
        </w:rPr>
        <w:t>J'étais allé trop loin alors</w:t>
      </w:r>
      <w:r w:rsidR="00726071">
        <w:rPr>
          <w:lang w:val="fr-CA"/>
        </w:rPr>
        <w:t xml:space="preserve"> </w:t>
      </w:r>
      <w:r w:rsidRPr="00F46E9C">
        <w:rPr>
          <w:lang w:val="fr-CA"/>
        </w:rPr>
        <w:t xml:space="preserve">j'ai utilisé la touche vers le bas pour trouver la bonne lettre. </w:t>
      </w:r>
    </w:p>
    <w:p w14:paraId="370B69CB" w14:textId="77777777" w:rsidR="00962C31" w:rsidRPr="00F46E9C" w:rsidRDefault="005009D4" w:rsidP="00FA68BA">
      <w:pPr>
        <w:rPr>
          <w:lang w:val="fr-CA"/>
        </w:rPr>
      </w:pPr>
      <w:r w:rsidRPr="00F46E9C">
        <w:rPr>
          <w:b/>
          <w:lang w:val="fr-CA"/>
        </w:rPr>
        <w:t xml:space="preserve">Voix de synthèse: </w:t>
      </w:r>
      <w:r w:rsidRPr="00F46E9C">
        <w:rPr>
          <w:lang w:val="fr-CA"/>
        </w:rPr>
        <w:t xml:space="preserve">U inséré. </w:t>
      </w:r>
    </w:p>
    <w:p w14:paraId="4BE659BA" w14:textId="1450512A" w:rsidR="00962C31" w:rsidRPr="00F46E9C" w:rsidRDefault="005009D4" w:rsidP="00FA68BA">
      <w:pPr>
        <w:rPr>
          <w:lang w:val="fr-CA"/>
        </w:rPr>
      </w:pPr>
      <w:r w:rsidRPr="00F46E9C">
        <w:rPr>
          <w:b/>
          <w:lang w:val="fr-CA"/>
        </w:rPr>
        <w:t xml:space="preserve">Ioana: </w:t>
      </w:r>
      <w:r w:rsidRPr="00F46E9C">
        <w:rPr>
          <w:lang w:val="fr-CA"/>
        </w:rPr>
        <w:t>Pour effacer</w:t>
      </w:r>
      <w:r w:rsidR="00726071">
        <w:rPr>
          <w:lang w:val="fr-CA"/>
        </w:rPr>
        <w:t xml:space="preserve"> </w:t>
      </w:r>
      <w:r w:rsidRPr="00F46E9C">
        <w:rPr>
          <w:lang w:val="fr-CA"/>
        </w:rPr>
        <w:t xml:space="preserve">le dernier caractère inséré, utiliser le bouton recul rapide. </w:t>
      </w:r>
    </w:p>
    <w:p w14:paraId="5F0D0B43" w14:textId="77777777" w:rsidR="00962C31" w:rsidRPr="00F46E9C" w:rsidRDefault="005009D4" w:rsidP="00FA68BA">
      <w:pPr>
        <w:rPr>
          <w:lang w:val="fr-CA"/>
        </w:rPr>
      </w:pPr>
      <w:r w:rsidRPr="00F46E9C">
        <w:rPr>
          <w:b/>
          <w:lang w:val="fr-CA"/>
        </w:rPr>
        <w:t xml:space="preserve">Voix de synthèse: </w:t>
      </w:r>
      <w:r w:rsidRPr="00F46E9C">
        <w:rPr>
          <w:lang w:val="fr-CA"/>
        </w:rPr>
        <w:t xml:space="preserve">U supprimé. A. </w:t>
      </w:r>
    </w:p>
    <w:p w14:paraId="1275E940" w14:textId="77777777" w:rsidR="00962C31" w:rsidRPr="00F46E9C" w:rsidRDefault="005009D4" w:rsidP="00FA68BA">
      <w:pPr>
        <w:rPr>
          <w:lang w:val="fr-CA"/>
        </w:rPr>
      </w:pPr>
      <w:r w:rsidRPr="00F46E9C">
        <w:rPr>
          <w:b/>
          <w:lang w:val="fr-CA"/>
        </w:rPr>
        <w:t xml:space="preserve">Ioana: </w:t>
      </w:r>
      <w:r w:rsidRPr="00F46E9C">
        <w:rPr>
          <w:lang w:val="fr-CA"/>
        </w:rPr>
        <w:t xml:space="preserve">Je vais continuer à rentrer les caractères du mot de passe de mon réseau Wi-Fi, et nous allons reprendre quand c'est le temps de confirmer le mot de passe. Mon dernier caractère, c'est le point d'exclamation. J'appuie sur signet. </w:t>
      </w:r>
    </w:p>
    <w:p w14:paraId="508202E8" w14:textId="77777777" w:rsidR="00962C31" w:rsidRPr="00F46E9C" w:rsidRDefault="005009D4" w:rsidP="00FA68BA">
      <w:pPr>
        <w:rPr>
          <w:lang w:val="fr-CA"/>
        </w:rPr>
      </w:pPr>
      <w:r w:rsidRPr="00F46E9C">
        <w:rPr>
          <w:b/>
          <w:lang w:val="fr-CA"/>
        </w:rPr>
        <w:t xml:space="preserve">Voix de synthèse: </w:t>
      </w:r>
      <w:r w:rsidRPr="00F46E9C">
        <w:rPr>
          <w:lang w:val="fr-CA"/>
        </w:rPr>
        <w:t xml:space="preserve">Majuscules, chiffres, ponctuation, S--, symboles, point d'exclamation. Point d'exclamation. Inséré. Circula. Maj-- </w:t>
      </w:r>
    </w:p>
    <w:p w14:paraId="26B66323" w14:textId="705AE012" w:rsidR="00962C31" w:rsidRPr="00F46E9C" w:rsidRDefault="005009D4" w:rsidP="00FA68BA">
      <w:pPr>
        <w:rPr>
          <w:lang w:val="fr-CA"/>
        </w:rPr>
      </w:pPr>
      <w:r w:rsidRPr="00F46E9C">
        <w:rPr>
          <w:b/>
          <w:lang w:val="fr-CA"/>
        </w:rPr>
        <w:t xml:space="preserve">Ioana: </w:t>
      </w:r>
      <w:r w:rsidRPr="00F46E9C">
        <w:rPr>
          <w:lang w:val="fr-CA"/>
        </w:rPr>
        <w:t>Pour confirmer</w:t>
      </w:r>
      <w:r w:rsidR="00726071">
        <w:rPr>
          <w:lang w:val="fr-CA"/>
        </w:rPr>
        <w:t xml:space="preserve"> </w:t>
      </w:r>
      <w:r w:rsidRPr="00F46E9C">
        <w:rPr>
          <w:lang w:val="fr-CA"/>
        </w:rPr>
        <w:t xml:space="preserve">le mot de passe, j'appuie sur écoute/arrêt. </w:t>
      </w:r>
    </w:p>
    <w:p w14:paraId="3E05FBEC" w14:textId="77777777" w:rsidR="00962C31" w:rsidRPr="00F46E9C" w:rsidRDefault="005009D4" w:rsidP="00FA68BA">
      <w:pPr>
        <w:rPr>
          <w:lang w:val="fr-CA"/>
        </w:rPr>
      </w:pPr>
      <w:r w:rsidRPr="00F46E9C">
        <w:rPr>
          <w:b/>
          <w:lang w:val="fr-CA"/>
        </w:rPr>
        <w:t xml:space="preserve">Voix de synthèse: </w:t>
      </w:r>
      <w:r w:rsidRPr="00F46E9C">
        <w:rPr>
          <w:lang w:val="fr-CA"/>
        </w:rPr>
        <w:t xml:space="preserve">Confirmé. Connexion réussie. Entrer un nom pour ce réseau. A. Wi-Fi connecté. </w:t>
      </w:r>
    </w:p>
    <w:p w14:paraId="069E6E25" w14:textId="3823E630" w:rsidR="00962C31" w:rsidRPr="00F46E9C" w:rsidRDefault="005009D4" w:rsidP="00FA68BA">
      <w:pPr>
        <w:rPr>
          <w:lang w:val="fr-CA"/>
        </w:rPr>
      </w:pPr>
      <w:r w:rsidRPr="00F46E9C">
        <w:rPr>
          <w:b/>
          <w:lang w:val="fr-CA"/>
        </w:rPr>
        <w:t xml:space="preserve">Ioana: </w:t>
      </w:r>
      <w:r w:rsidRPr="00F46E9C">
        <w:rPr>
          <w:lang w:val="fr-CA"/>
        </w:rPr>
        <w:t>Nous avons ici</w:t>
      </w:r>
      <w:r w:rsidR="00726071">
        <w:rPr>
          <w:lang w:val="fr-CA"/>
        </w:rPr>
        <w:t xml:space="preserve"> </w:t>
      </w:r>
      <w:r w:rsidRPr="00F46E9C">
        <w:rPr>
          <w:lang w:val="fr-CA"/>
        </w:rPr>
        <w:t>l'option de donner un nom à notre connexion Wi-Fi, mais je vais sauter</w:t>
      </w:r>
      <w:r w:rsidR="00726071">
        <w:rPr>
          <w:lang w:val="fr-CA"/>
        </w:rPr>
        <w:t xml:space="preserve"> </w:t>
      </w:r>
      <w:r w:rsidRPr="00F46E9C">
        <w:rPr>
          <w:lang w:val="fr-CA"/>
        </w:rPr>
        <w:t xml:space="preserve">en appuyant sur écoute/arrêt. </w:t>
      </w:r>
    </w:p>
    <w:p w14:paraId="06F43A04" w14:textId="1A2188EA" w:rsidR="00962C31" w:rsidRPr="00F46E9C" w:rsidRDefault="005009D4" w:rsidP="00FA68BA">
      <w:pPr>
        <w:rPr>
          <w:lang w:val="fr-CA"/>
        </w:rPr>
      </w:pPr>
      <w:r w:rsidRPr="00F46E9C">
        <w:rPr>
          <w:b/>
          <w:lang w:val="fr-CA"/>
        </w:rPr>
        <w:t xml:space="preserve">Voix de synthèse: </w:t>
      </w:r>
      <w:r w:rsidRPr="00F46E9C">
        <w:rPr>
          <w:lang w:val="fr-CA"/>
        </w:rPr>
        <w:t>Confirmé.</w:t>
      </w:r>
      <w:r w:rsidR="00726071">
        <w:rPr>
          <w:lang w:val="fr-CA"/>
        </w:rPr>
        <w:t xml:space="preserve"> </w:t>
      </w:r>
      <w:r w:rsidRPr="00F46E9C">
        <w:rPr>
          <w:lang w:val="fr-CA"/>
        </w:rPr>
        <w:t xml:space="preserve">Connecté à Cheerio. Nouvelle connexion. </w:t>
      </w:r>
    </w:p>
    <w:p w14:paraId="6262643F" w14:textId="5452746B" w:rsidR="00962C31" w:rsidRPr="00F46E9C" w:rsidRDefault="005009D4" w:rsidP="00FA68BA">
      <w:pPr>
        <w:rPr>
          <w:lang w:val="fr-CA"/>
        </w:rPr>
      </w:pPr>
      <w:r w:rsidRPr="00F46E9C">
        <w:rPr>
          <w:b/>
          <w:lang w:val="fr-CA"/>
        </w:rPr>
        <w:t xml:space="preserve">Ioana: </w:t>
      </w:r>
      <w:r w:rsidRPr="00F46E9C">
        <w:rPr>
          <w:lang w:val="fr-CA"/>
        </w:rPr>
        <w:t>Nous avons fini</w:t>
      </w:r>
      <w:r w:rsidR="00726071">
        <w:rPr>
          <w:lang w:val="fr-CA"/>
        </w:rPr>
        <w:t xml:space="preserve"> </w:t>
      </w:r>
      <w:r w:rsidRPr="00F46E9C">
        <w:rPr>
          <w:lang w:val="fr-CA"/>
        </w:rPr>
        <w:t xml:space="preserve">la première étape. Nous sommes connectés au réseau Wi-Fi. Nous allons retourner au menu précédent en appuyant sur la touche de navigation en haut. </w:t>
      </w:r>
    </w:p>
    <w:p w14:paraId="73ACB8F3" w14:textId="77777777" w:rsidR="00962C31" w:rsidRPr="00F46E9C" w:rsidRDefault="005009D4" w:rsidP="00FA68BA">
      <w:pPr>
        <w:rPr>
          <w:lang w:val="fr-CA"/>
        </w:rPr>
      </w:pPr>
      <w:r w:rsidRPr="00F46E9C">
        <w:rPr>
          <w:b/>
          <w:lang w:val="fr-CA"/>
        </w:rPr>
        <w:t xml:space="preserve">Voix de synthèse: </w:t>
      </w:r>
      <w:r w:rsidRPr="00F46E9C">
        <w:rPr>
          <w:lang w:val="fr-CA"/>
        </w:rPr>
        <w:t xml:space="preserve">Wi-Fi. </w:t>
      </w:r>
    </w:p>
    <w:p w14:paraId="444029FA" w14:textId="61A1229C" w:rsidR="00962C31" w:rsidRPr="00F46E9C" w:rsidRDefault="005009D4" w:rsidP="00FA68BA">
      <w:pPr>
        <w:rPr>
          <w:lang w:val="fr-CA"/>
        </w:rPr>
      </w:pPr>
      <w:r w:rsidRPr="00F46E9C">
        <w:rPr>
          <w:b/>
          <w:lang w:val="fr-CA"/>
        </w:rPr>
        <w:t xml:space="preserve">Ioana: </w:t>
      </w:r>
      <w:r w:rsidRPr="00F46E9C">
        <w:rPr>
          <w:lang w:val="fr-CA"/>
        </w:rPr>
        <w:t>Encore une fois, pour aller dans le menu principal, nous allons tomber</w:t>
      </w:r>
      <w:r w:rsidR="00726071">
        <w:rPr>
          <w:lang w:val="fr-CA"/>
        </w:rPr>
        <w:t xml:space="preserve"> </w:t>
      </w:r>
      <w:r w:rsidRPr="00F46E9C">
        <w:rPr>
          <w:lang w:val="fr-CA"/>
        </w:rPr>
        <w:t xml:space="preserve">sur le menu sans fil. </w:t>
      </w:r>
    </w:p>
    <w:p w14:paraId="6C9744A5" w14:textId="77777777" w:rsidR="00962C31" w:rsidRDefault="005009D4" w:rsidP="00FA68BA">
      <w:pPr>
        <w:rPr>
          <w:lang w:val="fr-CA"/>
        </w:rPr>
      </w:pPr>
      <w:r w:rsidRPr="00F46E9C">
        <w:rPr>
          <w:b/>
          <w:lang w:val="fr-CA"/>
        </w:rPr>
        <w:t xml:space="preserve">Voix de synthèse: </w:t>
      </w:r>
      <w:r w:rsidRPr="00F46E9C">
        <w:rPr>
          <w:lang w:val="fr-CA"/>
        </w:rPr>
        <w:t xml:space="preserve">Sans fil. </w:t>
      </w:r>
    </w:p>
    <w:p w14:paraId="76724849" w14:textId="2D7B2120" w:rsidR="009E1C2A" w:rsidRDefault="009E1C2A" w:rsidP="00C41C19">
      <w:pPr>
        <w:pStyle w:val="Heading2"/>
        <w:rPr>
          <w:lang w:val="fr-CA"/>
        </w:rPr>
      </w:pPr>
      <w:r>
        <w:rPr>
          <w:lang w:val="fr-CA"/>
        </w:rPr>
        <w:lastRenderedPageBreak/>
        <w:t>Ajouter votre étagère de T</w:t>
      </w:r>
      <w:r w:rsidR="00C41C19">
        <w:rPr>
          <w:lang w:val="fr-CA"/>
        </w:rPr>
        <w:t>éléchargement direct à votre Stratus 2</w:t>
      </w:r>
    </w:p>
    <w:p w14:paraId="2C293066" w14:textId="04973B9F" w:rsidR="00316231" w:rsidRPr="00316231" w:rsidRDefault="00316231" w:rsidP="00316231">
      <w:pPr>
        <w:rPr>
          <w:lang w:val="fr-CA"/>
        </w:rPr>
      </w:pPr>
      <w:r>
        <w:rPr>
          <w:lang w:val="fr-CA"/>
        </w:rPr>
        <w:t>07:48</w:t>
      </w:r>
    </w:p>
    <w:p w14:paraId="02314C35" w14:textId="57F5840C" w:rsidR="00962C31" w:rsidRPr="00F46E9C" w:rsidRDefault="005009D4" w:rsidP="00FA68BA">
      <w:pPr>
        <w:rPr>
          <w:lang w:val="fr-CA"/>
        </w:rPr>
      </w:pPr>
      <w:r w:rsidRPr="00F46E9C">
        <w:rPr>
          <w:b/>
          <w:lang w:val="fr-CA"/>
        </w:rPr>
        <w:t xml:space="preserve">Ioana: </w:t>
      </w:r>
      <w:r w:rsidRPr="00F46E9C">
        <w:rPr>
          <w:lang w:val="fr-CA"/>
        </w:rPr>
        <w:t>Maintenant, à l'aide des touches de navigation gauche et droite, nous allons chercher l'option Services en ligne pour commencer</w:t>
      </w:r>
      <w:r w:rsidR="00726071">
        <w:rPr>
          <w:lang w:val="fr-CA"/>
        </w:rPr>
        <w:t xml:space="preserve"> </w:t>
      </w:r>
      <w:r w:rsidRPr="00F46E9C">
        <w:rPr>
          <w:lang w:val="fr-CA"/>
        </w:rPr>
        <w:t xml:space="preserve">à paramétrer le compte du CAÉB. </w:t>
      </w:r>
    </w:p>
    <w:p w14:paraId="38452DD9" w14:textId="6CDE4A31" w:rsidR="00962C31" w:rsidRPr="00F46E9C" w:rsidRDefault="005009D4" w:rsidP="00FA68BA">
      <w:pPr>
        <w:rPr>
          <w:lang w:val="fr-CA"/>
        </w:rPr>
      </w:pPr>
      <w:r w:rsidRPr="00F46E9C">
        <w:rPr>
          <w:b/>
          <w:lang w:val="fr-CA"/>
        </w:rPr>
        <w:t xml:space="preserve">Voix de synthèse: </w:t>
      </w:r>
      <w:r w:rsidRPr="00F46E9C">
        <w:rPr>
          <w:lang w:val="fr-CA"/>
        </w:rPr>
        <w:t>Déplacement.</w:t>
      </w:r>
      <w:r w:rsidR="00726071">
        <w:rPr>
          <w:lang w:val="fr-CA"/>
        </w:rPr>
        <w:t xml:space="preserve"> </w:t>
      </w:r>
      <w:r w:rsidRPr="00F46E9C">
        <w:rPr>
          <w:lang w:val="fr-CA"/>
        </w:rPr>
        <w:t xml:space="preserve">Paramètres. G-- Service en ligne. </w:t>
      </w:r>
    </w:p>
    <w:p w14:paraId="50FCB832" w14:textId="77777777" w:rsidR="00962C31" w:rsidRPr="00F46E9C" w:rsidRDefault="005009D4" w:rsidP="00FA68BA">
      <w:pPr>
        <w:rPr>
          <w:lang w:val="fr-CA"/>
        </w:rPr>
      </w:pPr>
      <w:r w:rsidRPr="00F46E9C">
        <w:rPr>
          <w:b/>
          <w:lang w:val="fr-CA"/>
        </w:rPr>
        <w:t xml:space="preserve">Ioana: </w:t>
      </w:r>
      <w:r w:rsidRPr="00F46E9C">
        <w:rPr>
          <w:lang w:val="fr-CA"/>
        </w:rPr>
        <w:t xml:space="preserve">Confirmer avec écoute/arrêt. </w:t>
      </w:r>
    </w:p>
    <w:p w14:paraId="0A334942" w14:textId="440CD141" w:rsidR="00962C31" w:rsidRPr="00F46E9C" w:rsidRDefault="005009D4" w:rsidP="00FA68BA">
      <w:pPr>
        <w:rPr>
          <w:lang w:val="fr-CA"/>
        </w:rPr>
      </w:pPr>
      <w:r w:rsidRPr="00F46E9C">
        <w:rPr>
          <w:b/>
          <w:lang w:val="fr-CA"/>
        </w:rPr>
        <w:t xml:space="preserve">Voix de synthèse: </w:t>
      </w:r>
      <w:r w:rsidRPr="00F46E9C">
        <w:rPr>
          <w:lang w:val="fr-CA"/>
        </w:rPr>
        <w:t>Mise à jour</w:t>
      </w:r>
      <w:r w:rsidR="00726071">
        <w:rPr>
          <w:lang w:val="fr-CA"/>
        </w:rPr>
        <w:t xml:space="preserve"> </w:t>
      </w:r>
      <w:r w:rsidRPr="00F46E9C">
        <w:rPr>
          <w:lang w:val="fr-CA"/>
        </w:rPr>
        <w:t xml:space="preserve">logicielle. </w:t>
      </w:r>
    </w:p>
    <w:p w14:paraId="6C8E1C73" w14:textId="1D2BE992" w:rsidR="00962C31" w:rsidRPr="00F46E9C" w:rsidRDefault="005009D4" w:rsidP="00FA68BA">
      <w:pPr>
        <w:rPr>
          <w:lang w:val="fr-CA"/>
        </w:rPr>
      </w:pPr>
      <w:r w:rsidRPr="00F46E9C">
        <w:rPr>
          <w:b/>
          <w:lang w:val="fr-CA"/>
        </w:rPr>
        <w:t xml:space="preserve">Ioana: </w:t>
      </w:r>
      <w:r w:rsidRPr="00F46E9C">
        <w:rPr>
          <w:lang w:val="fr-CA"/>
        </w:rPr>
        <w:t>Maintenant, j'utilise le bouton de navigation gauche pour trouver l'option</w:t>
      </w:r>
      <w:r w:rsidR="00726071">
        <w:rPr>
          <w:lang w:val="fr-CA"/>
        </w:rPr>
        <w:t xml:space="preserve"> </w:t>
      </w:r>
      <w:r w:rsidRPr="00F46E9C">
        <w:rPr>
          <w:lang w:val="fr-CA"/>
        </w:rPr>
        <w:t xml:space="preserve">Bibliothèques en ligne. </w:t>
      </w:r>
    </w:p>
    <w:p w14:paraId="22E65FD1" w14:textId="424CACF2" w:rsidR="00962C31" w:rsidRPr="00F46E9C" w:rsidRDefault="005009D4" w:rsidP="00FA68BA">
      <w:pPr>
        <w:rPr>
          <w:lang w:val="fr-CA"/>
        </w:rPr>
      </w:pPr>
      <w:r w:rsidRPr="00F46E9C">
        <w:rPr>
          <w:b/>
          <w:lang w:val="fr-CA"/>
        </w:rPr>
        <w:t xml:space="preserve">Voix de synthèse: </w:t>
      </w:r>
      <w:r w:rsidRPr="00F46E9C">
        <w:rPr>
          <w:lang w:val="fr-CA"/>
        </w:rPr>
        <w:t>Bibliothèques</w:t>
      </w:r>
      <w:r w:rsidR="00726071">
        <w:rPr>
          <w:lang w:val="fr-CA"/>
        </w:rPr>
        <w:t xml:space="preserve"> </w:t>
      </w:r>
      <w:r w:rsidRPr="00F46E9C">
        <w:rPr>
          <w:lang w:val="fr-CA"/>
        </w:rPr>
        <w:t xml:space="preserve">en ligne. Bookshare. </w:t>
      </w:r>
    </w:p>
    <w:p w14:paraId="7AF68819" w14:textId="17F389FF" w:rsidR="00962C31" w:rsidRPr="00F46E9C" w:rsidRDefault="005009D4" w:rsidP="00FA68BA">
      <w:pPr>
        <w:rPr>
          <w:lang w:val="fr-CA"/>
        </w:rPr>
      </w:pPr>
      <w:r w:rsidRPr="00F46E9C">
        <w:rPr>
          <w:b/>
          <w:lang w:val="fr-CA"/>
        </w:rPr>
        <w:t xml:space="preserve">Ioana: </w:t>
      </w:r>
      <w:r w:rsidRPr="00F46E9C">
        <w:rPr>
          <w:lang w:val="fr-CA"/>
        </w:rPr>
        <w:t>Ici, nous cherchons</w:t>
      </w:r>
      <w:r w:rsidR="00726071">
        <w:rPr>
          <w:lang w:val="fr-CA"/>
        </w:rPr>
        <w:t xml:space="preserve"> </w:t>
      </w:r>
      <w:r w:rsidRPr="00F46E9C">
        <w:rPr>
          <w:lang w:val="fr-CA"/>
        </w:rPr>
        <w:t>DAISY en ligne. Je vais utiliser</w:t>
      </w:r>
      <w:r w:rsidR="00726071">
        <w:rPr>
          <w:lang w:val="fr-CA"/>
        </w:rPr>
        <w:t xml:space="preserve"> </w:t>
      </w:r>
      <w:r w:rsidRPr="00F46E9C">
        <w:rPr>
          <w:lang w:val="fr-CA"/>
        </w:rPr>
        <w:t xml:space="preserve">le bouton de navigation droite. </w:t>
      </w:r>
    </w:p>
    <w:p w14:paraId="5ED0299B" w14:textId="77777777" w:rsidR="00962C31" w:rsidRPr="00F46E9C" w:rsidRDefault="005009D4" w:rsidP="00FA68BA">
      <w:pPr>
        <w:rPr>
          <w:lang w:val="fr-CA"/>
        </w:rPr>
      </w:pPr>
      <w:r w:rsidRPr="00F46E9C">
        <w:rPr>
          <w:b/>
          <w:lang w:val="fr-CA"/>
        </w:rPr>
        <w:t xml:space="preserve">Voix de synthèse: </w:t>
      </w:r>
      <w:r w:rsidRPr="00F46E9C">
        <w:rPr>
          <w:lang w:val="fr-CA"/>
        </w:rPr>
        <w:t xml:space="preserve">DAISY en ligne. </w:t>
      </w:r>
    </w:p>
    <w:p w14:paraId="72D90954" w14:textId="77777777" w:rsidR="00962C31" w:rsidRPr="00F46E9C" w:rsidRDefault="005009D4" w:rsidP="00FA68BA">
      <w:pPr>
        <w:rPr>
          <w:lang w:val="fr-CA"/>
        </w:rPr>
      </w:pPr>
      <w:r w:rsidRPr="00F46E9C">
        <w:rPr>
          <w:b/>
          <w:lang w:val="fr-CA"/>
        </w:rPr>
        <w:t xml:space="preserve">Ioana: </w:t>
      </w:r>
      <w:r w:rsidRPr="00F46E9C">
        <w:rPr>
          <w:lang w:val="fr-CA"/>
        </w:rPr>
        <w:t xml:space="preserve">C'est l'option que nous voulons. Confirmer avec écoute/arrêt. </w:t>
      </w:r>
    </w:p>
    <w:p w14:paraId="0B47DC8C" w14:textId="77777777" w:rsidR="00962C31" w:rsidRPr="00F46E9C" w:rsidRDefault="005009D4" w:rsidP="00FA68BA">
      <w:pPr>
        <w:rPr>
          <w:lang w:val="fr-CA"/>
        </w:rPr>
      </w:pPr>
      <w:r w:rsidRPr="00F46E9C">
        <w:rPr>
          <w:b/>
          <w:lang w:val="fr-CA"/>
        </w:rPr>
        <w:t xml:space="preserve">Voix de synthèse: </w:t>
      </w:r>
      <w:r w:rsidRPr="00F46E9C">
        <w:rPr>
          <w:lang w:val="fr-CA"/>
        </w:rPr>
        <w:t xml:space="preserve">Ajouter un compte. </w:t>
      </w:r>
    </w:p>
    <w:p w14:paraId="5EE4923E" w14:textId="77777777" w:rsidR="00962C31" w:rsidRPr="00F46E9C" w:rsidRDefault="005009D4" w:rsidP="00FA68BA">
      <w:pPr>
        <w:rPr>
          <w:lang w:val="fr-CA"/>
        </w:rPr>
      </w:pPr>
      <w:r w:rsidRPr="00F46E9C">
        <w:rPr>
          <w:b/>
          <w:lang w:val="fr-CA"/>
        </w:rPr>
        <w:t xml:space="preserve">Ioana: </w:t>
      </w:r>
      <w:r w:rsidRPr="00F46E9C">
        <w:rPr>
          <w:lang w:val="fr-CA"/>
        </w:rPr>
        <w:t xml:space="preserve">Confirmer avec écoute/arrêt. </w:t>
      </w:r>
    </w:p>
    <w:p w14:paraId="01CB34E3" w14:textId="77777777" w:rsidR="00962C31" w:rsidRPr="00F46E9C" w:rsidRDefault="005009D4" w:rsidP="00FA68BA">
      <w:pPr>
        <w:rPr>
          <w:lang w:val="fr-CA"/>
        </w:rPr>
      </w:pPr>
      <w:r w:rsidRPr="00F46E9C">
        <w:rPr>
          <w:b/>
          <w:lang w:val="fr-CA"/>
        </w:rPr>
        <w:t xml:space="preserve">Voix de synthèse: </w:t>
      </w:r>
      <w:r w:rsidRPr="00F46E9C">
        <w:rPr>
          <w:lang w:val="fr-CA"/>
        </w:rPr>
        <w:t xml:space="preserve">Anders Lesen. </w:t>
      </w:r>
    </w:p>
    <w:p w14:paraId="6BB88C34" w14:textId="6E350C2D" w:rsidR="00962C31" w:rsidRPr="00F46E9C" w:rsidRDefault="005009D4" w:rsidP="00FA68BA">
      <w:pPr>
        <w:rPr>
          <w:lang w:val="fr-CA"/>
        </w:rPr>
      </w:pPr>
      <w:r w:rsidRPr="00F46E9C">
        <w:rPr>
          <w:b/>
          <w:lang w:val="fr-CA"/>
        </w:rPr>
        <w:t xml:space="preserve">Ioana: </w:t>
      </w:r>
      <w:r w:rsidRPr="00F46E9C">
        <w:rPr>
          <w:lang w:val="fr-CA"/>
        </w:rPr>
        <w:t>Ici, il y a</w:t>
      </w:r>
      <w:r w:rsidR="00726071">
        <w:rPr>
          <w:lang w:val="fr-CA"/>
        </w:rPr>
        <w:t xml:space="preserve"> </w:t>
      </w:r>
      <w:r w:rsidRPr="00F46E9C">
        <w:rPr>
          <w:lang w:val="fr-CA"/>
        </w:rPr>
        <w:t>une liste alphabétique de plusieurs services de bibliothèque accessibles à travers le monde. Nous allons chercher</w:t>
      </w:r>
      <w:r w:rsidR="00726071">
        <w:rPr>
          <w:lang w:val="fr-CA"/>
        </w:rPr>
        <w:t xml:space="preserve"> </w:t>
      </w:r>
      <w:r w:rsidRPr="00F46E9C">
        <w:rPr>
          <w:lang w:val="fr-CA"/>
        </w:rPr>
        <w:t xml:space="preserve">CAÉB Téléchargement direct. </w:t>
      </w:r>
    </w:p>
    <w:p w14:paraId="21E79963" w14:textId="77777777" w:rsidR="00962C31" w:rsidRPr="00F46E9C" w:rsidRDefault="005009D4" w:rsidP="00FA68BA">
      <w:pPr>
        <w:rPr>
          <w:lang w:val="fr-CA"/>
        </w:rPr>
      </w:pPr>
      <w:r w:rsidRPr="00F46E9C">
        <w:rPr>
          <w:b/>
          <w:lang w:val="fr-CA"/>
        </w:rPr>
        <w:t xml:space="preserve">Voix de synthèse: </w:t>
      </w:r>
      <w:r w:rsidRPr="00F46E9C">
        <w:rPr>
          <w:lang w:val="fr-CA"/>
        </w:rPr>
        <w:t xml:space="preserve">AV3 Beierishce-- C-A-E-B Téléchargement direct. Entrez le nom d'utilisateur. Zéro. </w:t>
      </w:r>
    </w:p>
    <w:p w14:paraId="4CF42422" w14:textId="1D9858BC" w:rsidR="00962C31" w:rsidRPr="00F46E9C" w:rsidRDefault="005009D4" w:rsidP="00FA68BA">
      <w:pPr>
        <w:rPr>
          <w:lang w:val="fr-CA"/>
        </w:rPr>
      </w:pPr>
      <w:r w:rsidRPr="00F46E9C">
        <w:rPr>
          <w:b/>
          <w:lang w:val="fr-CA"/>
        </w:rPr>
        <w:t xml:space="preserve">Ioana: </w:t>
      </w:r>
      <w:r w:rsidRPr="00F46E9C">
        <w:rPr>
          <w:lang w:val="fr-CA"/>
        </w:rPr>
        <w:t>Après avoir confirmé l'option</w:t>
      </w:r>
      <w:r w:rsidR="00726071">
        <w:rPr>
          <w:lang w:val="fr-CA"/>
        </w:rPr>
        <w:t xml:space="preserve"> </w:t>
      </w:r>
      <w:r w:rsidRPr="00F46E9C">
        <w:rPr>
          <w:lang w:val="fr-CA"/>
        </w:rPr>
        <w:t>avec écoute/arrêt, nous devons maintenant rentrer le nom d'utilisateur à six chiffres du CAÉB. Je cherche le chiffre 2 avec le bouton</w:t>
      </w:r>
      <w:r w:rsidR="00726071">
        <w:rPr>
          <w:lang w:val="fr-CA"/>
        </w:rPr>
        <w:t xml:space="preserve"> </w:t>
      </w:r>
      <w:r w:rsidRPr="00F46E9C">
        <w:rPr>
          <w:lang w:val="fr-CA"/>
        </w:rPr>
        <w:t xml:space="preserve">de navigation vers le haut. </w:t>
      </w:r>
    </w:p>
    <w:p w14:paraId="4D1B1CE5" w14:textId="77777777" w:rsidR="00962C31" w:rsidRPr="00F46E9C" w:rsidRDefault="005009D4" w:rsidP="00FA68BA">
      <w:pPr>
        <w:rPr>
          <w:lang w:val="fr-CA"/>
        </w:rPr>
      </w:pPr>
      <w:r w:rsidRPr="00F46E9C">
        <w:rPr>
          <w:b/>
          <w:lang w:val="fr-CA"/>
        </w:rPr>
        <w:t xml:space="preserve">Voix de synthèse: </w:t>
      </w:r>
      <w:r w:rsidRPr="00F46E9C">
        <w:rPr>
          <w:lang w:val="fr-CA"/>
        </w:rPr>
        <w:t xml:space="preserve">1, 2. </w:t>
      </w:r>
    </w:p>
    <w:p w14:paraId="2430504A" w14:textId="6BC049EA" w:rsidR="00962C31" w:rsidRPr="00F46E9C" w:rsidRDefault="005009D4" w:rsidP="00FA68BA">
      <w:pPr>
        <w:rPr>
          <w:lang w:val="fr-CA"/>
        </w:rPr>
      </w:pPr>
      <w:r w:rsidRPr="00F46E9C">
        <w:rPr>
          <w:b/>
          <w:lang w:val="fr-CA"/>
        </w:rPr>
        <w:lastRenderedPageBreak/>
        <w:t xml:space="preserve">Ioana: </w:t>
      </w:r>
      <w:r w:rsidRPr="00F46E9C">
        <w:rPr>
          <w:lang w:val="fr-CA"/>
        </w:rPr>
        <w:t>Insérer avec le bouton</w:t>
      </w:r>
      <w:r w:rsidR="00726071">
        <w:rPr>
          <w:lang w:val="fr-CA"/>
        </w:rPr>
        <w:t xml:space="preserve"> </w:t>
      </w:r>
      <w:r w:rsidRPr="00F46E9C">
        <w:rPr>
          <w:lang w:val="fr-CA"/>
        </w:rPr>
        <w:t xml:space="preserve">de navigation vers le droit. </w:t>
      </w:r>
    </w:p>
    <w:p w14:paraId="6C84EB37" w14:textId="77777777" w:rsidR="00962C31" w:rsidRPr="00F46E9C" w:rsidRDefault="005009D4" w:rsidP="00FA68BA">
      <w:pPr>
        <w:rPr>
          <w:lang w:val="fr-CA"/>
        </w:rPr>
      </w:pPr>
      <w:r w:rsidRPr="00F46E9C">
        <w:rPr>
          <w:b/>
          <w:lang w:val="fr-CA"/>
        </w:rPr>
        <w:t xml:space="preserve">Voix de synthèse: </w:t>
      </w:r>
      <w:r w:rsidRPr="00F46E9C">
        <w:rPr>
          <w:lang w:val="fr-CA"/>
        </w:rPr>
        <w:t xml:space="preserve">2 inséré. </w:t>
      </w:r>
    </w:p>
    <w:p w14:paraId="42408FFF" w14:textId="20661B9D" w:rsidR="00962C31" w:rsidRPr="00F46E9C" w:rsidRDefault="005009D4" w:rsidP="00FA68BA">
      <w:pPr>
        <w:rPr>
          <w:lang w:val="fr-CA"/>
        </w:rPr>
      </w:pPr>
      <w:r w:rsidRPr="00F46E9C">
        <w:rPr>
          <w:b/>
          <w:lang w:val="fr-CA"/>
        </w:rPr>
        <w:t xml:space="preserve">Ioana: </w:t>
      </w:r>
      <w:r w:rsidRPr="00F46E9C">
        <w:rPr>
          <w:lang w:val="fr-CA"/>
        </w:rPr>
        <w:t>La prochaine chiffre,</w:t>
      </w:r>
      <w:r w:rsidR="00726071">
        <w:rPr>
          <w:lang w:val="fr-CA"/>
        </w:rPr>
        <w:t xml:space="preserve"> </w:t>
      </w:r>
      <w:r w:rsidRPr="00F46E9C">
        <w:rPr>
          <w:lang w:val="fr-CA"/>
        </w:rPr>
        <w:t xml:space="preserve">c'est le 1, donc je vais appuyer sur le bouton vers le bas. </w:t>
      </w:r>
    </w:p>
    <w:p w14:paraId="41E0FC95" w14:textId="77777777" w:rsidR="00962C31" w:rsidRPr="00F46E9C" w:rsidRDefault="005009D4" w:rsidP="00FA68BA">
      <w:pPr>
        <w:rPr>
          <w:lang w:val="fr-CA"/>
        </w:rPr>
      </w:pPr>
      <w:r w:rsidRPr="00F46E9C">
        <w:rPr>
          <w:b/>
          <w:lang w:val="fr-CA"/>
        </w:rPr>
        <w:t xml:space="preserve">Unknown speaker: </w:t>
      </w:r>
      <w:r w:rsidRPr="00F46E9C">
        <w:rPr>
          <w:lang w:val="fr-CA"/>
        </w:rPr>
        <w:t xml:space="preserve">1. </w:t>
      </w:r>
    </w:p>
    <w:p w14:paraId="6F46BCE3" w14:textId="77777777" w:rsidR="00962C31" w:rsidRPr="00F46E9C" w:rsidRDefault="005009D4" w:rsidP="00FA68BA">
      <w:pPr>
        <w:rPr>
          <w:lang w:val="fr-CA"/>
        </w:rPr>
      </w:pPr>
      <w:r w:rsidRPr="00F46E9C">
        <w:rPr>
          <w:b/>
          <w:lang w:val="fr-CA"/>
        </w:rPr>
        <w:t xml:space="preserve">Unknown speaker: </w:t>
      </w:r>
      <w:r w:rsidRPr="00F46E9C">
        <w:rPr>
          <w:lang w:val="fr-CA"/>
        </w:rPr>
        <w:t xml:space="preserve">Insérer avec la touche vers le droit. </w:t>
      </w:r>
    </w:p>
    <w:p w14:paraId="07C94BBA" w14:textId="77777777" w:rsidR="00962C31" w:rsidRPr="00F46E9C" w:rsidRDefault="005009D4" w:rsidP="00FA68BA">
      <w:pPr>
        <w:rPr>
          <w:lang w:val="fr-CA"/>
        </w:rPr>
      </w:pPr>
      <w:r w:rsidRPr="00F46E9C">
        <w:rPr>
          <w:b/>
          <w:lang w:val="fr-CA"/>
        </w:rPr>
        <w:t xml:space="preserve">Voix de synthèse: </w:t>
      </w:r>
      <w:r w:rsidRPr="00F46E9C">
        <w:rPr>
          <w:lang w:val="fr-CA"/>
        </w:rPr>
        <w:t xml:space="preserve">1 inséré. </w:t>
      </w:r>
    </w:p>
    <w:p w14:paraId="506ACA67" w14:textId="3189EE2A" w:rsidR="00962C31" w:rsidRPr="00F46E9C" w:rsidRDefault="005009D4" w:rsidP="00FA68BA">
      <w:pPr>
        <w:rPr>
          <w:lang w:val="fr-CA"/>
        </w:rPr>
      </w:pPr>
      <w:r w:rsidRPr="00F46E9C">
        <w:rPr>
          <w:b/>
          <w:lang w:val="fr-CA"/>
        </w:rPr>
        <w:t xml:space="preserve">Ioana: </w:t>
      </w:r>
      <w:r w:rsidRPr="00F46E9C">
        <w:rPr>
          <w:lang w:val="fr-CA"/>
        </w:rPr>
        <w:t>Encore une fois 1,</w:t>
      </w:r>
      <w:r w:rsidR="00726071">
        <w:rPr>
          <w:lang w:val="fr-CA"/>
        </w:rPr>
        <w:t xml:space="preserve"> </w:t>
      </w:r>
      <w:r w:rsidRPr="00F46E9C">
        <w:rPr>
          <w:lang w:val="fr-CA"/>
        </w:rPr>
        <w:t>donc je l’insère avec le bouton de navigation</w:t>
      </w:r>
      <w:r w:rsidR="00726071">
        <w:rPr>
          <w:lang w:val="fr-CA"/>
        </w:rPr>
        <w:t xml:space="preserve"> </w:t>
      </w:r>
      <w:r w:rsidRPr="00F46E9C">
        <w:rPr>
          <w:lang w:val="fr-CA"/>
        </w:rPr>
        <w:t xml:space="preserve">vers le droit. </w:t>
      </w:r>
    </w:p>
    <w:p w14:paraId="2BE3B539" w14:textId="77777777" w:rsidR="00962C31" w:rsidRPr="00F46E9C" w:rsidRDefault="005009D4" w:rsidP="00FA68BA">
      <w:pPr>
        <w:rPr>
          <w:lang w:val="fr-CA"/>
        </w:rPr>
      </w:pPr>
      <w:r w:rsidRPr="00F46E9C">
        <w:rPr>
          <w:b/>
          <w:lang w:val="fr-CA"/>
        </w:rPr>
        <w:t xml:space="preserve">Voix de synthèse: </w:t>
      </w:r>
      <w:r w:rsidRPr="00F46E9C">
        <w:rPr>
          <w:lang w:val="fr-CA"/>
        </w:rPr>
        <w:t xml:space="preserve">1 inséré. </w:t>
      </w:r>
    </w:p>
    <w:p w14:paraId="59AC2372" w14:textId="77777777" w:rsidR="00962C31" w:rsidRPr="00F46E9C" w:rsidRDefault="005009D4" w:rsidP="00FA68BA">
      <w:pPr>
        <w:rPr>
          <w:lang w:val="fr-CA"/>
        </w:rPr>
      </w:pPr>
      <w:r w:rsidRPr="00F46E9C">
        <w:rPr>
          <w:b/>
          <w:lang w:val="fr-CA"/>
        </w:rPr>
        <w:t xml:space="preserve">Ioana: </w:t>
      </w:r>
      <w:r w:rsidRPr="00F46E9C">
        <w:rPr>
          <w:lang w:val="fr-CA"/>
        </w:rPr>
        <w:t xml:space="preserve">Maintenant la chiffre 4. J'appuie trois fois sur la touche de navigation en haut. </w:t>
      </w:r>
    </w:p>
    <w:p w14:paraId="3BD8C127" w14:textId="77777777" w:rsidR="00962C31" w:rsidRPr="00F46E9C" w:rsidRDefault="005009D4" w:rsidP="00FA68BA">
      <w:pPr>
        <w:rPr>
          <w:lang w:val="fr-CA"/>
        </w:rPr>
      </w:pPr>
      <w:r w:rsidRPr="00F46E9C">
        <w:rPr>
          <w:b/>
          <w:lang w:val="fr-CA"/>
        </w:rPr>
        <w:t xml:space="preserve">Voix de synthèse: </w:t>
      </w:r>
      <w:r w:rsidRPr="00F46E9C">
        <w:rPr>
          <w:lang w:val="fr-CA"/>
        </w:rPr>
        <w:t xml:space="preserve">4. 4 inséré. </w:t>
      </w:r>
    </w:p>
    <w:p w14:paraId="0576CEDC" w14:textId="77777777" w:rsidR="00962C31" w:rsidRPr="00F46E9C" w:rsidRDefault="005009D4" w:rsidP="00FA68BA">
      <w:pPr>
        <w:rPr>
          <w:lang w:val="fr-CA"/>
        </w:rPr>
      </w:pPr>
      <w:r w:rsidRPr="00F46E9C">
        <w:rPr>
          <w:b/>
          <w:lang w:val="fr-CA"/>
        </w:rPr>
        <w:t xml:space="preserve">Unknown speaker: </w:t>
      </w:r>
      <w:r w:rsidRPr="00F46E9C">
        <w:rPr>
          <w:lang w:val="fr-CA"/>
        </w:rPr>
        <w:t xml:space="preserve">Alors, 7. </w:t>
      </w:r>
    </w:p>
    <w:p w14:paraId="39EA91A8" w14:textId="77777777" w:rsidR="00962C31" w:rsidRPr="00F46E9C" w:rsidRDefault="005009D4" w:rsidP="00FA68BA">
      <w:pPr>
        <w:rPr>
          <w:lang w:val="fr-CA"/>
        </w:rPr>
      </w:pPr>
      <w:r w:rsidRPr="00F46E9C">
        <w:rPr>
          <w:b/>
          <w:lang w:val="fr-CA"/>
        </w:rPr>
        <w:t xml:space="preserve">Unknown speaker: </w:t>
      </w:r>
      <w:r w:rsidRPr="00F46E9C">
        <w:rPr>
          <w:lang w:val="fr-CA"/>
        </w:rPr>
        <w:t xml:space="preserve">7. </w:t>
      </w:r>
    </w:p>
    <w:p w14:paraId="76E2BBA9" w14:textId="140F050F" w:rsidR="00962C31" w:rsidRPr="00F46E9C" w:rsidRDefault="005009D4" w:rsidP="00FA68BA">
      <w:pPr>
        <w:rPr>
          <w:lang w:val="fr-CA"/>
        </w:rPr>
      </w:pPr>
      <w:r w:rsidRPr="00F46E9C">
        <w:rPr>
          <w:b/>
          <w:lang w:val="fr-CA"/>
        </w:rPr>
        <w:t xml:space="preserve">Ioana: </w:t>
      </w:r>
      <w:r w:rsidRPr="00F46E9C">
        <w:rPr>
          <w:lang w:val="fr-CA"/>
        </w:rPr>
        <w:t>Insérer avec</w:t>
      </w:r>
      <w:r w:rsidR="00726071">
        <w:rPr>
          <w:lang w:val="fr-CA"/>
        </w:rPr>
        <w:t xml:space="preserve"> </w:t>
      </w:r>
      <w:r w:rsidRPr="00F46E9C">
        <w:rPr>
          <w:lang w:val="fr-CA"/>
        </w:rPr>
        <w:t xml:space="preserve">la touche vers le droit. </w:t>
      </w:r>
    </w:p>
    <w:p w14:paraId="7346363B" w14:textId="77777777" w:rsidR="00962C31" w:rsidRPr="00F46E9C" w:rsidRDefault="005009D4" w:rsidP="00FA68BA">
      <w:pPr>
        <w:rPr>
          <w:lang w:val="fr-CA"/>
        </w:rPr>
      </w:pPr>
      <w:r w:rsidRPr="00F46E9C">
        <w:rPr>
          <w:b/>
          <w:lang w:val="fr-CA"/>
        </w:rPr>
        <w:t xml:space="preserve">Voix de synthèse: </w:t>
      </w:r>
      <w:r w:rsidRPr="00F46E9C">
        <w:rPr>
          <w:lang w:val="fr-CA"/>
        </w:rPr>
        <w:t xml:space="preserve">7. 0. 0 inséré. </w:t>
      </w:r>
    </w:p>
    <w:p w14:paraId="679B6EBE" w14:textId="77777777" w:rsidR="00962C31" w:rsidRPr="00F46E9C" w:rsidRDefault="005009D4" w:rsidP="00FA68BA">
      <w:pPr>
        <w:rPr>
          <w:lang w:val="fr-CA"/>
        </w:rPr>
      </w:pPr>
      <w:r w:rsidRPr="00F46E9C">
        <w:rPr>
          <w:b/>
          <w:lang w:val="fr-CA"/>
        </w:rPr>
        <w:t xml:space="preserve">Ioana: </w:t>
      </w:r>
      <w:r w:rsidRPr="00F46E9C">
        <w:rPr>
          <w:lang w:val="fr-CA"/>
        </w:rPr>
        <w:t xml:space="preserve">Comme auparavant, vous pouvez vérifier avec avance rapide. </w:t>
      </w:r>
    </w:p>
    <w:p w14:paraId="50F44BDC" w14:textId="77777777" w:rsidR="00962C31" w:rsidRPr="00F46E9C" w:rsidRDefault="005009D4" w:rsidP="00FA68BA">
      <w:pPr>
        <w:rPr>
          <w:lang w:val="fr-CA"/>
        </w:rPr>
      </w:pPr>
      <w:r w:rsidRPr="00F46E9C">
        <w:rPr>
          <w:b/>
          <w:lang w:val="fr-CA"/>
        </w:rPr>
        <w:t xml:space="preserve">Voix de synthèse: </w:t>
      </w:r>
      <w:r w:rsidRPr="00F46E9C">
        <w:rPr>
          <w:lang w:val="fr-CA"/>
        </w:rPr>
        <w:t xml:space="preserve">211 470. 2-1-1-4-7-0. </w:t>
      </w:r>
    </w:p>
    <w:p w14:paraId="470F12C9" w14:textId="77777777" w:rsidR="00962C31" w:rsidRPr="00F46E9C" w:rsidRDefault="005009D4" w:rsidP="00FA68BA">
      <w:pPr>
        <w:rPr>
          <w:lang w:val="fr-CA"/>
        </w:rPr>
      </w:pPr>
      <w:r w:rsidRPr="00F46E9C">
        <w:rPr>
          <w:b/>
          <w:lang w:val="fr-CA"/>
        </w:rPr>
        <w:t xml:space="preserve">Ioana: </w:t>
      </w:r>
      <w:r w:rsidRPr="00F46E9C">
        <w:rPr>
          <w:lang w:val="fr-CA"/>
        </w:rPr>
        <w:t xml:space="preserve">Confirmer avec écoute/arrêt. </w:t>
      </w:r>
    </w:p>
    <w:p w14:paraId="28507706" w14:textId="77777777" w:rsidR="00962C31" w:rsidRPr="00F46E9C" w:rsidRDefault="005009D4" w:rsidP="00FA68BA">
      <w:pPr>
        <w:rPr>
          <w:lang w:val="fr-CA"/>
        </w:rPr>
      </w:pPr>
      <w:r w:rsidRPr="00F46E9C">
        <w:rPr>
          <w:b/>
          <w:lang w:val="fr-CA"/>
        </w:rPr>
        <w:t xml:space="preserve">Voix de synthèse: </w:t>
      </w:r>
      <w:r w:rsidRPr="00F46E9C">
        <w:rPr>
          <w:lang w:val="fr-CA"/>
        </w:rPr>
        <w:t xml:space="preserve">Confirmé. Entrez le mot de passe. A. </w:t>
      </w:r>
    </w:p>
    <w:p w14:paraId="31F2D807" w14:textId="3B47F2C7" w:rsidR="00962C31" w:rsidRPr="00F46E9C" w:rsidRDefault="005009D4" w:rsidP="00FA68BA">
      <w:pPr>
        <w:rPr>
          <w:lang w:val="fr-CA"/>
        </w:rPr>
      </w:pPr>
      <w:r w:rsidRPr="00F46E9C">
        <w:rPr>
          <w:b/>
          <w:lang w:val="fr-CA"/>
        </w:rPr>
        <w:t xml:space="preserve">Ioana: </w:t>
      </w:r>
      <w:r w:rsidRPr="00F46E9C">
        <w:rPr>
          <w:lang w:val="fr-CA"/>
        </w:rPr>
        <w:t>Comme auparavant, nous utilisons le bouton signet pour trouver les caractères dont nous avons besoin. Je cherche le S majuscule, alors j'appuie une fois</w:t>
      </w:r>
      <w:r w:rsidR="00726071">
        <w:rPr>
          <w:lang w:val="fr-CA"/>
        </w:rPr>
        <w:t xml:space="preserve"> </w:t>
      </w:r>
      <w:r w:rsidRPr="00F46E9C">
        <w:rPr>
          <w:lang w:val="fr-CA"/>
        </w:rPr>
        <w:t xml:space="preserve">sur le bouton signet. </w:t>
      </w:r>
    </w:p>
    <w:p w14:paraId="4C565CE2" w14:textId="6B75A5FF" w:rsidR="00962C31" w:rsidRPr="00F46E9C" w:rsidRDefault="009739B4" w:rsidP="00FA68BA">
      <w:pPr>
        <w:rPr>
          <w:lang w:val="fr-CA"/>
        </w:rPr>
      </w:pPr>
      <w:r>
        <w:rPr>
          <w:b/>
          <w:lang w:val="fr-CA"/>
        </w:rPr>
        <w:t>Voix de synthèse</w:t>
      </w:r>
      <w:r w:rsidR="005009D4" w:rsidRPr="00F46E9C">
        <w:rPr>
          <w:b/>
          <w:lang w:val="fr-CA"/>
        </w:rPr>
        <w:t xml:space="preserve">: </w:t>
      </w:r>
      <w:r w:rsidR="005009D4" w:rsidRPr="00F46E9C">
        <w:rPr>
          <w:lang w:val="fr-CA"/>
        </w:rPr>
        <w:t xml:space="preserve">Majuscule, A maj. </w:t>
      </w:r>
    </w:p>
    <w:p w14:paraId="283629DD" w14:textId="3AE2C8EF" w:rsidR="00962C31" w:rsidRPr="00F46E9C" w:rsidRDefault="009739B4" w:rsidP="00FA68BA">
      <w:pPr>
        <w:rPr>
          <w:lang w:val="fr-CA"/>
        </w:rPr>
      </w:pPr>
      <w:r>
        <w:rPr>
          <w:b/>
          <w:lang w:val="fr-CA"/>
        </w:rPr>
        <w:t>Ioana</w:t>
      </w:r>
      <w:r w:rsidR="005009D4" w:rsidRPr="00F46E9C">
        <w:rPr>
          <w:b/>
          <w:lang w:val="fr-CA"/>
        </w:rPr>
        <w:t xml:space="preserve">: </w:t>
      </w:r>
      <w:r w:rsidR="005009D4" w:rsidRPr="00F46E9C">
        <w:rPr>
          <w:lang w:val="fr-CA"/>
        </w:rPr>
        <w:t xml:space="preserve">La lettre S. </w:t>
      </w:r>
    </w:p>
    <w:p w14:paraId="40F0BC02" w14:textId="02C92FFD" w:rsidR="00962C31" w:rsidRPr="00F46E9C" w:rsidRDefault="005009D4" w:rsidP="00FA68BA">
      <w:pPr>
        <w:rPr>
          <w:lang w:val="fr-CA"/>
        </w:rPr>
      </w:pPr>
      <w:r w:rsidRPr="00F46E9C">
        <w:rPr>
          <w:b/>
          <w:lang w:val="fr-CA"/>
        </w:rPr>
        <w:lastRenderedPageBreak/>
        <w:t xml:space="preserve">Voix de synthèse: </w:t>
      </w:r>
      <w:r w:rsidRPr="00F46E9C">
        <w:rPr>
          <w:lang w:val="fr-CA"/>
        </w:rPr>
        <w:t>L, P, Q,</w:t>
      </w:r>
      <w:r w:rsidR="00726071">
        <w:rPr>
          <w:lang w:val="fr-CA"/>
        </w:rPr>
        <w:t xml:space="preserve"> </w:t>
      </w:r>
      <w:r w:rsidRPr="00F46E9C">
        <w:rPr>
          <w:lang w:val="fr-CA"/>
        </w:rPr>
        <w:t xml:space="preserve">R, S maj. </w:t>
      </w:r>
    </w:p>
    <w:p w14:paraId="6E695F75" w14:textId="4980EB9D" w:rsidR="00962C31" w:rsidRPr="00F46E9C" w:rsidRDefault="005009D4" w:rsidP="00FA68BA">
      <w:pPr>
        <w:rPr>
          <w:lang w:val="fr-CA"/>
        </w:rPr>
      </w:pPr>
      <w:r w:rsidRPr="00F46E9C">
        <w:rPr>
          <w:b/>
          <w:lang w:val="fr-CA"/>
        </w:rPr>
        <w:t xml:space="preserve">Ioana: </w:t>
      </w:r>
      <w:r w:rsidRPr="00F46E9C">
        <w:rPr>
          <w:lang w:val="fr-CA"/>
        </w:rPr>
        <w:t>Insérer avec</w:t>
      </w:r>
      <w:r w:rsidR="00726071">
        <w:rPr>
          <w:lang w:val="fr-CA"/>
        </w:rPr>
        <w:t xml:space="preserve"> </w:t>
      </w:r>
      <w:r w:rsidRPr="00F46E9C">
        <w:rPr>
          <w:lang w:val="fr-CA"/>
        </w:rPr>
        <w:t xml:space="preserve">la touche vers la droite. </w:t>
      </w:r>
    </w:p>
    <w:p w14:paraId="5B7FF753" w14:textId="77777777" w:rsidR="00962C31" w:rsidRPr="00F46E9C" w:rsidRDefault="005009D4" w:rsidP="00FA68BA">
      <w:pPr>
        <w:rPr>
          <w:lang w:val="fr-CA"/>
        </w:rPr>
      </w:pPr>
      <w:r w:rsidRPr="00F46E9C">
        <w:rPr>
          <w:b/>
          <w:lang w:val="fr-CA"/>
        </w:rPr>
        <w:t xml:space="preserve">Voix de synthèse: </w:t>
      </w:r>
      <w:r w:rsidRPr="00F46E9C">
        <w:rPr>
          <w:lang w:val="fr-CA"/>
        </w:rPr>
        <w:t xml:space="preserve">S inséré. </w:t>
      </w:r>
    </w:p>
    <w:p w14:paraId="574013AD" w14:textId="294347CD" w:rsidR="00962C31" w:rsidRPr="00F46E9C" w:rsidRDefault="005009D4" w:rsidP="00FA68BA">
      <w:pPr>
        <w:rPr>
          <w:lang w:val="fr-CA"/>
        </w:rPr>
      </w:pPr>
      <w:r w:rsidRPr="00F46E9C">
        <w:rPr>
          <w:b/>
          <w:lang w:val="fr-CA"/>
        </w:rPr>
        <w:t xml:space="preserve">Ioana: </w:t>
      </w:r>
      <w:r w:rsidRPr="00F46E9C">
        <w:rPr>
          <w:lang w:val="fr-CA"/>
        </w:rPr>
        <w:t>Maintenant,</w:t>
      </w:r>
      <w:r w:rsidR="009739B4">
        <w:rPr>
          <w:lang w:val="fr-CA"/>
        </w:rPr>
        <w:t xml:space="preserve"> </w:t>
      </w:r>
      <w:r w:rsidRPr="00F46E9C">
        <w:rPr>
          <w:lang w:val="fr-CA"/>
        </w:rPr>
        <w:t>nous avons besoin</w:t>
      </w:r>
      <w:r w:rsidR="00726071">
        <w:rPr>
          <w:lang w:val="fr-CA"/>
        </w:rPr>
        <w:t xml:space="preserve"> </w:t>
      </w:r>
      <w:r w:rsidRPr="00F46E9C">
        <w:rPr>
          <w:lang w:val="fr-CA"/>
        </w:rPr>
        <w:t xml:space="preserve">de plusieurs caractères minuscules. </w:t>
      </w:r>
    </w:p>
    <w:p w14:paraId="503FBC99" w14:textId="77777777" w:rsidR="00962C31" w:rsidRPr="00F46E9C" w:rsidRDefault="005009D4" w:rsidP="00FA68BA">
      <w:pPr>
        <w:rPr>
          <w:lang w:val="fr-CA"/>
        </w:rPr>
      </w:pPr>
      <w:r w:rsidRPr="00F46E9C">
        <w:rPr>
          <w:b/>
          <w:lang w:val="fr-CA"/>
        </w:rPr>
        <w:t xml:space="preserve">Voix de synthèse: </w:t>
      </w:r>
      <w:r w:rsidRPr="00F46E9C">
        <w:rPr>
          <w:lang w:val="fr-CA"/>
        </w:rPr>
        <w:t xml:space="preserve">Chiffres. 0. Ponctuation. Symboles. Minuscule A. </w:t>
      </w:r>
    </w:p>
    <w:p w14:paraId="383310E0" w14:textId="3B967135" w:rsidR="00962C31" w:rsidRPr="00F46E9C" w:rsidRDefault="005009D4" w:rsidP="00FA68BA">
      <w:pPr>
        <w:rPr>
          <w:lang w:val="fr-CA"/>
        </w:rPr>
      </w:pPr>
      <w:r w:rsidRPr="00F46E9C">
        <w:rPr>
          <w:b/>
          <w:lang w:val="fr-CA"/>
        </w:rPr>
        <w:t xml:space="preserve">Ioana: </w:t>
      </w:r>
      <w:r w:rsidRPr="00F46E9C">
        <w:rPr>
          <w:lang w:val="fr-CA"/>
        </w:rPr>
        <w:t>J'ai appuyé plusieurs fois</w:t>
      </w:r>
      <w:r w:rsidR="00726071">
        <w:rPr>
          <w:lang w:val="fr-CA"/>
        </w:rPr>
        <w:t xml:space="preserve"> </w:t>
      </w:r>
      <w:r w:rsidRPr="00F46E9C">
        <w:rPr>
          <w:lang w:val="fr-CA"/>
        </w:rPr>
        <w:t xml:space="preserve">sur le bouton signet pour les trouver. Je vais continuer à entrer le mot de passe du compte CAÉB. Nous allons continuer après le dernier caractère du mot de passe. Une fois le mot de passe inséré, confirmer avec écoute/arrêt. </w:t>
      </w:r>
    </w:p>
    <w:p w14:paraId="1A1B2C4E" w14:textId="77777777" w:rsidR="00962C31" w:rsidRPr="00F46E9C" w:rsidRDefault="005009D4" w:rsidP="00FA68BA">
      <w:pPr>
        <w:rPr>
          <w:lang w:val="fr-CA"/>
        </w:rPr>
      </w:pPr>
      <w:r w:rsidRPr="00F46E9C">
        <w:rPr>
          <w:b/>
          <w:lang w:val="fr-CA"/>
        </w:rPr>
        <w:t xml:space="preserve">Voix de synthèse: </w:t>
      </w:r>
      <w:r w:rsidRPr="00F46E9C">
        <w:rPr>
          <w:lang w:val="fr-CA"/>
        </w:rPr>
        <w:t xml:space="preserve">Confirmé. Connexion réussie. </w:t>
      </w:r>
    </w:p>
    <w:p w14:paraId="1F7F7864" w14:textId="6A8FE49F" w:rsidR="00962C31" w:rsidRPr="00F46E9C" w:rsidRDefault="005009D4" w:rsidP="00FA68BA">
      <w:pPr>
        <w:rPr>
          <w:lang w:val="fr-CA"/>
        </w:rPr>
      </w:pPr>
      <w:r w:rsidRPr="00F46E9C">
        <w:rPr>
          <w:b/>
          <w:lang w:val="fr-CA"/>
        </w:rPr>
        <w:t xml:space="preserve">Ioana: </w:t>
      </w:r>
      <w:r w:rsidRPr="00F46E9C">
        <w:rPr>
          <w:lang w:val="fr-CA"/>
        </w:rPr>
        <w:t>Maintenant, les livres</w:t>
      </w:r>
      <w:r w:rsidR="00726071">
        <w:rPr>
          <w:lang w:val="fr-CA"/>
        </w:rPr>
        <w:t xml:space="preserve"> </w:t>
      </w:r>
      <w:r w:rsidRPr="00F46E9C">
        <w:rPr>
          <w:lang w:val="fr-CA"/>
        </w:rPr>
        <w:t>sur votre étagère de Téléchargement direct vont commencer</w:t>
      </w:r>
      <w:r w:rsidR="00726071">
        <w:rPr>
          <w:lang w:val="fr-CA"/>
        </w:rPr>
        <w:t xml:space="preserve"> </w:t>
      </w:r>
      <w:r w:rsidRPr="00F46E9C">
        <w:rPr>
          <w:lang w:val="fr-CA"/>
        </w:rPr>
        <w:t xml:space="preserve">à télécharger automatiquement sur votre lecteur Stratus 2. Ceci complète le tutoriel. </w:t>
      </w:r>
    </w:p>
    <w:p w14:paraId="783A55D0" w14:textId="2E282B7D" w:rsidR="00962C31" w:rsidRPr="00F46E9C" w:rsidRDefault="00E905F8" w:rsidP="00FA68BA">
      <w:pPr>
        <w:rPr>
          <w:lang w:val="fr-CA"/>
        </w:rPr>
      </w:pPr>
      <w:r w:rsidRPr="00E905F8">
        <w:rPr>
          <w:b/>
          <w:lang w:val="fr-CA"/>
        </w:rPr>
        <w:t>Fin de la transcription du tutoriel</w:t>
      </w:r>
      <w:r w:rsidR="005009D4" w:rsidRPr="00F46E9C">
        <w:rPr>
          <w:b/>
          <w:lang w:val="fr-CA"/>
        </w:rPr>
        <w:t>.</w:t>
      </w:r>
    </w:p>
    <w:sectPr w:rsidR="00962C31" w:rsidRPr="00F46E9C" w:rsidSect="00034616">
      <w:head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1B435" w14:textId="77777777" w:rsidR="005009D4" w:rsidRDefault="005009D4" w:rsidP="00BB22F8">
      <w:pPr>
        <w:spacing w:after="0" w:line="240" w:lineRule="auto"/>
      </w:pPr>
      <w:r>
        <w:separator/>
      </w:r>
    </w:p>
  </w:endnote>
  <w:endnote w:type="continuationSeparator" w:id="0">
    <w:p w14:paraId="58200B8B" w14:textId="77777777" w:rsidR="005009D4" w:rsidRDefault="005009D4" w:rsidP="00BB2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EA802" w14:textId="77777777" w:rsidR="005009D4" w:rsidRDefault="005009D4" w:rsidP="00BB22F8">
      <w:pPr>
        <w:spacing w:after="0" w:line="240" w:lineRule="auto"/>
      </w:pPr>
      <w:r>
        <w:separator/>
      </w:r>
    </w:p>
  </w:footnote>
  <w:footnote w:type="continuationSeparator" w:id="0">
    <w:p w14:paraId="1F6DE60B" w14:textId="77777777" w:rsidR="005009D4" w:rsidRDefault="005009D4" w:rsidP="00BB22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4987183"/>
      <w:docPartObj>
        <w:docPartGallery w:val="Page Numbers (Top of Page)"/>
        <w:docPartUnique/>
      </w:docPartObj>
    </w:sdtPr>
    <w:sdtEndPr>
      <w:rPr>
        <w:noProof/>
      </w:rPr>
    </w:sdtEndPr>
    <w:sdtContent>
      <w:p w14:paraId="003C78BA" w14:textId="74E9EED8" w:rsidR="00BB22F8" w:rsidRDefault="00BB22F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8D59C3B" w14:textId="77777777" w:rsidR="00BB22F8" w:rsidRDefault="00BB22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487354332">
    <w:abstractNumId w:val="8"/>
  </w:num>
  <w:num w:numId="2" w16cid:durableId="956448010">
    <w:abstractNumId w:val="6"/>
  </w:num>
  <w:num w:numId="3" w16cid:durableId="1692729772">
    <w:abstractNumId w:val="5"/>
  </w:num>
  <w:num w:numId="4" w16cid:durableId="310673046">
    <w:abstractNumId w:val="4"/>
  </w:num>
  <w:num w:numId="5" w16cid:durableId="217014021">
    <w:abstractNumId w:val="7"/>
  </w:num>
  <w:num w:numId="6" w16cid:durableId="456531988">
    <w:abstractNumId w:val="3"/>
  </w:num>
  <w:num w:numId="7" w16cid:durableId="869224116">
    <w:abstractNumId w:val="2"/>
  </w:num>
  <w:num w:numId="8" w16cid:durableId="1230768948">
    <w:abstractNumId w:val="1"/>
  </w:num>
  <w:num w:numId="9" w16cid:durableId="18857532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8106F"/>
    <w:rsid w:val="001F5B79"/>
    <w:rsid w:val="0029639D"/>
    <w:rsid w:val="00316231"/>
    <w:rsid w:val="00326F90"/>
    <w:rsid w:val="00351365"/>
    <w:rsid w:val="00420EF7"/>
    <w:rsid w:val="004478CC"/>
    <w:rsid w:val="00485311"/>
    <w:rsid w:val="005009D4"/>
    <w:rsid w:val="00632290"/>
    <w:rsid w:val="00726071"/>
    <w:rsid w:val="00962C31"/>
    <w:rsid w:val="009739B4"/>
    <w:rsid w:val="009D34BE"/>
    <w:rsid w:val="009E1C2A"/>
    <w:rsid w:val="00AA1D8D"/>
    <w:rsid w:val="00B47730"/>
    <w:rsid w:val="00BB22F8"/>
    <w:rsid w:val="00C41C19"/>
    <w:rsid w:val="00CB0664"/>
    <w:rsid w:val="00CF32D0"/>
    <w:rsid w:val="00DB38C6"/>
    <w:rsid w:val="00E905F8"/>
    <w:rsid w:val="00F46E9C"/>
    <w:rsid w:val="00FA68B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BF05980-3911-4F10-BC0A-6A0A4014C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68BA"/>
    <w:rPr>
      <w:rFonts w:ascii="Verdana" w:hAnsi="Verdana"/>
      <w:sz w:val="24"/>
    </w:rPr>
  </w:style>
  <w:style w:type="paragraph" w:styleId="Heading1">
    <w:name w:val="heading 1"/>
    <w:basedOn w:val="Normal"/>
    <w:next w:val="Normal"/>
    <w:link w:val="Heading1Char"/>
    <w:uiPriority w:val="9"/>
    <w:qFormat/>
    <w:rsid w:val="00CF32D0"/>
    <w:pPr>
      <w:keepNext/>
      <w:keepLines/>
      <w:spacing w:before="480" w:after="0"/>
      <w:outlineLvl w:val="0"/>
    </w:pPr>
    <w:rPr>
      <w:rFonts w:eastAsiaTheme="majorEastAsia" w:cstheme="majorBidi"/>
      <w:b/>
      <w:bCs/>
      <w:color w:val="365F91" w:themeColor="accent1" w:themeShade="BF"/>
      <w:sz w:val="36"/>
      <w:szCs w:val="28"/>
    </w:rPr>
  </w:style>
  <w:style w:type="paragraph" w:styleId="Heading2">
    <w:name w:val="heading 2"/>
    <w:basedOn w:val="Normal"/>
    <w:next w:val="Normal"/>
    <w:link w:val="Heading2Char"/>
    <w:uiPriority w:val="9"/>
    <w:unhideWhenUsed/>
    <w:qFormat/>
    <w:rsid w:val="004478CC"/>
    <w:pPr>
      <w:keepNext/>
      <w:keepLines/>
      <w:spacing w:before="200" w:after="0"/>
      <w:outlineLvl w:val="1"/>
    </w:pPr>
    <w:rPr>
      <w:rFonts w:eastAsiaTheme="majorEastAsia" w:cstheme="majorBidi"/>
      <w:b/>
      <w:bCs/>
      <w:color w:val="4F81BD" w:themeColor="accent1"/>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CF32D0"/>
    <w:rPr>
      <w:rFonts w:ascii="Verdana" w:eastAsiaTheme="majorEastAsia" w:hAnsi="Verdana" w:cstheme="majorBidi"/>
      <w:b/>
      <w:bCs/>
      <w:color w:val="365F91" w:themeColor="accent1" w:themeShade="BF"/>
      <w:sz w:val="36"/>
      <w:szCs w:val="28"/>
    </w:rPr>
  </w:style>
  <w:style w:type="character" w:customStyle="1" w:styleId="Heading2Char">
    <w:name w:val="Heading 2 Char"/>
    <w:basedOn w:val="DefaultParagraphFont"/>
    <w:link w:val="Heading2"/>
    <w:uiPriority w:val="9"/>
    <w:rsid w:val="004478CC"/>
    <w:rPr>
      <w:rFonts w:ascii="Verdana" w:eastAsiaTheme="majorEastAsia" w:hAnsi="Verdana" w:cstheme="majorBidi"/>
      <w:b/>
      <w:bCs/>
      <w:color w:val="4F81BD" w:themeColor="accent1"/>
      <w:sz w:val="32"/>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a063f01-faea-4c9e-8a02-d223cffde0c5">
      <Terms xmlns="http://schemas.microsoft.com/office/infopath/2007/PartnerControls"/>
    </lcf76f155ced4ddcb4097134ff3c332f>
    <TaxCatchAll xmlns="d8838bea-bcac-41ad-91f9-c646e9be633d" xsi:nil="true"/>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7388BE21877C794E8C767319E61FFC96" ma:contentTypeVersion="21" ma:contentTypeDescription="Create a new document." ma:contentTypeScope="" ma:versionID="84f94807165026ee1f881611ea8f4d3c">
  <xsd:schema xmlns:xsd="http://www.w3.org/2001/XMLSchema" xmlns:xs="http://www.w3.org/2001/XMLSchema" xmlns:p="http://schemas.microsoft.com/office/2006/metadata/properties" xmlns:ns1="http://schemas.microsoft.com/sharepoint/v3" xmlns:ns2="7a063f01-faea-4c9e-8a02-d223cffde0c5" xmlns:ns3="d8838bea-bcac-41ad-91f9-c646e9be633d" targetNamespace="http://schemas.microsoft.com/office/2006/metadata/properties" ma:root="true" ma:fieldsID="5064b1cd68c03adac97816ad39ac8284" ns1:_="" ns2:_="" ns3:_="">
    <xsd:import namespace="http://schemas.microsoft.com/sharepoint/v3"/>
    <xsd:import namespace="7a063f01-faea-4c9e-8a02-d223cffde0c5"/>
    <xsd:import namespace="d8838bea-bcac-41ad-91f9-c646e9be63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063f01-faea-4c9e-8a02-d223cffde0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59938e-b3a8-4d66-a2c9-44a493279f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838bea-bcac-41ad-91f9-c646e9be633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b9b0353-a37a-4f25-83a3-c0dd55ceaf3a}" ma:internalName="TaxCatchAll" ma:showField="CatchAllData" ma:web="d8838bea-bcac-41ad-91f9-c646e9be63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47B8FF-1E04-4523-B3DA-3E2B148BC8E2}">
  <ds:schemaRefs>
    <ds:schemaRef ds:uri="http://schemas.microsoft.com/sharepoint/v3/contenttype/forms"/>
  </ds:schemaRefs>
</ds:datastoreItem>
</file>

<file path=customXml/itemProps2.xml><?xml version="1.0" encoding="utf-8"?>
<ds:datastoreItem xmlns:ds="http://schemas.openxmlformats.org/officeDocument/2006/customXml" ds:itemID="{8AAFD1E2-B61B-4605-BC8C-D0DE573383DD}">
  <ds:schemaRefs>
    <ds:schemaRef ds:uri="http://schemas.microsoft.com/office/2006/metadata/properties"/>
    <ds:schemaRef ds:uri="http://schemas.microsoft.com/office/infopath/2007/PartnerControls"/>
    <ds:schemaRef ds:uri="7a063f01-faea-4c9e-8a02-d223cffde0c5"/>
    <ds:schemaRef ds:uri="d8838bea-bcac-41ad-91f9-c646e9be633d"/>
    <ds:schemaRef ds:uri="http://schemas.microsoft.com/sharepoint/v3"/>
  </ds:schemaRefs>
</ds:datastoreItem>
</file>

<file path=customXml/itemProps3.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4.xml><?xml version="1.0" encoding="utf-8"?>
<ds:datastoreItem xmlns:ds="http://schemas.openxmlformats.org/officeDocument/2006/customXml" ds:itemID="{741BCCF7-8B47-401D-BDC3-8926CBA057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a063f01-faea-4c9e-8a02-d223cffde0c5"/>
    <ds:schemaRef ds:uri="d8838bea-bcac-41ad-91f9-c646e9be63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1334</Words>
  <Characters>7605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8922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Jessica  Desormeaux</cp:lastModifiedBy>
  <cp:revision>19</cp:revision>
  <dcterms:created xsi:type="dcterms:W3CDTF">2013-12-23T23:15:00Z</dcterms:created>
  <dcterms:modified xsi:type="dcterms:W3CDTF">2026-08-07T19:08:00Z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0x0101007388BE21877C794E8C767319E61FFC96</vt:lpwstr>
  </property>
  <property fmtid="{D5CDD505-2E9C-101B-9397-08002B2CF9AE}" pid="3" name="MediaServiceImageTags">
    <vt:lpwstr/>
  </property>
</Properties>
</file>